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北京大学深圳研究生院（南国燕园）依托北大、立足深圳，逐步成为扎根深圳的北京大学研究型国际化校区，是北京大学创建世界一流大学战略的重要组成部分。北京大学信息工程学院成立于2002年，是北京大学深圳研究生院规模最大的理工学院。学院结合北京大学基础研究和粤港澳大湾区信息产业优势，致力于打造国际领先的信息工程前沿研究与成果产业化基地、信息领域新工科人才培养基地。</w:t>
      </w:r>
    </w:p>
    <w:p>
      <w:r>
        <w:t>为了让全国的优秀大学生了解集成电路、计算机、通信等学科领域的国际前沿动态、促进学生与研究生导师课题组的交流互动，学院将举办“汇智凝芯---北京大学信息工程学院2026年全国优秀大学生学术探索营”活动，入选营员将获得丰富的学术活动体验与实践。具体安排如下：</w:t>
      </w:r>
    </w:p>
    <w:p>
      <w:r>
        <w:t>一、活动时间：2026年7月10日~7月12日</w:t>
      </w:r>
    </w:p>
    <w:p>
      <w:r>
        <w:t>二、活动安排（具体安排另行通知）</w:t>
      </w:r>
    </w:p>
    <w:p>
      <w:r>
        <w:t>日期</w:t>
      </w:r>
    </w:p>
    <w:p>
      <w:r>
        <w:t>活动安排</w:t>
      </w:r>
    </w:p>
    <w:p>
      <w:r>
        <w:t>7-10（周五）</w:t>
      </w:r>
    </w:p>
    <w:p>
      <w:r>
        <w:t>营员报到</w:t>
      </w:r>
    </w:p>
    <w:p>
      <w:r>
        <w:t>7-11（周六）</w:t>
      </w:r>
    </w:p>
    <w:p>
      <w:r>
        <w:t>开营仪式、学院介绍及参观、师生互动</w:t>
      </w:r>
    </w:p>
    <w:p>
      <w:r>
        <w:t>7-12（周日）</w:t>
      </w:r>
    </w:p>
    <w:p>
      <w:r>
        <w:t>分专业学术研讨、结营</w:t>
      </w:r>
    </w:p>
    <w:p>
      <w:r>
        <w:t>三、活动规模</w:t>
      </w:r>
    </w:p>
    <w:p>
      <w:r>
        <w:t>集成电路科学与工程学科：80人左右</w:t>
      </w:r>
    </w:p>
    <w:p>
      <w:r>
        <w:t>计算机科学与技术学科：100人左右</w:t>
      </w:r>
    </w:p>
    <w:p>
      <w:r>
        <w:t>信息与通信工程学科：10人左右</w:t>
      </w:r>
    </w:p>
    <w:p>
      <w:r>
        <w:t>四、申请资格</w:t>
      </w:r>
    </w:p>
    <w:p>
      <w:r>
        <w:t>（一）营员对象</w:t>
      </w:r>
    </w:p>
    <w:p>
      <w:r>
        <w:t>就读但不限于集成电路科学与工程、集成电路与系统、微电子学、物理、电路与系统、计算机科学与技术、计算机应用技术、软件工程、信息安全、数字媒体技术、网络工程、信息与通信工程等相近专业的全国高校2027年应届优秀本科毕业生。</w:t>
      </w:r>
    </w:p>
    <w:p>
      <w:r>
        <w:t>（二）申请条件</w:t>
      </w:r>
    </w:p>
    <w:p>
      <w:r>
        <w:t>1、拥护中国共产党的领导、愿为祖国建设服务、品德良好、遵纪守法。</w:t>
      </w:r>
    </w:p>
    <w:p>
      <w:r>
        <w:t>2、学习成绩优秀，综合素质高。</w:t>
      </w:r>
    </w:p>
    <w:p>
      <w:r>
        <w:t>3、对专业有浓厚的兴趣，愿意从事科学研究工作。</w:t>
      </w:r>
    </w:p>
    <w:p>
      <w:r>
        <w:t>4、英语水平较好。</w:t>
      </w:r>
    </w:p>
    <w:p>
      <w:r>
        <w:t>5、有相关科研经历或发表科研成果者优先考虑。</w:t>
      </w:r>
    </w:p>
    <w:p>
      <w:r>
        <w:t>五、申请材料要求</w:t>
      </w:r>
    </w:p>
    <w:p>
      <w:r>
        <w:t>1、申请表</w:t>
      </w:r>
    </w:p>
    <w:p>
      <w:r>
        <w:t>登陆“申报系统”https://admission.pku.edu.cn/applications/（建议使用谷歌、火狐浏览器），注册登录后，选择夏令营模块，选择“北京大学信息工程学院2026年全国优秀大学生学术探索营”，选择对应的学科/专业，如实填写各项个人信息，填写无误后提交并打印报名表，本人签名确认；本科院系教务部门确认并盖章。</w:t>
      </w:r>
    </w:p>
    <w:p>
      <w:r>
        <w:t>申请时间：2026年6月3日00:00至2026年6月25日23:59截止。</w:t>
      </w:r>
    </w:p>
    <w:p>
      <w:r>
        <w:t>2、本科阶段成绩单原件（须加盖学校教务处公章）</w:t>
      </w:r>
    </w:p>
    <w:p>
      <w:r>
        <w:t>3、个人陈述（模板可在申请系统中下载，须本人亲笔签字）</w:t>
      </w:r>
    </w:p>
    <w:p>
      <w:r>
        <w:t>4、其他学术证明材料已发表论文的复印件、相关英语成绩单复印件等。</w:t>
      </w:r>
    </w:p>
    <w:p>
      <w:r>
        <w:t>请将以上各项申请材料按顺序扫描成一个PDF文档（大小不超过20M）并上传到报名系统“报名材料”附件中，文件名命名格式为“申请学科简称-姓名-本科学校”。(如集成-XX-XX大学，计算机-XX-XX大学，通信-XX-XX大学)</w:t>
      </w:r>
    </w:p>
    <w:p>
      <w:r>
        <w:t>六、资料审核</w:t>
      </w:r>
    </w:p>
    <w:p>
      <w:r>
        <w:t>我院将根据申请人的申请资料择优选拔营员。最终入营名单将于7月初左右在学院官网（http://www.ece.pku.edu.cn/）公布。</w:t>
      </w:r>
    </w:p>
    <w:p>
      <w:r>
        <w:t>七、活动费用</w:t>
      </w:r>
    </w:p>
    <w:p>
      <w:r>
        <w:t>本次活动不收取任何费用。入选营员交通住宿自理。我院提供营员参加活动期间的用餐。</w:t>
      </w:r>
    </w:p>
    <w:p>
      <w:r>
        <w:t>八、联系方式</w:t>
      </w:r>
    </w:p>
    <w:p>
      <w:r>
        <w:t>联系地址：深圳市南山区丽水路2199号北京大学深圳研究生院A栋118办公室</w:t>
      </w:r>
    </w:p>
    <w:p>
      <w:r>
        <w:t>何老师：0755-26038352</w:t>
      </w:r>
    </w:p>
    <w:p>
      <w:r>
        <w:t>杨老师：0755-26035935</w:t>
      </w:r>
    </w:p>
    <w:p>
      <w:r>
        <w:t>E-mail：zhaosheng1@ece.pku.edu.cn.</w:t>
      </w:r>
    </w:p>
    <w:p>
      <w:r>
        <w:t>更多信息请留意信息工程学院网站（http://www.ece.pku.edu.cn）。</w:t>
      </w:r>
    </w:p>
    <w:p>
      <w:r>
        <w:t>北京大学信息工程学院</w:t>
      </w:r>
    </w:p>
    <w:p>
      <w:r>
        <w:t>2026年6月2日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