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马克思主义学院（法学院）关于2026年推荐优秀应届本科毕业生免试攻读研究生人选的公示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发布日期：2025年9月8日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按照《塔里木大学推荐优秀应届本科毕业生免试攻读研究生实施办法（试行）》（校发〔2025〕90号）和《塔里木大学关于做好2026年推荐优秀应届本科毕业生免试攻读研究生工作的通知》有关要求，经学院推免研究生遴选工作小组综合评定，学院2025年第7次党政联席会审议通过，推荐张昕月、韩玥、姜自满和时奕涵4位同学免试攻读硕士学位研究生，现予以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2025年9月8日—2025年9月9日。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三、异议反映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公示期间，如有异议，可以向学院免试攻读硕士学位研究生推免工作领导小组反映。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学院联系人：杨震、马丽娟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马克思主义学院（法学院）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2025年9月8日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