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智能科学学院接收2027级地方院校推荐免试硕士研究生（含直博生、参军入伍生）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智能科学学院接收2027级地方院校推荐免试硕士研究生（含直博生、参军入伍生）复试名单。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智能科学学院接收2027级地方院校推荐免试硕士研究生（含直博生、参军入伍生）复试名单，共8页，本段为第1至第3页内容，涵盖序号1至153名考生（第154名考生信息不完整，仅显示姓名“范*康”，其余字段缺失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410522********0057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430124********1432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500381********3333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411082********1211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130426********1954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430981********0913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130229********5821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371522********2917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410923********602X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140802********0118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410422********7837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341503********0327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411221********0221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栾*岩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371427********653X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130426********1913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430521********3331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659001********5225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410526********0635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施*奇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360803********2015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130502********1515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411522********1825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440605********039X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褚*龙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340603********483X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350784********0033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420923********1777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430725********011X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370105********1710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530122********2038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500225********2312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乔*非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610221********0013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511781********7858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610423********6437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420116********8549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130534********5524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370982********1020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430124********001X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510502********0026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410728********0039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130125********5523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220282********6223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340822********1123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500381********4930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411524********849X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510107********0058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130421********1510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411322********1337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341024********8016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131024********7212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654101********0024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652201********4427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350802********6015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110105********4617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430681********0011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362502********0817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362203********6839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420203********3736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500231********2071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350124********2851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150204********1215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140107********0036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452124********213X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500108********0828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422822********4513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152726********4212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341623********9076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230182********002X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370481********3865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370285********1140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140522********9814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433127********0029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431023********6530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371725********6417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130102********3311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370321********3931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430521********8740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330382********3613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430405********003X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130106********4512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420525********0016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340123********7495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411627********5132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圣*威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421083********7570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421302********5173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411329********2519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230102********4120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341424********4577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141002********0169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411222********0100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210781********2214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362321********7810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350303********3218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500233********4410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130924********351X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231121********1534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230902********1220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耿*屿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210104********2812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320682********0012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411327********0022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421123********0015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130402********0625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430102********1517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320721********5819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341203********4428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430702********0037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522323********0036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411724********361X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景*航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371502********3818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130533********441X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411303********0175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140311********4034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410307********0059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奉*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431126********0070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361128********0892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卜*洋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410104********0033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410728********0196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131028********0018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童*晶慧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360302********0521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362502********0419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500115********7856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440802********1517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340102********3539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152701********3919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610113********8442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210105********3741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652201********1628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500101********3711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涂*淇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361127********8657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500102********4295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150105********8516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131102********4417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商*若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650102********0726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410522********039X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431021********8572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340811********4723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321323********063X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371328********2515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141082********0039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420222********2856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410922********2418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420104********0425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411729********7555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甄*盛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130129********0011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410327********1013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321322********3017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350302********2410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440106********4419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370305********0037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370523********0057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阳*鸿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430124********2510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341002********1442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370522********1872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371482********0310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230921********0115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（信息不完整）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（信息不完整）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（信息不完整）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本段名单共涉及考生154名，其中序号1至103为参军入伍硕士，共103人；序号104至153为地方生，共50人；序号154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报考名单公示内容，涉及机械工程、仪器科学与技术、控制科学与工程三个专业，报考类型均为地方生。名单按序号连续排列，本段覆盖序号147至300，共154人。其中机械工程专业序号147至168，共22人；仪器科学与技术专业序号169至185，共17人；控制科学与工程专业序号186至300，共115人。名单含序号、姓名、证件号码、报考专业、报考类型五列，证件号码部分数字以星号隐去。原文分页显示为第3页至第5页（共8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九、机械工程专业（地方生，序号147—168，共22人）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370305********0037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370523********0057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阳*鸿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430124********2510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341002********1442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370522********1872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371482********0310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230921********0115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130428********1759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341221********5230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371523********0033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衣*豪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370686********0031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纪*序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131128********3611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420102********4010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411328********7014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341702********1840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140581********3214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621225********2215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511002********0315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530322********193X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341225********8232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万*铮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421222********721X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610527********0022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十、仪器科学与技术专业（地方生，序号169—185，共17人）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431322********0030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430223********7217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530627********112X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410725********003X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511181********0035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430482********0055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620105********6016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350582********5024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430381********0141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320281********9015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370481********4248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431127********014X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350302********2469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431103********0068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350122********0229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350681********4736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340111********1537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六、控制科学与工程专业（地方生，序号186—300，共115人）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411627********5170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430302********0103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430621********0150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410381********7814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411503********271X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370828********4728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360802********4016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360702********0036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371427********1369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211303********8030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430105********1329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370282********2315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430181********7063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371724********9515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431382********0074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370285********0817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430382********006X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350583********7415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410923********1711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411627********0659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152524********0312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410102********0070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411726********7978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371725********8710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411724********281X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360827********2024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430121********6321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360521********5518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141121********005X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430103********2548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362523********0816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440883********0367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430302********0018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140212********3972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祝*冉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611024********2519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430221********7533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130828********0812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430421********0326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411628********5716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430521********0112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360103********0013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411328********9425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430304********0083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360424********1625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410304********0037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362227********2714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510107********601X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410881********0293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431322********0219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421023********2417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450923********0779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640321********091X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430202********0524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411326********1119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511923********3690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510623********8623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410481********5012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371322********3111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411202********5012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140203********5314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340822********3733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370982********6072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220802********0015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230102********481X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522423********0023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谢*汉姆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341423********2815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510105********0017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370503********2911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512022********1726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文*安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510922********0155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510181********6450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冉*堃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510903********9491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431122********0035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430105********5624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350304********3118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450802********0273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371625********1832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370203********822X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370103********9315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常*欣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140827********0027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421381********8133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430821********8236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360826********7335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370124********0074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450981********5487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陈*闻迪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430821********0025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450103********002X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510106********0109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430211********4017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430105********7412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430921********3528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500381********2919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131126********001X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350302********1611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140728********0230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231281********858X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360729********3029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相*妍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231083********1126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410311********001X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341203********4038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140581********0125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371325********2710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513223********0013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阳*玲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421181********4423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410329********0054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431103********0142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411325********6535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430211********401X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140202********7043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320107********5011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430321********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公示内容，涉及序号0142至0389的考生信息，共248人。报考专业包括控制科学与工程、电子信息、机械三类，报考类型均为地方生。名单按序号连续排列，包含姓名与证件号码（证件号码已作脱敏处理）。本段内容跨第6页至第8页，其中第6页、第7页、第8页均标注“共8页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411325********6535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430211********401X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140202********7043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320107********5011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430321********0195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320705********0020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341421********2410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370683********0625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330109********9414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430721********0060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370882********3241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411724********6863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411722********6286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411381********4219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510402********4730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331082********859X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350305********1419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360681********5711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371725********6417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430121********3614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411102********0063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211421********0821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420902********5910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370502********1610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411403********1532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140924********0108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430602********0072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610303********1618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340102********2516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360702********0049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620302********1615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411722********2531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411002********0012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431003********6545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340826********4460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511524********5527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420521********5319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371122********3127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360111********7518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320321********1440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伦*远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320501********5259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还*瑶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320211********4527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361121********8023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340421********3812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360104********221X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练*扬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411481********9617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371524********3032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500235********8173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龙*华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362430********0334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430281********0020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360981********5934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时*臣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340123********4311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510105********0055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142731********1825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230811********7061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360402********4573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360828********2112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370829********2074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330602********0519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610523********8465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320102********3840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510184********0151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370883********1915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430122********7823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360730********0921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411123********0219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411623********0890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450103********1012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430202********0510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140924********0075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411723********4032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371721********5020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申*怡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341202********2728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360426********291X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510184********0060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410725********028X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341225********3129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500232********2430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330322********0015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522427********4639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140107********6632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410224********0298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360521********3215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410327********8614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代*曼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420106********0028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320924********4825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350822********2210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362203********6125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第6页，共8页；第7页，共8页；第8页，共8页。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本段为名单类信息，共列出 8 人，均为机械专业、地方生，序号自 382 至 389，名单末尾标注“第 8 页，共 8 页”。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本页名单共 8 人，均为机械专业、地方生。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名单序号自 382 起至 389 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本页为第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本段为推免名单第 8 页（共 8 页）内容，共列出 8 人，专业均为机械，招生类别均为地方生。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页码信息：第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本段为推免名单第 8 页（共 8 页）内容，共列出 8 人，专业均为机械，类别均为地方生。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页码信息：第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页），共列出 8 人，专业均为机械，考生类别均为地方生。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页码信息：第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页）内容，涉及机械专业地方生，共 8 人，序号为 382 至 389。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人，专业均为机械，考生类别均为地方生。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名单序号为 382 至 389。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公示名单包含序号、姓名、身份证号、专业、考生类别等信息。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本段为第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本段为名单类信息，涉及机械专业地方生共 8 人，序号为 382 至 389，公示名单按序号、姓名、身份证号（部分隐去）、专业、招生类别排列。本段未包含排名或评分方式、公示期起止日期等说明，仅标注为第 8 页，共 8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8 人，专业均为机械，招生类别均为地方生。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页码信息：第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本段未提供排名或评分方式、公示期等具体说明。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页）内容，共列出 9 人，均为机械专业、地方生，序号自 125 起至 389 止（序号非连续，按原文保留）。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姓名与身份证号按原文以“*”脱敏显示。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页码信息：第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8 页（共 8 页）内容，共列出 8 人，均为机械专业、地方生。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本段内容为名单第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本段共 8 人，专业均为机械，类别均为地方生。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本段为名单类信息，共涉及 8 人，均为机械专业地方生。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名单序号为 382 至 389。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公示名单包含序号、姓名、身份证号（部分隐去）、专业、考生类别。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本段为名单类公示内容，共列出 8 人，均为机械专业地方生，序号为 382 至 389，公示名单含姓名（部分隐去）与身份证号（部分隐去）。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8 页，共 8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本段未涉及排名或评分方式、公示期等说明。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本段为名单类信息，涉及机械专业地方生共 8 人，序号为 382 至 389，公示信息包含姓名（部分隐去）与身份证号（部分隐去）。本段未提供排名或评分方式，亦未提供公示期说明。名单末尾标注为“第 8 页，共 8 页”。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130430********0174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152103********1856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350583********2622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371723********2131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360502********1318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140781********0110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610322********2328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专业均为机械，类别均为地方生。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排名或评分方式：本段未提供。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公示期：本段未提供。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页码信息：第 8 页，共 8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