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2026届推免材料公示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2026届推免材料公示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本次公示内容为2026届推免相关材料。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公示期为2025年9月1日至9月4日10:00。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如对公示内容有异议，可向学院反映，学院电话：24691982，联系人：徐老师，邮箱：fls@sjzu.edu.cn。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如对学院回复结果仍有异议，可向教务处申请复议，教务处电话：24692882，联系人：李老师，邮箱：jwc@sjzu.edu.cn。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