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中德科技学院推免生遴选工作小组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中德科技学院推免生遴选工作小组成员名单及职务如下。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一、领导小组（监督）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岳学海（中德科技学院院长）（电话：0532-88958985）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韩海青（中德科技学院党委书记）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郭建章（中德科技学院教学副院长）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张大伟（中德科技学院党委副书记兼副院长）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赵洪滢（中德科技学院外事副院长）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二、工作小组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郭建章（中德科技学院教学副院长）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张大伟（中德科技学院党委副书记兼副院长）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吕笑笑（中德科技学院教学科研办公室主任）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李怡然（中德科技学院学生工作办公室主任）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赵传森（中德科技学院德语教研中心主任）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三、复核小组（复议）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岳学海（中德科技学院院长）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韩海青（中德科技学院党委书记）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赵洪滢（中德科技学院外事副院长）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曲之超（中德科技学院机械工程专业教研室主任）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吴鹏（中德科技学院应用化学专业教研室主任）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柴文楠（中德科技学院自动化专业教研室主任）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