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吉林财经大学2026年推免生复试拟录取名单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吉林财经大学2026年推免生复试拟录取名单已确定并予以公示，公示期为7日。考生如对复试成绩有异议，可向研究生招生办公室申请复查，联系电话：0431-84539140。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杨馥瑜，报考专业代码020101，报考专业名称政治经济学，报考学习形式全日制，复试成绩87.80。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李海金，报考专业代码0202Z1，报考专业名称税务学，报考学习形式全日制，复试成绩83.80。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肖新茹，报考专业代码030105，报考专业名称民商法学，报考学习形式全日制，复试成绩82.80。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张瑶，报考专业代码120202，报考专业名称企业管理，报考学习形式全日制，复试成绩91.40。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二、拟录取名单汇总表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报考学习形式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杨馥瑜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020101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政治经济学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李海金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0202Z1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税务学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肖新茹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030105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120202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企业管理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全日制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91.40</w:t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