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艺术与设计学院2025年推荐优秀应届毕业生免试攻读研究生考核结果公示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本公示为艺术与设计学院2025年推荐优秀应届毕业生免试攻读研究生考核结果的公示。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具体考核结果名单详见学院官网或相关通知附件。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学院地址：云南省昆明市盘龙区白龙寺300号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邮编：650224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联系电话：+86 0871-63836565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本公示仅涉及推免考核结果，不包含申请流程或时间节点等具体安排。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如有疑问，请通过上述联系方式与学院取得联系。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