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杭州师范大学  药学院</w:t>
      </w:r>
    </w:p>
    <w:p>
      <w:pPr>
        <w:spacing w:after="80" w:lineRule="auto" w:line="360"/>
        <w:ind w:firstLine="482"/>
        <w:jc w:val="both"/>
      </w:pPr>
      <w:r>
        <w:rPr>
          <w:rFonts w:ascii="Times New Roman" w:hAnsi="Times New Roman" w:eastAsia="宋体"/>
          <w:b w:val="0"/>
          <w:sz w:val="24"/>
        </w:rPr>
        <w:t>各位同学：</w:t>
      </w:r>
    </w:p>
    <w:p>
      <w:pPr>
        <w:spacing w:after="80" w:lineRule="auto" w:line="360"/>
        <w:ind w:firstLine="482"/>
        <w:jc w:val="both"/>
      </w:pPr>
      <w:r>
        <w:rPr>
          <w:rFonts w:ascii="Times New Roman" w:hAnsi="Times New Roman" w:eastAsia="宋体"/>
          <w:b w:val="0"/>
          <w:sz w:val="24"/>
        </w:rPr>
        <w:t>发布日期：2025年9月1日</w:t>
      </w:r>
    </w:p>
    <w:p>
      <w:pPr>
        <w:spacing w:after="80" w:lineRule="auto" w:line="360"/>
        <w:ind w:firstLine="482"/>
        <w:jc w:val="both"/>
      </w:pPr>
      <w:r>
        <w:rPr>
          <w:rFonts w:ascii="Times New Roman" w:hAnsi="Times New Roman" w:eastAsia="宋体"/>
          <w:b w:val="0"/>
          <w:sz w:val="24"/>
        </w:rPr>
        <w:t>根据上级推免文件和《杭州师范大学关于推荐优秀应届本科毕业生免试攻读研究生工作实施办法》（杭师大学〔2022〕36号）要求，现将我院2026年推荐优秀应届本科毕业生免试攻读研究生工作（以下简称“推免工作”）及名额划拨相关事宜通知如下：</w:t>
      </w:r>
    </w:p>
    <w:p>
      <w:pPr>
        <w:spacing w:before="160" w:after="80" w:lineRule="auto" w:line="360"/>
        <w:jc w:val="left"/>
      </w:pPr>
      <w:r>
        <w:rPr>
          <w:rFonts w:ascii="Times New Roman" w:hAnsi="Times New Roman" w:eastAsia="宋体"/>
          <w:b/>
          <w:sz w:val="28"/>
        </w:rPr>
        <w:t>一、推免对象</w:t>
      </w:r>
    </w:p>
    <w:p>
      <w:pPr>
        <w:spacing w:after="80" w:lineRule="auto" w:line="360"/>
        <w:ind w:firstLine="482"/>
        <w:jc w:val="both"/>
      </w:pPr>
      <w:r>
        <w:rPr>
          <w:rFonts w:ascii="Times New Roman" w:hAnsi="Times New Roman" w:eastAsia="宋体"/>
          <w:b w:val="0"/>
          <w:sz w:val="24"/>
        </w:rPr>
        <w:t>我校纳入国家普通本科招生计划录取的2026届毕业生（不含专升本、第二学士学位学生，定向生限报硕师计划）。</w:t>
      </w:r>
    </w:p>
    <w:p>
      <w:pPr>
        <w:spacing w:before="160" w:after="80" w:lineRule="auto" w:line="360"/>
        <w:jc w:val="left"/>
      </w:pPr>
      <w:r>
        <w:rPr>
          <w:rFonts w:ascii="Times New Roman" w:hAnsi="Times New Roman" w:eastAsia="宋体"/>
          <w:b/>
          <w:sz w:val="28"/>
        </w:rPr>
        <w:t>二、推免名额</w:t>
      </w:r>
    </w:p>
    <w:p>
      <w:pPr>
        <w:spacing w:after="80" w:lineRule="auto" w:line="360"/>
        <w:ind w:firstLine="482"/>
        <w:jc w:val="both"/>
      </w:pPr>
      <w:r>
        <w:rPr>
          <w:rFonts w:ascii="Times New Roman" w:hAnsi="Times New Roman" w:eastAsia="宋体"/>
          <w:b w:val="0"/>
          <w:sz w:val="24"/>
        </w:rPr>
        <w:t>我院普通推免名额5。</w:t>
      </w:r>
    </w:p>
    <w:p>
      <w:pPr>
        <w:spacing w:before="160" w:after="80" w:lineRule="auto" w:line="360"/>
        <w:jc w:val="left"/>
      </w:pPr>
      <w:r>
        <w:rPr>
          <w:rFonts w:ascii="Times New Roman" w:hAnsi="Times New Roman" w:eastAsia="宋体"/>
          <w:b/>
          <w:sz w:val="28"/>
        </w:rPr>
        <w:t>三、推免程序与日程安排</w:t>
      </w:r>
    </w:p>
    <w:p>
      <w:pPr>
        <w:spacing w:after="80" w:lineRule="auto" w:line="360"/>
        <w:ind w:firstLine="482"/>
        <w:jc w:val="both"/>
      </w:pPr>
      <w:r>
        <w:rPr>
          <w:rFonts w:ascii="Times New Roman" w:hAnsi="Times New Roman" w:eastAsia="宋体"/>
          <w:b w:val="0"/>
          <w:sz w:val="24"/>
        </w:rPr>
        <w:t>1. 学院成立推免工作小组，按照要求制订学院推免工作实施办法：《杭州师范大学药学院推荐优秀应届本科毕业生免试攻读研究生工作实施细则》（附件1），在2026届毕业生中做好推免工作介绍。</w:t>
      </w:r>
    </w:p>
    <w:p>
      <w:pPr>
        <w:spacing w:after="80" w:lineRule="auto" w:line="360"/>
        <w:ind w:firstLine="482"/>
        <w:jc w:val="both"/>
      </w:pPr>
      <w:r>
        <w:rPr>
          <w:rFonts w:ascii="Times New Roman" w:hAnsi="Times New Roman" w:eastAsia="宋体"/>
          <w:b w:val="0"/>
          <w:sz w:val="24"/>
        </w:rPr>
        <w:t>2. 符合条件的学生本人向所在学院提出申请。申请时除提交《杭州师范大学推荐优秀应届本科毕业生免试攻读研究生申请表》（附件2）、大学前三学年（五年制专业为前四学年）成绩单外，还应提交《杭州师范大学推荐免试攻读硕士研究生诚信承诺书》（附件3），保证在确认招生单位的“待录取”通知后不擅自放弃，如擅自放弃，作为不诚信记录记入个人档案。</w:t>
      </w:r>
    </w:p>
    <w:p>
      <w:pPr>
        <w:spacing w:after="80" w:lineRule="auto" w:line="360"/>
        <w:ind w:firstLine="482"/>
        <w:jc w:val="both"/>
      </w:pPr>
      <w:r>
        <w:rPr>
          <w:rFonts w:ascii="Times New Roman" w:hAnsi="Times New Roman" w:eastAsia="宋体"/>
          <w:b w:val="0"/>
          <w:sz w:val="24"/>
        </w:rPr>
        <w:t>3. 学院全面审查申请者信息，根据学校划拨的推荐名额，按照学生综合成绩排序确定推荐人选，在本单位内公示的时间应不少于3天。推荐名单确定后，学院填写《杭州师范大学推荐优秀应届本科毕业生免试攻读研究生汇总表》（附件4），将经公示后无异议的推荐名单交学生处。</w:t>
      </w:r>
    </w:p>
    <w:p>
      <w:pPr>
        <w:spacing w:after="80" w:lineRule="auto" w:line="360"/>
        <w:ind w:firstLine="482"/>
        <w:jc w:val="both"/>
      </w:pPr>
      <w:r>
        <w:rPr>
          <w:rFonts w:ascii="Times New Roman" w:hAnsi="Times New Roman" w:eastAsia="宋体"/>
          <w:b w:val="0"/>
          <w:sz w:val="24"/>
        </w:rPr>
        <w:t>4. 9月5日前，学生将附件1中《药学院推免生综合评价评分表》及佐证材料、附件2和附件3交至老师钉钉，学院推免工作小组复核。</w:t>
      </w:r>
    </w:p>
    <w:p>
      <w:pPr>
        <w:spacing w:after="80" w:lineRule="auto" w:line="360"/>
        <w:ind w:firstLine="482"/>
        <w:jc w:val="both"/>
      </w:pPr>
      <w:r>
        <w:rPr>
          <w:rFonts w:ascii="Times New Roman" w:hAnsi="Times New Roman" w:eastAsia="宋体"/>
          <w:b w:val="0"/>
          <w:sz w:val="24"/>
        </w:rPr>
        <w:t>如有疑问请联系：28861232</w:t>
      </w:r>
    </w:p>
    <w:p>
      <w:pPr>
        <w:spacing w:after="80" w:lineRule="auto" w:line="360"/>
        <w:ind w:firstLine="482"/>
        <w:jc w:val="both"/>
      </w:pPr>
      <w:r>
        <w:rPr>
          <w:rFonts w:ascii="Times New Roman" w:hAnsi="Times New Roman" w:eastAsia="宋体"/>
          <w:b w:val="0"/>
          <w:sz w:val="24"/>
        </w:rPr>
        <w:t>药学院学工办</w:t>
      </w:r>
    </w:p>
    <w:p>
      <w:pPr>
        <w:spacing w:after="80" w:lineRule="auto" w:line="360"/>
        <w:ind w:firstLine="482"/>
        <w:jc w:val="both"/>
      </w:pPr>
      <w:r>
        <w:rPr>
          <w:rFonts w:ascii="Times New Roman" w:hAnsi="Times New Roman" w:eastAsia="宋体"/>
          <w:b w:val="0"/>
          <w:sz w:val="24"/>
        </w:rPr>
        <w:t>2025年9月1日</w:t>
      </w:r>
    </w:p>
    <w:p>
      <w:pPr>
        <w:spacing w:after="80" w:lineRule="auto" w:line="360"/>
        <w:ind w:firstLine="482"/>
        <w:jc w:val="both"/>
      </w:pPr>
      <w:r>
        <w:rPr>
          <w:rFonts w:ascii="Times New Roman" w:hAnsi="Times New Roman" w:eastAsia="宋体"/>
          <w:b w:val="0"/>
          <w:sz w:val="24"/>
        </w:rPr>
        <w:t>附件1 杭州师范大学药学院推荐优秀应届本科毕业生免试攻读研究生工作实施细则</w:t>
      </w:r>
    </w:p>
    <w:p>
      <w:pPr>
        <w:spacing w:after="80" w:lineRule="auto" w:line="360"/>
        <w:ind w:firstLine="482"/>
        <w:jc w:val="both"/>
      </w:pPr>
      <w:r>
        <w:rPr>
          <w:rFonts w:ascii="Times New Roman" w:hAnsi="Times New Roman" w:eastAsia="宋体"/>
          <w:b w:val="0"/>
          <w:sz w:val="24"/>
        </w:rPr>
        <w:t>附件2 杭州师范大学推荐优秀应届本科毕业生免试攻读研究生申请表</w:t>
      </w:r>
    </w:p>
    <w:p>
      <w:pPr>
        <w:spacing w:after="80" w:lineRule="auto" w:line="360"/>
        <w:ind w:firstLine="482"/>
        <w:jc w:val="both"/>
      </w:pPr>
      <w:r>
        <w:rPr>
          <w:rFonts w:ascii="Times New Roman" w:hAnsi="Times New Roman" w:eastAsia="宋体"/>
          <w:b w:val="0"/>
          <w:sz w:val="24"/>
        </w:rPr>
        <w:t>附件3 杭州师范大学推荐优秀应届本科毕业生免试攻读研究生诚信承诺书</w:t>
      </w:r>
    </w:p>
    <w:p>
      <w:pPr>
        <w:spacing w:after="80" w:lineRule="auto" w:line="360"/>
        <w:ind w:firstLine="482"/>
        <w:jc w:val="both"/>
      </w:pPr>
      <w:r>
        <w:rPr>
          <w:rFonts w:ascii="Times New Roman" w:hAnsi="Times New Roman" w:eastAsia="宋体"/>
          <w:b w:val="0"/>
          <w:sz w:val="24"/>
        </w:rPr>
        <w:t>附件4 杭州师范大学推荐优秀应届本科毕业生免试攻读研究生汇总表</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