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河北科技大学拟被推免学生放弃推免资格申请表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十、表格名称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河北科技大学拟被推免学生放弃推免资格申请表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七、填表说明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本表申报内容由申请人在 word 中直接打字填写，不得改变表格内容，签字部分须由相关人员本人书写，不得代签或复印、打印。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选项前的（）需完整填写，使用“√”或“×”进行标记。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本表一式两份，学院存档一份，附在递补学生申请审批表前报教务处一份。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审批完成时间应在学院公示拟推荐名单前。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八、申请人及推免成绩信息表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推免成绩明细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附加成绩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推免排名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九、本人声明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本人声明因                                                原因，经本人慎重考虑并征求本人家长同意，自愿放弃河北科技大学                      学院 20      年拟推荐免试攻读研究生资格，特此说明。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申请人签字：                    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五、辅导员及副书记意见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辅导员意见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副书记意见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签字：年      月      日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签字：年      月      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本段内容为推免相关表格的空白模板，未包含具体名单、人数、专业明细、排名或评分数据，也无公示期信息。以下按原文可辨识的字段与结构整理。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十、推荐单位审批意见栏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是否递补选项：是（　）否（　），共出现 8 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推荐单位审批意见栏对应字段包括：学号、姓名、专业、专业代码、班级、学业成绩、附加成绩、推免成绩、候补排名。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七、表格字段结构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推荐单位审批意见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附加成绩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候补排名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是否递补（　）是（　）否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八、签字与盖章栏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签字栏：共 16 处，格式为“签字：”及“年　月　日”。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推荐单位负责人签名（推荐单位盖章）栏：共 25 处，格式为“推荐单位负责人签名（推荐单位盖章）：　　日期：”。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原文末尾标注“备注”，无具体内容。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本段未出现图片。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本段内容为推荐单位签署栏，未包含名单、人数、专业/学院明细、排名或评分方式、公示期等可提炼信息，仅含以下重复签署项：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　　　　　　日期：备注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本段未出现名单类信息，无人数、专业/学院明细、排名/评分方式、公示期等可量化内容。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本段未出现表格。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本段未出现图片。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本段内容为推荐单位签署栏的重复模板，未包含名单类信息（人数、专业/学院明细、排名/评分方式、公示期等），亦无量化数据、表格或图片。可提炼内容如下：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十、签署栏模板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　　　　　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上述签署栏共出现 8 次，均为“推荐单位负责人签名（推荐单位盖章）”及“日期”字段的重复模板。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本段未提供推荐单位名称、负责人姓名、具体日期、推荐人数、专业或学院明细、排名或评分方式、公示期等信息。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十、签名与盖章事项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说明：本段内容仅为签名、盖章及日期栏位，未包含名单人数、专业/学院明细、排名/评分方式、公示期等可提炼信息。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上述签署栏共出现 8 次，均为“推荐单位负责人签名（推荐单位盖章）”及“日期”空白填写项。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本段未提供具体推荐名单、专业/学院、排名/评分方式及公示期信息。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本段内容为推荐单位签署栏的重复模板，未包含名单、人数、专业/学院明细、排名或评分方式、公示期等可提炼信息，也未出现表格或图片。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十、签署栏模板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原文末尾附有“备注”字样，但未给出备注具体内容。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推荐单位负责人签名：________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推荐单位盖章：________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日期：________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备注：________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本段内容为推荐单位签署栏的重复模板，未包含名单、人数、专业/学院明细、排名或评分方式、公示期等可提炼信息，亦无表格或图片。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十、可确认的字段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上述签署栏在原文中重复出现 8 次，内容完全一致。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除签署栏与“备注”字样外，本段无其他实质信息。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本段内容为推荐单位签署栏的重复模板，未包含名单、人数、专业/学院明细、排名或评分方式、公示期等可提炼信息，也未出现表格或图片。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十、可确认的字段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上述“推荐单位负责人签名（推荐单位盖章）：　　  　　   　  　日期：”在原文中连续出现 8 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原文开头另有“单位盖章）：　　  　　   　  　日期：”1 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除上述签署字段与“备注”外，本段无其他实质内容。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本段内容为推荐单位签署栏的重复模板，未包含名单、人数、专业/学院明细、排名或评分方式、公示期等可提炼信息。可规范整理如下：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十、签署栏模板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本段未提供具体推荐名单、人数、专业或学院明细、排名或评分方式、公示期等实质信息。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本段仅为推荐单位负责人签名及盖章、日期填写栏的重复文本。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本段为推荐单位签署栏的重复模板，未包含名单、专业/学院明细、排名或评分方式、公示期等可提炼信息。可确认的内容如下：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十、签署栏要素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推荐单位负责人签名（推荐单位盖章）：共出现 7 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日期：每处签名栏后均设“日期”填写项，共 7 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段末附有“备注”字样。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本段未出现具体人数、专业或学院名称、排名或评分方式、公示期等量化信息。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本段未出现表格与图片内容。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