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硕士招生-山东大学齐鲁医学院教学管理办公室/学科与发展规划办公室</w:t>
      </w:r>
    </w:p>
    <w:p>
      <w:r>
        <w:t>硕士招生-山东大学齐鲁医学院教学管理办公室/学科与发展规划办公室</w:t>
      </w:r>
    </w:p>
    <w:p>
      <w:r>
        <w:t>山东大学 | 齐鲁医学院 | 旧版回顾</w:t>
      </w:r>
    </w:p>
    <w:p>
      <w:r>
        <w:t>学科建设</w:t>
      </w:r>
    </w:p>
    <w:p>
      <w:r>
        <w:t>本科生教育</w:t>
      </w:r>
    </w:p>
    <w:p>
      <w:r>
        <w:t>教学工作</w:t>
      </w:r>
    </w:p>
    <w:p>
      <w:r>
        <w:t>学会工作</w:t>
      </w:r>
    </w:p>
    <w:p>
      <w:r>
        <w:t>教师发展</w:t>
      </w:r>
    </w:p>
    <w:p>
      <w:r>
        <w:t>中心简介</w:t>
      </w:r>
    </w:p>
    <w:p>
      <w:r>
        <w:t>培训项目</w:t>
      </w:r>
    </w:p>
    <w:p>
      <w:r>
        <w:t>培训动态</w:t>
      </w:r>
    </w:p>
    <w:p>
      <w:r>
        <w:t>教学督导</w:t>
      </w:r>
    </w:p>
    <w:p>
      <w:r>
        <w:t>学习空间</w:t>
      </w:r>
    </w:p>
    <w:p>
      <w:r>
        <w:t>交流合作</w:t>
      </w:r>
    </w:p>
    <w:p>
      <w:r>
        <w:t>研究生教育</w:t>
      </w:r>
    </w:p>
    <w:p>
      <w:r>
        <w:t>招生工作</w:t>
      </w:r>
    </w:p>
    <w:p>
      <w:r>
        <w:t>培养工作</w:t>
      </w:r>
    </w:p>
    <w:p>
      <w:r>
        <w:t>学位工作</w:t>
      </w:r>
    </w:p>
    <w:p>
      <w:r>
        <w:t>临床研究生</w:t>
      </w:r>
    </w:p>
    <w:p>
      <w:r>
        <w:t>导师队伍</w:t>
      </w:r>
    </w:p>
    <w:p>
      <w:r>
        <w:t>导师队伍</w:t>
      </w:r>
    </w:p>
    <w:p>
      <w:r>
        <w:t>通知公告</w:t>
      </w:r>
    </w:p>
    <w:p/>
    <w:p>
      <w:r>
        <w:t>联系我们</w:t>
      </w:r>
    </w:p>
    <w:p>
      <w:r>
        <w:t>招生工作</w:t>
      </w:r>
    </w:p>
    <w:p>
      <w:r>
        <w:t>硕士招生</w:t>
      </w:r>
    </w:p>
    <w:p>
      <w:r>
        <w:t>博士招生</w:t>
      </w:r>
    </w:p>
    <w:p>
      <w:r>
        <w:t>硕士招生</w:t>
      </w:r>
    </w:p>
    <w:p>
      <w:r>
        <w:t>当前位置：</w:t>
      </w:r>
    </w:p>
    <w:p>
      <w:r>
        <w:t>研究生教育</w:t>
      </w:r>
    </w:p>
    <w:p>
      <w:r>
        <w:t>招生工作</w:t>
      </w:r>
    </w:p>
    <w:p>
      <w:r>
        <w:t>硕士招生</w:t>
      </w:r>
    </w:p>
    <w:p>
      <w:r>
        <w:t>· 山东大学妇儿与生殖健康研究院暨山东大学附属生殖医院第九届STAR全国优秀大学生夏...</w:t>
      </w:r>
    </w:p>
    <w:p>
      <w:r>
        <w:t>2026-07-15</w:t>
      </w:r>
    </w:p>
    <w:p>
      <w:r>
        <w:t>· 山东大学妇儿与生殖健康研究院暨山东大学附属生殖医院第九届STAR全国优秀大学生夏...</w:t>
      </w:r>
    </w:p>
    <w:p>
      <w:r>
        <w:t>2026-06-24</w:t>
      </w:r>
    </w:p>
    <w:p>
      <w:r>
        <w:t>· 山东大学齐鲁第二医院（第二临床学院）2026年全国优秀大学生夏令营活动通知</w:t>
      </w:r>
    </w:p>
    <w:p>
      <w:r>
        <w:t>2026-06-12</w:t>
      </w:r>
    </w:p>
    <w:p>
      <w:r>
        <w:t>· 山东大学齐鲁医院（第一临床学院）举办优秀大学生2026年暑期夏令营活动通知</w:t>
      </w:r>
    </w:p>
    <w:p>
      <w:r>
        <w:t>2026-06-12</w:t>
      </w:r>
    </w:p>
    <w:p>
      <w:r>
        <w:t>· 临床医学2026年硕士研究生调剂复试结果公示</w:t>
      </w:r>
    </w:p>
    <w:p>
      <w:r>
        <w:t>2026-04-11</w:t>
      </w:r>
    </w:p>
    <w:p>
      <w:r>
        <w:t>· 临床医学2026年硕士研究生招生各单位调剂复试安排</w:t>
      </w:r>
    </w:p>
    <w:p>
      <w:r>
        <w:t>2026-04-09</w:t>
      </w:r>
    </w:p>
    <w:p>
      <w:r>
        <w:t>· 临床医学2026年硕士研究生招生调剂工作通知</w:t>
      </w:r>
    </w:p>
    <w:p>
      <w:r>
        <w:t>2026-04-09</w:t>
      </w:r>
    </w:p>
    <w:p>
      <w:r>
        <w:t>· 临床医学2026年硕士研究生招生调剂专业及计划</w:t>
      </w:r>
    </w:p>
    <w:p>
      <w:r>
        <w:t>2026-04-07</w:t>
      </w:r>
    </w:p>
    <w:p>
      <w:r>
        <w:t>· 临床医学2026年硕士研究生第二轮复试结果公示</w:t>
      </w:r>
    </w:p>
    <w:p>
      <w:r>
        <w:t>2026-04-03</w:t>
      </w:r>
    </w:p>
    <w:p>
      <w:r>
        <w:t>· 临床医学2026年硕士研究生招生第二轮复试人员名单</w:t>
      </w:r>
    </w:p>
    <w:p>
      <w:r>
        <w:t>2026-04-01</w:t>
      </w:r>
    </w:p>
    <w:p>
      <w:r>
        <w:t>· 临床医学2026年硕士招生第二轮复试工作安排</w:t>
      </w:r>
    </w:p>
    <w:p>
      <w:r>
        <w:t>2026-04-01</w:t>
      </w:r>
    </w:p>
    <w:p>
      <w:r>
        <w:t>· 临床医学2026年硕士研究生复试结果公示</w:t>
      </w:r>
    </w:p>
    <w:p>
      <w:r>
        <w:t>2026-04-01</w:t>
      </w:r>
    </w:p>
    <w:p>
      <w:r>
        <w:t>· 齐鲁医学院2026年临床医学硕士研究生招生调剂工作预备通知</w:t>
      </w:r>
    </w:p>
    <w:p>
      <w:r>
        <w:t>2026-04-01</w:t>
      </w:r>
    </w:p>
    <w:p>
      <w:r>
        <w:t>· 临床医学2026年硕士研究生招生各单位复试安排</w:t>
      </w:r>
    </w:p>
    <w:p>
      <w:r>
        <w:t>2026-03-26</w:t>
      </w:r>
    </w:p>
    <w:p>
      <w:r>
        <w:t>· 临床医学2026年硕士研究生招生复试准考证打印通知</w:t>
      </w:r>
    </w:p>
    <w:p>
      <w:r>
        <w:t>2026-03-25</w:t>
      </w:r>
    </w:p>
    <w:p>
      <w:r>
        <w:t>· 2026年硕士研究生招生齐鲁医学院临床医学学科考生细化志愿报名结果公示</w:t>
      </w:r>
    </w:p>
    <w:p>
      <w:r>
        <w:t>2026-03-25</w:t>
      </w:r>
    </w:p>
    <w:p>
      <w:r>
        <w:t>· 临床医学2026年硕士研究生招生复试细化志愿报名通知</w:t>
      </w:r>
    </w:p>
    <w:p>
      <w:r>
        <w:t>2026-03-24</w:t>
      </w:r>
    </w:p>
    <w:p>
      <w:r>
        <w:t>· 山东大学2026年临床医学专业学位硕士研究生临床实践能力（操作）考核工作通知</w:t>
      </w:r>
    </w:p>
    <w:p>
      <w:r>
        <w:t>2026-03-23</w:t>
      </w:r>
    </w:p>
    <w:p>
      <w:r>
        <w:t>· 临床医学2026年硕士研究生招生各单位公开招考计划</w:t>
      </w:r>
    </w:p>
    <w:p>
      <w:r>
        <w:t>2026-03-23</w:t>
      </w:r>
    </w:p>
    <w:p>
      <w:r>
        <w:t>· 临床医学2026年硕士研究生招生复试录取工作通知</w:t>
      </w:r>
    </w:p>
    <w:p>
      <w:r>
        <w:t>2026-03-23</w:t>
      </w:r>
    </w:p>
    <w:p>
      <w:r>
        <w:t>共216条 1/11</w:t>
      </w:r>
    </w:p>
    <w:p>
      <w:r>
        <w:t>首页上页下页尾页 页</w:t>
      </w:r>
    </w:p>
    <w:p>
      <w:r>
        <w:t>版权所有 © 山东大学齐鲁医学院教学管理办公室/学科与发展规划办公室 地址：山东省济南市历下区文化西路44号 邮编：250012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