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第 1 页 共 10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本段为推免研究生考核合格名单的第1页至第4页（部分），共列出137人，考核等级均为优秀。推免研究生类型分为两类：参军入伍生与地方硕士生。面试成绩栏均为空白，未给出具体分数。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推免研究生类型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考核等级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210104********0711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510683********0017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毕*凯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370284********2712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140729********0109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431023********0064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320923********0038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431003********6527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445322********4010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340603********4268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340827********3418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512022********7802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430481********5022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450521********4855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360301********0011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陈*潼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520381********6643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360101********8520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崔*尘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410822********0055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370827********1384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戴*敏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341721********1025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邓*智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511421********3210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翟*瑞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152628********0224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411224********0026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420281********883X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330381********646X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130183********1593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130423********281X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431028********1252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樊*宇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131026********8671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范*卫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130603********0035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傅*宣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430681********0130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370829********0016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330501********0023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431302********0084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苟*馨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500383********4963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谷*琴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430481********0068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370830********6824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410224********0219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140502********9567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440221********7729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郭*蕾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361124********3029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410503********0023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411330********1532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130126********0921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520322********0203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331121********4415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361123********0045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431126********0148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360983********2430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330784********5136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511524********5527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510521********7708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郇*学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371202********5138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321202********0632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321088********0057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450404********0325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430981********1834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冀*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150105********7829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简*伦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440106********6918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姜*帆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330105********3124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蒋*红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430481********039X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焦*雅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420682********3561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荆*博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230803********7032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411728********4821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乐*阳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362531********0911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雷*涵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410322********9984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黎*静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440982********6965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李*儒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220104********2617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410222********0024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410203********0059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210503********2117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410922********5817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130503********1828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431023********0025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511722********4178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371102********0028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360401********2022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410503********0016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360104********1925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430703********0057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350122********0050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350582********0516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371722********3449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440106********244X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410527********0494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430903********0054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511324********1693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130636********2824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142326********7726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370481********151X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刘*波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410901********4032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430223********3219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鲁*梦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421003********3520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140821********0021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510722********8800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路*沣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410581********0252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140621********9680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211403********821X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420321********8013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130423********2816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麦*威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440682********3215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米*轩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500223********0623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360428********274X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裴*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320205********0818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110102********2313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渠*之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320321********4222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冉*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500243********6621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511123********7318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430602********0113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阮*涵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321302********002X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370405********4635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师*涵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410506********0042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宋*玙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210304********0026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350524********5512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宿*轩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130681********5827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130128********093X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411402********008X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370785********7113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汤*祥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371725********8215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340826********3417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411381********0813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512022********1994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320925********7418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420607********4927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王*昱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140222********9072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320103********1263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140603********9978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510321********0011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411122********0110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130221********8310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220422********1222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411725********5717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140226********7931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230107********0027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430902********103X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430822********2630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440102********0660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500237********578X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本段内容为名单第1页至第4页，序号1至137，共137人。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推免研究生类型分为“参军入伍生”与“地方硕士生”两类。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面试成绩栏均为空白，未提供具体分数。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考核等级均为“优秀”。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本段末尾序号138的内容未显示，名单未结束。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本段为推免拟录取名单的连续条目，涵盖序号 132 至 260，共 129 人。名单字段依次为：序号、姓名、身份证号（部分隐去）、考生类别、成绩、结论。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结论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140226********7931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230107********0027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430902********103X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430822********2630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440102********0660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500237********578X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410223********9997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140203********5016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文*妍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430124********7766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闻*竹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330212********5366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431129********0113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430482********0377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360222********2322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130428********0949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130535********0412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项*娜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331081********3065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510184********0034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500383********2937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411302********0098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370125********0102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210711********5025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430681********0258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350925********0013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430105********0038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371102********7817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411327********491X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152601********3612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320483********1710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易*宇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360828********0025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411123********0123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321202********5121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詹*明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360981********441X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140110********0055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370402********4416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430203********0510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511028********2913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321023********0433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360723********2016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130427********1988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370829********2517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610623********6028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430103********3663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411102********0158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330781********4338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仉*宇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370783********7019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430902********1016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130225********3349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441581********8819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420321********2829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430781********0016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360721********122X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370404********5031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410782********1563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410425********0054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370202********3012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訾*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341321********401X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优秀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薄*曦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130282********5115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边*益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210502********0915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430903********392X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511502********2255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230225********401X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445381********0415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411503********2724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330303********2715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220106********9014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341502********7612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董*昂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371725********3491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杜*娜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140882********0063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方*暄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430621********0129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420323********0018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龚*意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440106********2720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140621********9636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321023********1019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142222********091X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411502********841X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韩*泽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141031********0030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341422********8952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侯*兮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430103********2510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胡*萍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431125********5742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450329********0049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410922********3521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贾*捷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510105********0023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江*奎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511723********0532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金*升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411329********1417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370881********5822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邝*香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431024********0129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512021********2262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430121********1817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430103********2526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410502********0110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廖*恩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520103********5226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350206********5517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林*璇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411403********032X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231025********1210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431382********0178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411525********9396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刘*珠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140105********5122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610725********3429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430121********0204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娄*翔宇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320302********2812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421281********001X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陆*琳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320684********3665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370983********3215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410603********1540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140227********5084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410225********4936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牛*祺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411328********743X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彭*晔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230403********0514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齐*斌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410782********9533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钱*睿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340102********1013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210283********0518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曲*芸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370612********4026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申*展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410725********0037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沈*帅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510521********1257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时*华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341225********2034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360102********6318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苏*智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510921********4477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谭*特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321321********0017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431124********8298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360726********0070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210603********7713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130726********0016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372328********0626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421083********8028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371302********4313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411221********0029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370282********1117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430702********0017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九、统计与说明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129 条记录，序号自 132 起至 260 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结论为“优秀”的共 56 人（序号 132—187）；结论为“合格”的共 73 人（序号 188—260）。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考生类别分为“地方硕士生”与“参军入伍生”两类。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序号 132—187 未列出成绩，结论均为“优秀”；序号 188—260 列出成绩，结论均为“合格”。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序号 260（吴*宇）信息不完整，身份证号、考生类别、成绩、结论均缺失。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原文分页标注为“第 5 页 共 10”“第 6 页 共 10”“第 7 页 共 10”，分别出现在序号 166 与 167 之间、序号 209 与 210 之间、序号 251 与 252 之间。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合格及放弃人员名单，共涉及序号254至385，其中合格人员序号254至297，放弃人员序号298至385。人员类别分为地方硕士生和参军入伍生，合格人员均标注成绩，放弃人员成绩栏为“/”。公示期信息未在本段内容中体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十、合格人员名单（序号254—297，共44人）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人员类别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结论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372328********0626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421083********8028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371302********4313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411221********0029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370282********1117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430702********0017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360723********001X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511725********206X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320830********0057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谢*烽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622301********371X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210921********6125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徐*彤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411323********1448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410105********0212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130435********3497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130104********0623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372330********5876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430102********0520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130125********7012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530128********4819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姚*午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510902********089X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321023********0417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姚*彬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341502********7932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231222********4063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应*炫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330784********023X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余*成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321281********8572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臧*岩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370782********5817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341203********2527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140321********6040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210103********271X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140521********0065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411729********5573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411722********8884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520202********7217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120103********0011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130183********0048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210202********6415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210681********0918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130181********7925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511725********0024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钟*利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350181********0034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450404********091X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511724********0672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371312********5116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74.80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430105********7426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合格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九、放弃人员名单（序号298—385，共88人）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人员类别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结论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安*瑶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370704********3421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蔡*峻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350581********2033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曾*雯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350824********4163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曾*飞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510181********0012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512021********8568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陈*明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211002********0112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陈*星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431102********0118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371424********2113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党*清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410103********0055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350582********0528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370705********0019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140981********006X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甘*卓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411702********0817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340602********2633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130403********3040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320382********0059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葛*璞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410522********0292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郭*江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410781********4130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130532********6547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洪*健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310114********0410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黄*云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330327********2873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320281********8770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410323********0034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李*峪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511024********5633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430481********0015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370126********0062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341221********4199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320102********4626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370829********2538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230382********0326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411402********1096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李*平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371122********0315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450404********0064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刘*瑜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430503********0021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220104********3822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130522********1822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510106********0041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刘*悦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610121********4446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刘*含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150203********0623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龙*欣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360922********0323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411381********5318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卢*涵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211324********1611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350424********3018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吕*玮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430523********8470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230523********4836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马*哲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430524********0379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210404********1817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马*康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320621********3519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142701********1824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孟*怡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411402********0526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632126********0025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500111********1116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420923********0434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屈*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622225********0017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任*浩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140824********0014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尚*鑫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410482********0250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邵*娟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340321********5628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石*浩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130634********0917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税*乐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511721********8607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宿*玉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230803********704X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210224********0821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410504********0018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421087********0016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510921********4623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田*阳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659001********0613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田*文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220105********181X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王*博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410182********0114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142622********0528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王*硕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341623********6732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王*宇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140221********7965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140524********0061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320322********8232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吴*昊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362528********0016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向*媛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430682********0300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610722********2614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肖*然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370983********7946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徐*晗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321102********1928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徐*福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330327********0634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430102********1517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闫*旭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411681********3190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371329********6034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433130********4257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141022********0026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310108********0517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臧*朝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371312********4813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610622********6525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411381********0304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320802********052X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合格人员共44人，其中地方硕士生33人，参军入伍生11人。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放弃人员共88人，其中地方硕士生72人，参军入伍生16人。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合格人员成绩区间为68.80至79.90。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本段内容未包含公示期信息。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本段为公示名单第 10 页（共 10 页）内容，涉及序号 380 至 394，共 15 人。名单所列人员报考类别包括地方硕士生与参军入伍生，状态均为“放弃”，对应成绩栏均为“/”。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141022********0026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310108********0517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臧*朝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371312********4813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610622********6525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参军入伍生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411381********0304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385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320802********052X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430721********0066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赵*洋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341422********895X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410922********6528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九、统计说明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本段名单人数合计 15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按报考类别统计：地方硕士生 14 人，参军入伍生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按状态统计：放弃 15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本段名单成绩栏均为“/”，无具体成绩数据。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本段为拟录取名单中部分考生状态信息，共涉及 7 人，均为地方硕士生，状态均为“放弃”，对应序号为 389 至 394（其中 389 对应赵*祺，390 对应赵*杰，391 对应周*丽，392 对应朱*涛，393 对应朱*皓，394 对应朱*妍，另 1 人邹*未标注序号）。名单未提供专业、学院、排名或评分方式及公示期信息。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410922********6528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本段为推免拟录取名单中的第 389 至 394 号，共 6 人，均为地方硕士生，状态均为放弃，末列均为“/”。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*祺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410922********6528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本段未包含专业、学院、排名或评分方式、公示期等信息。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本段未包含图片。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本段为推免/拟录取相关名单的延续部分，共涉及 7 人，均为“地方硕士生”类别，当前状态均为“放弃”，对应序号为 389 至 394，另含前段延续的 1 人（序号未显示）。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祺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410922********6528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未显示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本段未包含排名或评分方式。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本段未包含专业或学院明细。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本段未包含图片。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本段为推免拟录取名单中的部分考生信息，共涉及 7 人，均为地方硕士生，状态均为放弃，末列为“/”。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人员类别均为地方硕士生。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本段未包含专业/学院明细、排名/评分方式及公示期信息。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本段为推免拟录取名单中的部分人员信息，共涉及 7 人，均为地方硕士生，状态均为放弃，末列均为“/”。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本段起始处另有一名人员信息不完整，仅可见身份证号 410922********6528、类别为地方硕士生、状态为放弃、末列为“/”，其姓名及序号缺失，未纳入上表统计。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本段未包含专业/学院明细、排名/评分方式及公示期信息。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本段为拟录取名单中的部分人员信息，共涉及 7 人，均为地方硕士生，状态均为“放弃”，对应序号为 389 至 394（其中 389 号前另有 1 人信息不完整，仅含身份证号、类别、状态及序号 389 前的空项）。具体明细如下：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本段共列出 7 条记录，其中 6 条含完整姓名、身份证号、类别、状态及备注信息，1 条仅含身份证号 410922********6528、类别为地方硕士生、状态为放弃、备注为 /，未显示姓名及序号。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所有人员类别均为地方硕士生，状态均为放弃，备注均为 /。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序号范围为 389 至 394，其中 389 号对应赵*杰，394 号对应邹*。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九、公示与排名信息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本段未包含公示期、排名或评分方式等量化信息。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本段为推免拟录取名单中的部分人员信息，共涉及 7 人，均为地方硕士生，状态均为放弃，末列均为“/”。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说明：本段未包含公示期、排名或评分方式等信息。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本段为推免拟录取名单中的部分人员信息，共涉及 7 人，均为地方硕士生，状态均为放弃，末列数值均为“/”。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本段名单共 7 人，类别均为地方硕士生，状态均为放弃。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本段未包含专业、学院、排名或评分方式、公示期等信息。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本段为推免拟录取名单中的部分记录，共涉及 7 人，均为地方硕士生，状态均为放弃，排名/评分栏均为“/”。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排名/评分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922********6528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 7 条记录，均为地方硕士生，状态均为放弃。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排名/评分方式：本段记录中该项均为“/”，未给出具体排名或评分。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公示期：本段内容未包含公示期信息。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首条记录姓名与证件号码存在错位，原文为“922********6528”单独成行，姓名栏缺失，已按原文保留。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本段为名单类信息，共列出 7 名地方硕士生，状态均为“放弃”，对应序号为 389 至 394，其中 389 未显示姓名与身份证号，仅显示身份证号后四位 6528。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22********6528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 7 条记录，序号范围为 389 至 394。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类别均为“地方硕士生”，状态均为“放弃”，备注均为“/”。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原文中序号 394 出现两次，分别对应“朱*妍”和“邹*”，此处按原文保留，未作合并或改写。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本段未提供专业、学院、排名或评分方式、公示期等信息。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本段为推免拟录取名单中的部分考生信息，共涉及 7 人，均为地方硕士生，状态均为“放弃”，对应成绩栏均为“/”。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成绩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本段名单人数为 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类别均为地方硕士生。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成绩栏均为“/”，未给出具体成绩或排名。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本段未包含公示期信息。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十、名单信息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本段为推免/拟录取名单中的第389至394号，共6人，均为地方硕士生，状态均为放弃，无排名或评分数据。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九、明细表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状态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排名/评分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389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赵*杰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532932********0032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周*丽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360321********3547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朱*涛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340223********0518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朱*皓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330303********1816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321023********5020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邹*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510112********0046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地方硕士生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放弃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/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本段共涉及6人，全部为地方硕士生，状态均为放弃。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排名/评分栏均为“/”，未提供具体排名或评分方式。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本段未包含公示期信息。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