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2024年农学与生物技术学院推荐优秀应届本科毕业生免试攻读硕士遴选结果的公示</w:t>
      </w:r>
    </w:p>
    <w:p/>
    <w:tbl>
      <w:tblPr>
        <w:tblStyle w:val="TableGrid"/>
        <w:tblW w:type="auto" w:w="0"/>
        <w:jc w:val="center"/>
        <w:tblLook w:firstColumn="1" w:firstRow="1" w:lastColumn="0" w:lastRow="0" w:noHBand="0" w:noVBand="1" w:val="04A0"/>
      </w:tblPr>
      <w:tblGrid>
        <w:gridCol w:w="540"/>
        <w:gridCol w:w="540"/>
        <w:gridCol w:w="540"/>
        <w:gridCol w:w="540"/>
        <w:gridCol w:w="540"/>
        <w:gridCol w:w="540"/>
        <w:gridCol w:w="540"/>
        <w:gridCol w:w="540"/>
        <w:gridCol w:w="540"/>
        <w:gridCol w:w="540"/>
        <w:gridCol w:w="540"/>
        <w:gridCol w:w="540"/>
        <w:gridCol w:w="540"/>
        <w:gridCol w:w="540"/>
        <w:gridCol w:w="540"/>
        <w:gridCol w:w="540"/>
      </w:tblGrid>
      <w:tr>
        <w:tc>
          <w:tcPr>
            <w:tcW w:type="dxa" w:w="540"/>
          </w:tcPr>
          <w:p>
            <w:pPr>
              <w:jc w:val="center"/>
            </w:pPr>
            <w:r>
              <w:rPr>
                <w:rFonts w:ascii="Times New Roman" w:hAnsi="Times New Roman" w:eastAsia="宋体"/>
                <w:sz w:val="21"/>
              </w:rPr>
              <w:t>序号</w:t>
            </w:r>
          </w:p>
        </w:tc>
        <w:tc>
          <w:tcPr>
            <w:tcW w:type="dxa" w:w="540"/>
          </w:tcPr>
          <w:p>
            <w:pPr>
              <w:jc w:val="center"/>
            </w:pPr>
            <w:r>
              <w:rPr>
                <w:rFonts w:ascii="Times New Roman" w:hAnsi="Times New Roman" w:eastAsia="宋体"/>
                <w:sz w:val="21"/>
              </w:rPr>
              <w:t>推荐学院代码</w:t>
            </w:r>
          </w:p>
        </w:tc>
        <w:tc>
          <w:tcPr>
            <w:tcW w:type="dxa" w:w="540"/>
          </w:tcPr>
          <w:p>
            <w:pPr>
              <w:jc w:val="center"/>
            </w:pPr>
            <w:r>
              <w:rPr>
                <w:rFonts w:ascii="Times New Roman" w:hAnsi="Times New Roman" w:eastAsia="宋体"/>
                <w:sz w:val="21"/>
              </w:rPr>
              <w:t>推荐学院 名称</w:t>
            </w:r>
          </w:p>
        </w:tc>
        <w:tc>
          <w:tcPr>
            <w:tcW w:type="dxa" w:w="540"/>
          </w:tcPr>
          <w:p>
            <w:pPr>
              <w:jc w:val="center"/>
            </w:pPr>
            <w:r>
              <w:rPr>
                <w:rFonts w:ascii="Times New Roman" w:hAnsi="Times New Roman" w:eastAsia="宋体"/>
                <w:sz w:val="21"/>
              </w:rPr>
              <w:t>本科所学专业代码</w:t>
            </w:r>
          </w:p>
        </w:tc>
        <w:tc>
          <w:tcPr>
            <w:tcW w:type="dxa" w:w="540"/>
          </w:tcPr>
          <w:p>
            <w:pPr>
              <w:jc w:val="center"/>
            </w:pPr>
            <w:r>
              <w:rPr>
                <w:rFonts w:ascii="Times New Roman" w:hAnsi="Times New Roman" w:eastAsia="宋体"/>
                <w:sz w:val="21"/>
              </w:rPr>
              <w:t>本科所学专业名称</w:t>
            </w:r>
          </w:p>
        </w:tc>
        <w:tc>
          <w:tcPr>
            <w:tcW w:type="dxa" w:w="540"/>
          </w:tcPr>
          <w:p>
            <w:pPr>
              <w:jc w:val="center"/>
            </w:pPr>
            <w:r>
              <w:rPr>
                <w:rFonts w:ascii="Times New Roman" w:hAnsi="Times New Roman" w:eastAsia="宋体"/>
                <w:sz w:val="21"/>
              </w:rPr>
              <w:t>推荐生 姓名</w:t>
            </w:r>
          </w:p>
        </w:tc>
        <w:tc>
          <w:tcPr>
            <w:tcW w:type="dxa" w:w="540"/>
          </w:tcPr>
          <w:p>
            <w:pPr>
              <w:jc w:val="center"/>
            </w:pPr>
            <w:r>
              <w:rPr>
                <w:rFonts w:ascii="Times New Roman" w:hAnsi="Times New Roman" w:eastAsia="宋体"/>
                <w:sz w:val="21"/>
              </w:rPr>
              <w:t>性 别</w:t>
            </w:r>
          </w:p>
        </w:tc>
        <w:tc>
          <w:tcPr>
            <w:tcW w:type="dxa" w:w="540"/>
          </w:tcPr>
          <w:p>
            <w:pPr>
              <w:jc w:val="center"/>
            </w:pPr>
            <w:r>
              <w:rPr>
                <w:rFonts w:ascii="Times New Roman" w:hAnsi="Times New Roman" w:eastAsia="宋体"/>
                <w:sz w:val="21"/>
              </w:rPr>
              <w:t>排名方式</w:t>
            </w:r>
          </w:p>
        </w:tc>
        <w:tc>
          <w:tcPr>
            <w:tcW w:type="dxa" w:w="540"/>
          </w:tcPr>
          <w:p>
            <w:pPr>
              <w:jc w:val="center"/>
            </w:pPr>
            <w:r>
              <w:rPr>
                <w:rFonts w:ascii="Times New Roman" w:hAnsi="Times New Roman" w:eastAsia="宋体"/>
                <w:sz w:val="21"/>
              </w:rPr>
              <w:t>综合成绩</w:t>
            </w:r>
          </w:p>
        </w:tc>
        <w:tc>
          <w:tcPr>
            <w:tcW w:type="dxa" w:w="540"/>
          </w:tcPr>
          <w:p>
            <w:pPr>
              <w:jc w:val="center"/>
            </w:pPr>
            <w:r>
              <w:rPr>
                <w:rFonts w:ascii="Times New Roman" w:hAnsi="Times New Roman" w:eastAsia="宋体"/>
                <w:sz w:val="21"/>
              </w:rPr>
              <w:t>综合名次</w:t>
            </w:r>
          </w:p>
        </w:tc>
        <w:tc>
          <w:tcPr>
            <w:tcW w:type="dxa" w:w="540"/>
          </w:tcPr>
          <w:p>
            <w:pPr>
              <w:jc w:val="center"/>
            </w:pPr>
            <w:r>
              <w:rPr>
                <w:rFonts w:ascii="Times New Roman" w:hAnsi="Times New Roman" w:eastAsia="宋体"/>
                <w:sz w:val="21"/>
              </w:rPr>
              <w:t>排名人数</w:t>
            </w:r>
          </w:p>
        </w:tc>
        <w:tc>
          <w:tcPr>
            <w:tcW w:type="dxa" w:w="540"/>
          </w:tcPr>
          <w:p>
            <w:pPr>
              <w:jc w:val="center"/>
            </w:pPr>
            <w:r>
              <w:rPr>
                <w:rFonts w:ascii="Times New Roman" w:hAnsi="Times New Roman" w:eastAsia="宋体"/>
                <w:sz w:val="21"/>
              </w:rPr>
              <w:t>GPA （平均绩点）</w:t>
            </w:r>
          </w:p>
        </w:tc>
        <w:tc>
          <w:tcPr>
            <w:tcW w:type="dxa" w:w="540"/>
          </w:tcPr>
          <w:p>
            <w:pPr>
              <w:jc w:val="center"/>
            </w:pPr>
            <w:r>
              <w:rPr>
                <w:rFonts w:ascii="Times New Roman" w:hAnsi="Times New Roman" w:eastAsia="宋体"/>
                <w:sz w:val="21"/>
              </w:rPr>
              <w:t>英语级别</w:t>
            </w:r>
          </w:p>
        </w:tc>
        <w:tc>
          <w:tcPr>
            <w:tcW w:type="dxa" w:w="540"/>
          </w:tcPr>
          <w:p>
            <w:pPr>
              <w:jc w:val="center"/>
            </w:pPr>
            <w:r>
              <w:rPr>
                <w:rFonts w:ascii="Times New Roman" w:hAnsi="Times New Roman" w:eastAsia="宋体"/>
                <w:sz w:val="21"/>
              </w:rPr>
              <w:t>面试成绩</w:t>
            </w:r>
          </w:p>
        </w:tc>
        <w:tc>
          <w:tcPr>
            <w:tcW w:type="dxa" w:w="540"/>
          </w:tcPr>
          <w:p>
            <w:pPr>
              <w:jc w:val="center"/>
            </w:pPr>
            <w:r>
              <w:rPr>
                <w:rFonts w:ascii="Times New Roman" w:hAnsi="Times New Roman" w:eastAsia="宋体"/>
                <w:sz w:val="21"/>
              </w:rPr>
              <w:t>对专业成绩排名在该拟录取学生之前而未被推荐到的学生，请给予情况说明</w:t>
            </w:r>
          </w:p>
        </w:tc>
        <w:tc>
          <w:tcPr>
            <w:tcW w:type="dxa" w:w="540"/>
          </w:tcPr>
          <w:p>
            <w:pPr>
              <w:jc w:val="center"/>
            </w:pPr>
            <w:r>
              <w:rPr>
                <w:rFonts w:ascii="Times New Roman" w:hAnsi="Times New Roman" w:eastAsia="宋体"/>
                <w:sz w:val="21"/>
              </w:rPr>
              <w:t>备注</w:t>
            </w:r>
          </w:p>
        </w:tc>
      </w:tr>
      <w:tr>
        <w:tc>
          <w:tcPr>
            <w:tcW w:type="dxa" w:w="540"/>
          </w:tcPr>
          <w:p>
            <w:pPr>
              <w:jc w:val="center"/>
            </w:pPr>
            <w:r>
              <w:rPr>
                <w:rFonts w:ascii="Times New Roman" w:hAnsi="Times New Roman" w:eastAsia="宋体"/>
                <w:sz w:val="21"/>
              </w:rPr>
              <w:t>1</w:t>
            </w:r>
          </w:p>
        </w:tc>
        <w:tc>
          <w:tcPr>
            <w:tcW w:type="dxa" w:w="540"/>
          </w:tcPr>
          <w:p>
            <w:pPr>
              <w:jc w:val="center"/>
            </w:pPr>
            <w:r>
              <w:rPr>
                <w:rFonts w:ascii="Times New Roman" w:hAnsi="Times New Roman" w:eastAsia="宋体"/>
                <w:sz w:val="21"/>
              </w:rPr>
              <w:t>018</w:t>
            </w:r>
          </w:p>
        </w:tc>
        <w:tc>
          <w:tcPr>
            <w:tcW w:type="dxa" w:w="540"/>
          </w:tcPr>
          <w:p>
            <w:pPr>
              <w:jc w:val="center"/>
            </w:pPr>
            <w:r>
              <w:rPr>
                <w:rFonts w:ascii="Times New Roman" w:hAnsi="Times New Roman" w:eastAsia="宋体"/>
                <w:sz w:val="21"/>
              </w:rPr>
              <w:t>体育学院</w:t>
            </w:r>
          </w:p>
        </w:tc>
        <w:tc>
          <w:tcPr>
            <w:tcW w:type="dxa" w:w="540"/>
          </w:tcPr>
          <w:p>
            <w:pPr>
              <w:jc w:val="center"/>
            </w:pPr>
            <w:r>
              <w:rPr>
                <w:rFonts w:ascii="Times New Roman" w:hAnsi="Times New Roman" w:eastAsia="宋体"/>
                <w:sz w:val="21"/>
              </w:rPr>
              <w:t>040201</w:t>
            </w:r>
          </w:p>
        </w:tc>
        <w:tc>
          <w:tcPr>
            <w:tcW w:type="dxa" w:w="540"/>
          </w:tcPr>
          <w:p>
            <w:pPr>
              <w:jc w:val="center"/>
            </w:pPr>
            <w:r>
              <w:rPr>
                <w:rFonts w:ascii="Times New Roman" w:hAnsi="Times New Roman" w:eastAsia="宋体"/>
                <w:sz w:val="21"/>
              </w:rPr>
              <w:t>体育教育</w:t>
            </w:r>
          </w:p>
        </w:tc>
        <w:tc>
          <w:tcPr>
            <w:tcW w:type="dxa" w:w="540"/>
          </w:tcPr>
          <w:p>
            <w:pPr>
              <w:jc w:val="center"/>
            </w:pPr>
            <w:r>
              <w:rPr>
                <w:rFonts w:ascii="Times New Roman" w:hAnsi="Times New Roman" w:eastAsia="宋体"/>
                <w:sz w:val="21"/>
              </w:rPr>
              <w:t>刘馥婷</w:t>
            </w:r>
          </w:p>
        </w:tc>
        <w:tc>
          <w:tcPr>
            <w:tcW w:type="dxa" w:w="540"/>
          </w:tcPr>
          <w:p>
            <w:pPr>
              <w:jc w:val="center"/>
            </w:pPr>
            <w:r>
              <w:rPr>
                <w:rFonts w:ascii="Times New Roman" w:hAnsi="Times New Roman" w:eastAsia="宋体"/>
                <w:sz w:val="21"/>
              </w:rPr>
              <w:t>女</w:t>
            </w:r>
          </w:p>
        </w:tc>
        <w:tc>
          <w:tcPr>
            <w:tcW w:type="dxa" w:w="540"/>
          </w:tcPr>
          <w:p>
            <w:pPr>
              <w:jc w:val="center"/>
            </w:pPr>
            <w:r>
              <w:rPr>
                <w:rFonts w:ascii="Times New Roman" w:hAnsi="Times New Roman" w:eastAsia="宋体"/>
                <w:sz w:val="21"/>
              </w:rPr>
              <w:t>院系</w:t>
            </w:r>
          </w:p>
        </w:tc>
        <w:tc>
          <w:tcPr>
            <w:tcW w:type="dxa" w:w="540"/>
          </w:tcPr>
          <w:p>
            <w:pPr>
              <w:jc w:val="center"/>
            </w:pPr>
            <w:r>
              <w:rPr>
                <w:rFonts w:ascii="Times New Roman" w:hAnsi="Times New Roman" w:eastAsia="宋体"/>
                <w:sz w:val="21"/>
              </w:rPr>
              <w:t>96.8</w:t>
            </w:r>
          </w:p>
        </w:tc>
        <w:tc>
          <w:tcPr>
            <w:tcW w:type="dxa" w:w="540"/>
          </w:tcPr>
          <w:p>
            <w:pPr>
              <w:jc w:val="center"/>
            </w:pPr>
            <w:r>
              <w:rPr>
                <w:rFonts w:ascii="Times New Roman" w:hAnsi="Times New Roman" w:eastAsia="宋体"/>
                <w:sz w:val="21"/>
              </w:rPr>
              <w:t>1</w:t>
            </w:r>
          </w:p>
        </w:tc>
        <w:tc>
          <w:tcPr>
            <w:tcW w:type="dxa" w:w="540"/>
          </w:tcPr>
          <w:p>
            <w:pPr>
              <w:jc w:val="center"/>
            </w:pPr>
            <w:r>
              <w:rPr>
                <w:rFonts w:ascii="Times New Roman" w:hAnsi="Times New Roman" w:eastAsia="宋体"/>
                <w:sz w:val="21"/>
              </w:rPr>
              <w:t>96</w:t>
            </w:r>
          </w:p>
        </w:tc>
        <w:tc>
          <w:tcPr>
            <w:tcW w:type="dxa" w:w="540"/>
          </w:tcPr>
          <w:p>
            <w:pPr>
              <w:jc w:val="center"/>
            </w:pPr>
            <w:r>
              <w:rPr>
                <w:rFonts w:ascii="Times New Roman" w:hAnsi="Times New Roman" w:eastAsia="宋体"/>
                <w:sz w:val="21"/>
              </w:rPr>
              <w:t>3.48</w:t>
            </w:r>
          </w:p>
        </w:tc>
        <w:tc>
          <w:tcPr>
            <w:tcW w:type="dxa" w:w="540"/>
          </w:tcPr>
          <w:p>
            <w:pPr>
              <w:jc w:val="center"/>
            </w:pPr>
            <w:r>
              <w:rPr>
                <w:rFonts w:ascii="Times New Roman" w:hAnsi="Times New Roman" w:eastAsia="宋体"/>
                <w:sz w:val="21"/>
              </w:rPr>
              <w:t>四级</w:t>
            </w:r>
          </w:p>
        </w:tc>
        <w:tc>
          <w:tcPr>
            <w:tcW w:type="dxa" w:w="540"/>
          </w:tcPr>
          <w:p>
            <w:pPr>
              <w:jc w:val="center"/>
            </w:pPr>
            <w:r>
              <w:rPr>
                <w:rFonts w:ascii="Times New Roman" w:hAnsi="Times New Roman" w:eastAsia="宋体"/>
                <w:sz w:val="21"/>
              </w:rPr>
              <w:t>94.4</w:t>
            </w:r>
          </w:p>
        </w:tc>
        <w:tc>
          <w:tcPr>
            <w:tcW w:type="dxa" w:w="540"/>
          </w:tcPr>
          <w:p>
            <w:pPr>
              <w:jc w:val="center"/>
            </w:pPr>
            <w:r>
              <w:rPr>
                <w:rFonts w:ascii="Times New Roman" w:hAnsi="Times New Roman" w:eastAsia="宋体"/>
                <w:sz w:val="21"/>
              </w:rPr>
            </w:r>
          </w:p>
        </w:tc>
        <w:tc>
          <w:tcPr>
            <w:tcW w:type="dxa" w:w="540"/>
          </w:tcPr>
          <w:p>
            <w:pPr>
              <w:jc w:val="center"/>
            </w:pPr>
            <w:r>
              <w:rPr>
                <w:rFonts w:ascii="Times New Roman" w:hAnsi="Times New Roman" w:eastAsia="宋体"/>
                <w:sz w:val="21"/>
              </w:rPr>
            </w:r>
          </w:p>
        </w:tc>
      </w:tr>
      <w:tr>
        <w:tc>
          <w:tcPr>
            <w:tcW w:type="dxa" w:w="540"/>
          </w:tcPr>
          <w:p>
            <w:pPr>
              <w:jc w:val="center"/>
            </w:pPr>
            <w:r>
              <w:rPr>
                <w:rFonts w:ascii="Times New Roman" w:hAnsi="Times New Roman" w:eastAsia="宋体"/>
                <w:sz w:val="21"/>
              </w:rPr>
              <w:t>2</w:t>
            </w:r>
          </w:p>
        </w:tc>
        <w:tc>
          <w:tcPr>
            <w:tcW w:type="dxa" w:w="540"/>
          </w:tcPr>
          <w:p>
            <w:pPr>
              <w:jc w:val="center"/>
            </w:pPr>
            <w:r>
              <w:rPr>
                <w:rFonts w:ascii="Times New Roman" w:hAnsi="Times New Roman" w:eastAsia="宋体"/>
                <w:sz w:val="21"/>
              </w:rPr>
              <w:t>018</w:t>
            </w:r>
          </w:p>
        </w:tc>
        <w:tc>
          <w:tcPr>
            <w:tcW w:type="dxa" w:w="540"/>
          </w:tcPr>
          <w:p>
            <w:pPr>
              <w:jc w:val="center"/>
            </w:pPr>
            <w:r>
              <w:rPr>
                <w:rFonts w:ascii="Times New Roman" w:hAnsi="Times New Roman" w:eastAsia="宋体"/>
                <w:sz w:val="21"/>
              </w:rPr>
              <w:t>体育学院</w:t>
            </w:r>
          </w:p>
        </w:tc>
        <w:tc>
          <w:tcPr>
            <w:tcW w:type="dxa" w:w="540"/>
          </w:tcPr>
          <w:p>
            <w:pPr>
              <w:jc w:val="center"/>
            </w:pPr>
            <w:r>
              <w:rPr>
                <w:rFonts w:ascii="Times New Roman" w:hAnsi="Times New Roman" w:eastAsia="宋体"/>
                <w:sz w:val="21"/>
              </w:rPr>
              <w:t>040201</w:t>
            </w:r>
          </w:p>
        </w:tc>
        <w:tc>
          <w:tcPr>
            <w:tcW w:type="dxa" w:w="540"/>
          </w:tcPr>
          <w:p>
            <w:pPr>
              <w:jc w:val="center"/>
            </w:pPr>
            <w:r>
              <w:rPr>
                <w:rFonts w:ascii="Times New Roman" w:hAnsi="Times New Roman" w:eastAsia="宋体"/>
                <w:sz w:val="21"/>
              </w:rPr>
              <w:t>体育教育</w:t>
            </w:r>
          </w:p>
        </w:tc>
        <w:tc>
          <w:tcPr>
            <w:tcW w:type="dxa" w:w="540"/>
          </w:tcPr>
          <w:p>
            <w:pPr>
              <w:jc w:val="center"/>
            </w:pPr>
            <w:r>
              <w:rPr>
                <w:rFonts w:ascii="Times New Roman" w:hAnsi="Times New Roman" w:eastAsia="宋体"/>
                <w:sz w:val="21"/>
              </w:rPr>
              <w:t>郑媛</w:t>
            </w:r>
          </w:p>
        </w:tc>
        <w:tc>
          <w:tcPr>
            <w:tcW w:type="dxa" w:w="540"/>
          </w:tcPr>
          <w:p>
            <w:pPr>
              <w:jc w:val="center"/>
            </w:pPr>
            <w:r>
              <w:rPr>
                <w:rFonts w:ascii="Times New Roman" w:hAnsi="Times New Roman" w:eastAsia="宋体"/>
                <w:sz w:val="21"/>
              </w:rPr>
              <w:t>女</w:t>
            </w:r>
          </w:p>
        </w:tc>
        <w:tc>
          <w:tcPr>
            <w:tcW w:type="dxa" w:w="540"/>
          </w:tcPr>
          <w:p>
            <w:pPr>
              <w:jc w:val="center"/>
            </w:pPr>
            <w:r>
              <w:rPr>
                <w:rFonts w:ascii="Times New Roman" w:hAnsi="Times New Roman" w:eastAsia="宋体"/>
                <w:sz w:val="21"/>
              </w:rPr>
              <w:t>院系</w:t>
            </w:r>
          </w:p>
        </w:tc>
        <w:tc>
          <w:tcPr>
            <w:tcW w:type="dxa" w:w="540"/>
          </w:tcPr>
          <w:p>
            <w:pPr>
              <w:jc w:val="center"/>
            </w:pPr>
            <w:r>
              <w:rPr>
                <w:rFonts w:ascii="Times New Roman" w:hAnsi="Times New Roman" w:eastAsia="宋体"/>
                <w:sz w:val="21"/>
              </w:rPr>
              <w:t>93.9</w:t>
            </w:r>
          </w:p>
        </w:tc>
        <w:tc>
          <w:tcPr>
            <w:tcW w:type="dxa" w:w="540"/>
          </w:tcPr>
          <w:p>
            <w:pPr>
              <w:jc w:val="center"/>
            </w:pPr>
            <w:r>
              <w:rPr>
                <w:rFonts w:ascii="Times New Roman" w:hAnsi="Times New Roman" w:eastAsia="宋体"/>
                <w:sz w:val="21"/>
              </w:rPr>
              <w:t>2</w:t>
            </w:r>
          </w:p>
        </w:tc>
        <w:tc>
          <w:tcPr>
            <w:tcW w:type="dxa" w:w="540"/>
          </w:tcPr>
          <w:p>
            <w:pPr>
              <w:jc w:val="center"/>
            </w:pPr>
            <w:r>
              <w:rPr>
                <w:rFonts w:ascii="Times New Roman" w:hAnsi="Times New Roman" w:eastAsia="宋体"/>
                <w:sz w:val="21"/>
              </w:rPr>
              <w:t>96</w:t>
            </w:r>
          </w:p>
        </w:tc>
        <w:tc>
          <w:tcPr>
            <w:tcW w:type="dxa" w:w="540"/>
          </w:tcPr>
          <w:p>
            <w:pPr>
              <w:jc w:val="center"/>
            </w:pPr>
            <w:r>
              <w:rPr>
                <w:rFonts w:ascii="Times New Roman" w:hAnsi="Times New Roman" w:eastAsia="宋体"/>
                <w:sz w:val="21"/>
              </w:rPr>
              <w:t>3.6</w:t>
            </w:r>
          </w:p>
        </w:tc>
        <w:tc>
          <w:tcPr>
            <w:tcW w:type="dxa" w:w="540"/>
          </w:tcPr>
          <w:p>
            <w:pPr>
              <w:jc w:val="center"/>
            </w:pPr>
            <w:r>
              <w:rPr>
                <w:rFonts w:ascii="Times New Roman" w:hAnsi="Times New Roman" w:eastAsia="宋体"/>
                <w:sz w:val="21"/>
              </w:rPr>
              <w:t>四级</w:t>
            </w:r>
          </w:p>
        </w:tc>
        <w:tc>
          <w:tcPr>
            <w:tcW w:type="dxa" w:w="540"/>
          </w:tcPr>
          <w:p>
            <w:pPr>
              <w:jc w:val="center"/>
            </w:pPr>
            <w:r>
              <w:rPr>
                <w:rFonts w:ascii="Times New Roman" w:hAnsi="Times New Roman" w:eastAsia="宋体"/>
                <w:sz w:val="21"/>
              </w:rPr>
              <w:t>94.8</w:t>
            </w:r>
          </w:p>
        </w:tc>
        <w:tc>
          <w:tcPr>
            <w:tcW w:type="dxa" w:w="540"/>
          </w:tcPr>
          <w:p>
            <w:pPr>
              <w:jc w:val="center"/>
            </w:pPr>
            <w:r>
              <w:rPr>
                <w:rFonts w:ascii="Times New Roman" w:hAnsi="Times New Roman" w:eastAsia="宋体"/>
                <w:sz w:val="21"/>
              </w:rPr>
            </w:r>
          </w:p>
        </w:tc>
        <w:tc>
          <w:tcPr>
            <w:tcW w:type="dxa" w:w="540"/>
          </w:tcPr>
          <w:p>
            <w:pPr>
              <w:jc w:val="center"/>
            </w:pPr>
            <w:r>
              <w:rPr>
                <w:rFonts w:ascii="Times New Roman" w:hAnsi="Times New Roman" w:eastAsia="宋体"/>
                <w:sz w:val="21"/>
              </w:rPr>
            </w:r>
          </w:p>
        </w:tc>
      </w:tr>
      <w:tr>
        <w:tc>
          <w:tcPr>
            <w:tcW w:type="dxa" w:w="540"/>
          </w:tcPr>
          <w:p>
            <w:pPr>
              <w:jc w:val="center"/>
            </w:pPr>
            <w:r>
              <w:rPr>
                <w:rFonts w:ascii="Times New Roman" w:hAnsi="Times New Roman" w:eastAsia="宋体"/>
                <w:sz w:val="21"/>
              </w:rPr>
              <w:t>3</w:t>
            </w:r>
          </w:p>
        </w:tc>
        <w:tc>
          <w:tcPr>
            <w:tcW w:type="dxa" w:w="540"/>
          </w:tcPr>
          <w:p>
            <w:pPr>
              <w:jc w:val="center"/>
            </w:pPr>
            <w:r>
              <w:rPr>
                <w:rFonts w:ascii="Times New Roman" w:hAnsi="Times New Roman" w:eastAsia="宋体"/>
                <w:sz w:val="21"/>
              </w:rPr>
              <w:t>018</w:t>
            </w:r>
          </w:p>
        </w:tc>
        <w:tc>
          <w:tcPr>
            <w:tcW w:type="dxa" w:w="540"/>
          </w:tcPr>
          <w:p>
            <w:pPr>
              <w:jc w:val="center"/>
            </w:pPr>
            <w:r>
              <w:rPr>
                <w:rFonts w:ascii="Times New Roman" w:hAnsi="Times New Roman" w:eastAsia="宋体"/>
                <w:sz w:val="21"/>
              </w:rPr>
              <w:t>体育学院</w:t>
            </w:r>
          </w:p>
        </w:tc>
        <w:tc>
          <w:tcPr>
            <w:tcW w:type="dxa" w:w="540"/>
          </w:tcPr>
          <w:p>
            <w:pPr>
              <w:jc w:val="center"/>
            </w:pPr>
            <w:r>
              <w:rPr>
                <w:rFonts w:ascii="Times New Roman" w:hAnsi="Times New Roman" w:eastAsia="宋体"/>
                <w:sz w:val="21"/>
              </w:rPr>
              <w:t>040201</w:t>
            </w:r>
          </w:p>
        </w:tc>
        <w:tc>
          <w:tcPr>
            <w:tcW w:type="dxa" w:w="540"/>
          </w:tcPr>
          <w:p>
            <w:pPr>
              <w:jc w:val="center"/>
            </w:pPr>
            <w:r>
              <w:rPr>
                <w:rFonts w:ascii="Times New Roman" w:hAnsi="Times New Roman" w:eastAsia="宋体"/>
                <w:sz w:val="21"/>
              </w:rPr>
              <w:t>体育教育</w:t>
            </w:r>
          </w:p>
        </w:tc>
        <w:tc>
          <w:tcPr>
            <w:tcW w:type="dxa" w:w="540"/>
          </w:tcPr>
          <w:p>
            <w:pPr>
              <w:jc w:val="center"/>
            </w:pPr>
            <w:r>
              <w:rPr>
                <w:rFonts w:ascii="Times New Roman" w:hAnsi="Times New Roman" w:eastAsia="宋体"/>
                <w:sz w:val="21"/>
              </w:rPr>
              <w:t>吴梦瑶</w:t>
            </w:r>
          </w:p>
        </w:tc>
        <w:tc>
          <w:tcPr>
            <w:tcW w:type="dxa" w:w="540"/>
          </w:tcPr>
          <w:p>
            <w:pPr>
              <w:jc w:val="center"/>
            </w:pPr>
            <w:r>
              <w:rPr>
                <w:rFonts w:ascii="Times New Roman" w:hAnsi="Times New Roman" w:eastAsia="宋体"/>
                <w:sz w:val="21"/>
              </w:rPr>
              <w:t>女</w:t>
            </w:r>
          </w:p>
        </w:tc>
        <w:tc>
          <w:tcPr>
            <w:tcW w:type="dxa" w:w="540"/>
          </w:tcPr>
          <w:p>
            <w:pPr>
              <w:jc w:val="center"/>
            </w:pPr>
            <w:r>
              <w:rPr>
                <w:rFonts w:ascii="Times New Roman" w:hAnsi="Times New Roman" w:eastAsia="宋体"/>
                <w:sz w:val="21"/>
              </w:rPr>
              <w:t>院系</w:t>
            </w:r>
          </w:p>
        </w:tc>
        <w:tc>
          <w:tcPr>
            <w:tcW w:type="dxa" w:w="540"/>
          </w:tcPr>
          <w:p>
            <w:pPr>
              <w:jc w:val="center"/>
            </w:pPr>
            <w:r>
              <w:rPr>
                <w:rFonts w:ascii="Times New Roman" w:hAnsi="Times New Roman" w:eastAsia="宋体"/>
                <w:sz w:val="21"/>
              </w:rPr>
              <w:t>92.7</w:t>
            </w:r>
          </w:p>
        </w:tc>
        <w:tc>
          <w:tcPr>
            <w:tcW w:type="dxa" w:w="540"/>
          </w:tcPr>
          <w:p>
            <w:pPr>
              <w:jc w:val="center"/>
            </w:pPr>
            <w:r>
              <w:rPr>
                <w:rFonts w:ascii="Times New Roman" w:hAnsi="Times New Roman" w:eastAsia="宋体"/>
                <w:sz w:val="21"/>
              </w:rPr>
              <w:t>3</w:t>
            </w:r>
          </w:p>
        </w:tc>
        <w:tc>
          <w:tcPr>
            <w:tcW w:type="dxa" w:w="540"/>
          </w:tcPr>
          <w:p>
            <w:pPr>
              <w:jc w:val="center"/>
            </w:pPr>
            <w:r>
              <w:rPr>
                <w:rFonts w:ascii="Times New Roman" w:hAnsi="Times New Roman" w:eastAsia="宋体"/>
                <w:sz w:val="21"/>
              </w:rPr>
              <w:t>96</w:t>
            </w:r>
          </w:p>
        </w:tc>
        <w:tc>
          <w:tcPr>
            <w:tcW w:type="dxa" w:w="540"/>
          </w:tcPr>
          <w:p>
            <w:pPr>
              <w:jc w:val="center"/>
            </w:pPr>
            <w:r>
              <w:rPr>
                <w:rFonts w:ascii="Times New Roman" w:hAnsi="Times New Roman" w:eastAsia="宋体"/>
                <w:sz w:val="21"/>
              </w:rPr>
              <w:t>3.69</w:t>
            </w:r>
          </w:p>
        </w:tc>
        <w:tc>
          <w:tcPr>
            <w:tcW w:type="dxa" w:w="540"/>
          </w:tcPr>
          <w:p>
            <w:pPr>
              <w:jc w:val="center"/>
            </w:pPr>
            <w:r>
              <w:rPr>
                <w:rFonts w:ascii="Times New Roman" w:hAnsi="Times New Roman" w:eastAsia="宋体"/>
                <w:sz w:val="21"/>
              </w:rPr>
              <w:t>四级</w:t>
            </w:r>
          </w:p>
        </w:tc>
        <w:tc>
          <w:tcPr>
            <w:tcW w:type="dxa" w:w="540"/>
          </w:tcPr>
          <w:p>
            <w:pPr>
              <w:jc w:val="center"/>
            </w:pPr>
            <w:r>
              <w:rPr>
                <w:rFonts w:ascii="Times New Roman" w:hAnsi="Times New Roman" w:eastAsia="宋体"/>
                <w:sz w:val="21"/>
              </w:rPr>
              <w:t>94.8</w:t>
            </w:r>
          </w:p>
        </w:tc>
        <w:tc>
          <w:tcPr>
            <w:tcW w:type="dxa" w:w="540"/>
          </w:tcPr>
          <w:p>
            <w:pPr>
              <w:jc w:val="center"/>
            </w:pPr>
            <w:r>
              <w:rPr>
                <w:rFonts w:ascii="Times New Roman" w:hAnsi="Times New Roman" w:eastAsia="宋体"/>
                <w:sz w:val="21"/>
              </w:rPr>
            </w:r>
          </w:p>
        </w:tc>
        <w:tc>
          <w:tcPr>
            <w:tcW w:type="dxa" w:w="540"/>
          </w:tcPr>
          <w:p>
            <w:pPr>
              <w:jc w:val="center"/>
            </w:pPr>
            <w:r>
              <w:rPr>
                <w:rFonts w:ascii="Times New Roman" w:hAnsi="Times New Roman" w:eastAsia="宋体"/>
                <w:sz w:val="21"/>
              </w:rPr>
            </w:r>
          </w:p>
        </w:tc>
      </w:tr>
    </w:tbl>
    <w:p/>
    <w:p>
      <w:pPr>
        <w:spacing w:after="80" w:line="360" w:lineRule="auto"/>
        <w:ind w:firstLine="482"/>
        <w:jc w:val="both"/>
      </w:pPr>
      <w:r>
        <w:rPr>
          <w:rFonts w:ascii="Times New Roman" w:hAnsi="Times New Roman" w:eastAsia="宋体"/>
          <w:sz w:val="24"/>
        </w:rPr>
        <w:t>学号</w:t>
      </w:r>
    </w:p>
    <w:p>
      <w:pPr>
        <w:spacing w:after="80" w:line="360" w:lineRule="auto"/>
        <w:ind w:firstLine="482"/>
        <w:jc w:val="both"/>
      </w:pPr>
      <w:r>
        <w:rPr>
          <w:rFonts w:ascii="Times New Roman" w:hAnsi="Times New Roman" w:eastAsia="宋体"/>
          <w:sz w:val="24"/>
        </w:rPr>
        <w:t>班级</w:t>
      </w:r>
    </w:p>
    <w:p>
      <w:pPr>
        <w:spacing w:after="80" w:line="360" w:lineRule="auto"/>
        <w:ind w:firstLine="482"/>
        <w:jc w:val="both"/>
      </w:pPr>
      <w:r>
        <w:rPr>
          <w:rFonts w:ascii="Times New Roman" w:hAnsi="Times New Roman" w:eastAsia="宋体"/>
          <w:sz w:val="24"/>
        </w:rPr>
        <w:t>是否同意推荐</w:t>
      </w:r>
    </w:p>
    <w:p>
      <w:pPr>
        <w:spacing w:after="80" w:line="360" w:lineRule="auto"/>
        <w:ind w:firstLine="482"/>
        <w:jc w:val="both"/>
      </w:pPr>
      <w:r>
        <w:rPr>
          <w:rFonts w:ascii="Times New Roman" w:hAnsi="Times New Roman" w:eastAsia="宋体"/>
          <w:sz w:val="24"/>
        </w:rPr>
        <w:t>1</w:t>
      </w:r>
    </w:p>
    <w:p>
      <w:pPr>
        <w:spacing w:after="80" w:line="360" w:lineRule="auto"/>
        <w:ind w:firstLine="482"/>
        <w:jc w:val="both"/>
      </w:pPr>
      <w:r>
        <w:rPr>
          <w:rFonts w:ascii="Times New Roman" w:hAnsi="Times New Roman" w:eastAsia="宋体"/>
          <w:sz w:val="24"/>
        </w:rPr>
        <w:t>余永萍</w:t>
      </w:r>
    </w:p>
    <w:p>
      <w:pPr>
        <w:spacing w:after="80" w:line="360" w:lineRule="auto"/>
        <w:ind w:firstLine="482"/>
        <w:jc w:val="both"/>
      </w:pPr>
      <w:r>
        <w:rPr>
          <w:rFonts w:ascii="Times New Roman" w:hAnsi="Times New Roman" w:eastAsia="宋体"/>
          <w:sz w:val="24"/>
        </w:rPr>
        <w:t>2021310939</w:t>
      </w:r>
    </w:p>
    <w:p>
      <w:pPr>
        <w:spacing w:after="80" w:line="360" w:lineRule="auto"/>
        <w:ind w:firstLine="482"/>
        <w:jc w:val="both"/>
      </w:pPr>
      <w:r>
        <w:rPr>
          <w:rFonts w:ascii="Times New Roman" w:hAnsi="Times New Roman" w:eastAsia="宋体"/>
          <w:sz w:val="24"/>
        </w:rPr>
        <w:t>2021级农学1班</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2</w:t>
      </w:r>
    </w:p>
    <w:p>
      <w:pPr>
        <w:spacing w:after="80" w:line="360" w:lineRule="auto"/>
        <w:ind w:firstLine="482"/>
        <w:jc w:val="both"/>
      </w:pPr>
      <w:r>
        <w:rPr>
          <w:rFonts w:ascii="Times New Roman" w:hAnsi="Times New Roman" w:eastAsia="宋体"/>
          <w:sz w:val="24"/>
        </w:rPr>
        <w:t>唐琴</w:t>
      </w:r>
    </w:p>
    <w:p>
      <w:pPr>
        <w:spacing w:after="80" w:line="360" w:lineRule="auto"/>
        <w:ind w:firstLine="482"/>
        <w:jc w:val="both"/>
      </w:pPr>
      <w:r>
        <w:rPr>
          <w:rFonts w:ascii="Times New Roman" w:hAnsi="Times New Roman" w:eastAsia="宋体"/>
          <w:sz w:val="24"/>
        </w:rPr>
        <w:t>2021310955</w:t>
      </w:r>
    </w:p>
    <w:p>
      <w:pPr>
        <w:spacing w:after="80" w:line="360" w:lineRule="auto"/>
        <w:ind w:firstLine="482"/>
        <w:jc w:val="both"/>
      </w:pPr>
      <w:r>
        <w:rPr>
          <w:rFonts w:ascii="Times New Roman" w:hAnsi="Times New Roman" w:eastAsia="宋体"/>
          <w:sz w:val="24"/>
        </w:rPr>
        <w:t>2021级农学1班</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3</w:t>
      </w:r>
    </w:p>
    <w:p>
      <w:pPr>
        <w:spacing w:after="80" w:line="360" w:lineRule="auto"/>
        <w:ind w:firstLine="482"/>
        <w:jc w:val="both"/>
      </w:pPr>
      <w:r>
        <w:rPr>
          <w:rFonts w:ascii="Times New Roman" w:hAnsi="Times New Roman" w:eastAsia="宋体"/>
          <w:sz w:val="24"/>
        </w:rPr>
        <w:t>曾豫</w:t>
      </w:r>
    </w:p>
    <w:p>
      <w:pPr>
        <w:spacing w:after="80" w:line="360" w:lineRule="auto"/>
        <w:ind w:firstLine="482"/>
        <w:jc w:val="both"/>
      </w:pPr>
      <w:r>
        <w:rPr>
          <w:rFonts w:ascii="Times New Roman" w:hAnsi="Times New Roman" w:eastAsia="宋体"/>
          <w:sz w:val="24"/>
        </w:rPr>
        <w:t>2021310938</w:t>
      </w:r>
    </w:p>
    <w:p>
      <w:pPr>
        <w:spacing w:after="80" w:line="360" w:lineRule="auto"/>
        <w:ind w:firstLine="482"/>
        <w:jc w:val="both"/>
      </w:pPr>
      <w:r>
        <w:rPr>
          <w:rFonts w:ascii="Times New Roman" w:hAnsi="Times New Roman" w:eastAsia="宋体"/>
          <w:sz w:val="24"/>
        </w:rPr>
        <w:t>2021级农学2班</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4</w:t>
      </w:r>
    </w:p>
    <w:p>
      <w:pPr>
        <w:spacing w:after="80" w:line="360" w:lineRule="auto"/>
        <w:ind w:firstLine="482"/>
        <w:jc w:val="both"/>
      </w:pPr>
      <w:r>
        <w:rPr>
          <w:rFonts w:ascii="Times New Roman" w:hAnsi="Times New Roman" w:eastAsia="宋体"/>
          <w:sz w:val="24"/>
        </w:rPr>
        <w:t>吴富诚</w:t>
      </w:r>
    </w:p>
    <w:p>
      <w:pPr>
        <w:spacing w:after="80" w:line="360" w:lineRule="auto"/>
        <w:ind w:firstLine="482"/>
        <w:jc w:val="both"/>
      </w:pPr>
      <w:r>
        <w:rPr>
          <w:rFonts w:ascii="Times New Roman" w:hAnsi="Times New Roman" w:eastAsia="宋体"/>
          <w:sz w:val="24"/>
        </w:rPr>
        <w:t>2021310958</w:t>
      </w:r>
    </w:p>
    <w:p>
      <w:pPr>
        <w:spacing w:after="80" w:line="360" w:lineRule="auto"/>
        <w:ind w:firstLine="482"/>
        <w:jc w:val="both"/>
      </w:pPr>
      <w:r>
        <w:rPr>
          <w:rFonts w:ascii="Times New Roman" w:hAnsi="Times New Roman" w:eastAsia="宋体"/>
          <w:sz w:val="24"/>
        </w:rPr>
        <w:t>2021级农学2班</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5</w:t>
      </w:r>
    </w:p>
    <w:p>
      <w:pPr>
        <w:spacing w:after="80" w:line="360" w:lineRule="auto"/>
        <w:ind w:firstLine="482"/>
        <w:jc w:val="both"/>
      </w:pPr>
      <w:r>
        <w:rPr>
          <w:rFonts w:ascii="Times New Roman" w:hAnsi="Times New Roman" w:eastAsia="宋体"/>
          <w:sz w:val="24"/>
        </w:rPr>
        <w:t>李明敏</w:t>
      </w:r>
    </w:p>
    <w:p>
      <w:pPr>
        <w:spacing w:after="80" w:line="360" w:lineRule="auto"/>
        <w:ind w:firstLine="482"/>
        <w:jc w:val="both"/>
      </w:pPr>
      <w:r>
        <w:rPr>
          <w:rFonts w:ascii="Times New Roman" w:hAnsi="Times New Roman" w:eastAsia="宋体"/>
          <w:sz w:val="24"/>
        </w:rPr>
        <w:t>2021311032</w:t>
      </w:r>
    </w:p>
    <w:p>
      <w:pPr>
        <w:spacing w:after="80" w:line="360" w:lineRule="auto"/>
        <w:ind w:firstLine="482"/>
        <w:jc w:val="both"/>
      </w:pPr>
      <w:r>
        <w:rPr>
          <w:rFonts w:ascii="Times New Roman" w:hAnsi="Times New Roman" w:eastAsia="宋体"/>
          <w:sz w:val="24"/>
        </w:rPr>
        <w:t>2021级农学2班</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6</w:t>
      </w:r>
    </w:p>
    <w:p>
      <w:pPr>
        <w:spacing w:after="80" w:line="360" w:lineRule="auto"/>
        <w:ind w:firstLine="482"/>
        <w:jc w:val="both"/>
      </w:pPr>
      <w:r>
        <w:rPr>
          <w:rFonts w:ascii="Times New Roman" w:hAnsi="Times New Roman" w:eastAsia="宋体"/>
          <w:sz w:val="24"/>
        </w:rPr>
        <w:t>杨艺婷</w:t>
      </w:r>
    </w:p>
    <w:p>
      <w:pPr>
        <w:spacing w:after="80" w:line="360" w:lineRule="auto"/>
        <w:ind w:firstLine="482"/>
        <w:jc w:val="both"/>
      </w:pPr>
      <w:r>
        <w:rPr>
          <w:rFonts w:ascii="Times New Roman" w:hAnsi="Times New Roman" w:eastAsia="宋体"/>
          <w:sz w:val="24"/>
        </w:rPr>
        <w:t>2021310941</w:t>
      </w:r>
    </w:p>
    <w:p>
      <w:pPr>
        <w:spacing w:after="80" w:line="360" w:lineRule="auto"/>
        <w:ind w:firstLine="482"/>
        <w:jc w:val="both"/>
      </w:pPr>
      <w:r>
        <w:rPr>
          <w:rFonts w:ascii="Times New Roman" w:hAnsi="Times New Roman" w:eastAsia="宋体"/>
          <w:sz w:val="24"/>
        </w:rPr>
        <w:t>2021级农学2班</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7</w:t>
      </w:r>
    </w:p>
    <w:p>
      <w:pPr>
        <w:spacing w:after="80" w:line="360" w:lineRule="auto"/>
        <w:ind w:firstLine="482"/>
        <w:jc w:val="both"/>
      </w:pPr>
      <w:r>
        <w:rPr>
          <w:rFonts w:ascii="Times New Roman" w:hAnsi="Times New Roman" w:eastAsia="宋体"/>
          <w:sz w:val="24"/>
        </w:rPr>
        <w:t>卢宜旺</w:t>
      </w:r>
    </w:p>
    <w:p>
      <w:pPr>
        <w:spacing w:after="80" w:line="360" w:lineRule="auto"/>
        <w:ind w:firstLine="482"/>
        <w:jc w:val="both"/>
      </w:pPr>
      <w:r>
        <w:rPr>
          <w:rFonts w:ascii="Times New Roman" w:hAnsi="Times New Roman" w:eastAsia="宋体"/>
          <w:sz w:val="24"/>
        </w:rPr>
        <w:t>2021311065</w:t>
      </w:r>
    </w:p>
    <w:p>
      <w:pPr>
        <w:spacing w:after="80" w:line="360" w:lineRule="auto"/>
        <w:ind w:firstLine="482"/>
        <w:jc w:val="both"/>
      </w:pPr>
      <w:r>
        <w:rPr>
          <w:rFonts w:ascii="Times New Roman" w:hAnsi="Times New Roman" w:eastAsia="宋体"/>
          <w:sz w:val="24"/>
        </w:rPr>
        <w:t>2021级生物技术</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8</w:t>
      </w:r>
    </w:p>
    <w:p>
      <w:pPr>
        <w:spacing w:after="80" w:line="360" w:lineRule="auto"/>
        <w:ind w:firstLine="482"/>
        <w:jc w:val="both"/>
      </w:pPr>
      <w:r>
        <w:rPr>
          <w:rFonts w:ascii="Times New Roman" w:hAnsi="Times New Roman" w:eastAsia="宋体"/>
          <w:sz w:val="24"/>
        </w:rPr>
        <w:t>付茂浙</w:t>
      </w:r>
    </w:p>
    <w:p>
      <w:pPr>
        <w:spacing w:after="80" w:line="360" w:lineRule="auto"/>
        <w:ind w:firstLine="482"/>
        <w:jc w:val="both"/>
      </w:pPr>
      <w:r>
        <w:rPr>
          <w:rFonts w:ascii="Times New Roman" w:hAnsi="Times New Roman" w:eastAsia="宋体"/>
          <w:sz w:val="24"/>
        </w:rPr>
        <w:t>2021311063</w:t>
      </w:r>
    </w:p>
    <w:p>
      <w:pPr>
        <w:spacing w:after="80" w:line="360" w:lineRule="auto"/>
        <w:ind w:firstLine="482"/>
        <w:jc w:val="both"/>
      </w:pPr>
      <w:r>
        <w:rPr>
          <w:rFonts w:ascii="Times New Roman" w:hAnsi="Times New Roman" w:eastAsia="宋体"/>
          <w:sz w:val="24"/>
        </w:rPr>
        <w:t>2021级生物技术</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9</w:t>
      </w:r>
    </w:p>
    <w:p>
      <w:pPr>
        <w:spacing w:after="80" w:line="360" w:lineRule="auto"/>
        <w:ind w:firstLine="482"/>
        <w:jc w:val="both"/>
      </w:pPr>
      <w:r>
        <w:rPr>
          <w:rFonts w:ascii="Times New Roman" w:hAnsi="Times New Roman" w:eastAsia="宋体"/>
          <w:sz w:val="24"/>
        </w:rPr>
        <w:t>张云龙</w:t>
      </w:r>
    </w:p>
    <w:p>
      <w:pPr>
        <w:spacing w:after="80" w:line="360" w:lineRule="auto"/>
        <w:ind w:firstLine="482"/>
        <w:jc w:val="both"/>
      </w:pPr>
      <w:r>
        <w:rPr>
          <w:rFonts w:ascii="Times New Roman" w:hAnsi="Times New Roman" w:eastAsia="宋体"/>
          <w:sz w:val="24"/>
        </w:rPr>
        <w:t>2021311098</w:t>
      </w:r>
    </w:p>
    <w:p>
      <w:pPr>
        <w:spacing w:after="80" w:line="360" w:lineRule="auto"/>
        <w:ind w:firstLine="482"/>
        <w:jc w:val="both"/>
      </w:pPr>
      <w:r>
        <w:rPr>
          <w:rFonts w:ascii="Times New Roman" w:hAnsi="Times New Roman" w:eastAsia="宋体"/>
          <w:sz w:val="24"/>
        </w:rPr>
        <w:t>2021级生物技术</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10</w:t>
      </w:r>
    </w:p>
    <w:p>
      <w:pPr>
        <w:spacing w:after="80" w:line="360" w:lineRule="auto"/>
        <w:ind w:firstLine="482"/>
        <w:jc w:val="both"/>
      </w:pPr>
      <w:r>
        <w:rPr>
          <w:rFonts w:ascii="Times New Roman" w:hAnsi="Times New Roman" w:eastAsia="宋体"/>
          <w:sz w:val="24"/>
        </w:rPr>
        <w:t>梁桐玮</w:t>
      </w:r>
    </w:p>
    <w:p>
      <w:pPr>
        <w:spacing w:after="80" w:line="360" w:lineRule="auto"/>
        <w:ind w:firstLine="482"/>
        <w:jc w:val="both"/>
      </w:pPr>
      <w:r>
        <w:rPr>
          <w:rFonts w:ascii="Times New Roman" w:hAnsi="Times New Roman" w:eastAsia="宋体"/>
          <w:sz w:val="24"/>
        </w:rPr>
        <w:t>2021311086</w:t>
      </w:r>
    </w:p>
    <w:p>
      <w:pPr>
        <w:spacing w:after="80" w:line="360" w:lineRule="auto"/>
        <w:ind w:firstLine="482"/>
        <w:jc w:val="both"/>
      </w:pPr>
      <w:r>
        <w:rPr>
          <w:rFonts w:ascii="Times New Roman" w:hAnsi="Times New Roman" w:eastAsia="宋体"/>
          <w:sz w:val="24"/>
        </w:rPr>
        <w:t>2021级生物技术</w:t>
      </w:r>
    </w:p>
    <w:p>
      <w:pPr>
        <w:spacing w:after="80" w:line="360" w:lineRule="auto"/>
        <w:ind w:firstLine="482"/>
        <w:jc w:val="both"/>
      </w:pPr>
      <w:r>
        <w:rPr>
          <w:rFonts w:ascii="Times New Roman" w:hAnsi="Times New Roman" w:eastAsia="宋体"/>
          <w:sz w:val="24"/>
        </w:rPr>
        <w:t>否</w:t>
      </w:r>
    </w:p>
    <w:p>
      <w:pPr>
        <w:spacing w:after="80" w:line="360" w:lineRule="auto"/>
        <w:ind w:firstLine="482"/>
        <w:jc w:val="both"/>
      </w:pPr>
      <w:r>
        <w:rPr>
          <w:rFonts w:ascii="Times New Roman" w:hAnsi="Times New Roman" w:eastAsia="宋体"/>
          <w:sz w:val="24"/>
        </w:rPr>
        <w:t>11</w:t>
      </w:r>
    </w:p>
    <w:p>
      <w:pPr>
        <w:spacing w:after="80" w:line="360" w:lineRule="auto"/>
        <w:ind w:firstLine="482"/>
        <w:jc w:val="both"/>
      </w:pPr>
      <w:r>
        <w:rPr>
          <w:rFonts w:ascii="Times New Roman" w:hAnsi="Times New Roman" w:eastAsia="宋体"/>
          <w:sz w:val="24"/>
        </w:rPr>
        <w:t>王柯丹</w:t>
      </w:r>
    </w:p>
    <w:p>
      <w:pPr>
        <w:spacing w:after="80" w:line="360" w:lineRule="auto"/>
        <w:ind w:firstLine="482"/>
        <w:jc w:val="both"/>
      </w:pPr>
      <w:r>
        <w:rPr>
          <w:rFonts w:ascii="Times New Roman" w:hAnsi="Times New Roman" w:eastAsia="宋体"/>
          <w:sz w:val="24"/>
        </w:rPr>
        <w:t>2021311078</w:t>
      </w:r>
    </w:p>
    <w:p>
      <w:pPr>
        <w:spacing w:after="80" w:line="360" w:lineRule="auto"/>
        <w:ind w:firstLine="482"/>
        <w:jc w:val="both"/>
      </w:pPr>
      <w:r>
        <w:rPr>
          <w:rFonts w:ascii="Times New Roman" w:hAnsi="Times New Roman" w:eastAsia="宋体"/>
          <w:sz w:val="24"/>
        </w:rPr>
        <w:t>2021级生物技术</w:t>
      </w:r>
    </w:p>
    <w:p>
      <w:pPr>
        <w:spacing w:after="80" w:line="360" w:lineRule="auto"/>
        <w:ind w:firstLine="482"/>
        <w:jc w:val="both"/>
      </w:pPr>
      <w:r>
        <w:rPr>
          <w:rFonts w:ascii="Times New Roman" w:hAnsi="Times New Roman" w:eastAsia="宋体"/>
          <w:sz w:val="24"/>
        </w:rPr>
        <w:t>否</w:t>
      </w:r>
    </w:p>
    <w:p>
      <w:pPr>
        <w:spacing w:after="80" w:line="360" w:lineRule="auto"/>
        <w:ind w:firstLine="482"/>
        <w:jc w:val="both"/>
      </w:pPr>
      <w:r>
        <w:rPr>
          <w:rFonts w:ascii="Times New Roman" w:hAnsi="Times New Roman" w:eastAsia="宋体"/>
          <w:sz w:val="24"/>
        </w:rPr>
        <w:t>12</w:t>
      </w:r>
    </w:p>
    <w:p>
      <w:pPr>
        <w:spacing w:after="80" w:line="360" w:lineRule="auto"/>
        <w:ind w:firstLine="482"/>
        <w:jc w:val="both"/>
      </w:pPr>
      <w:r>
        <w:rPr>
          <w:rFonts w:ascii="Times New Roman" w:hAnsi="Times New Roman" w:eastAsia="宋体"/>
          <w:sz w:val="24"/>
        </w:rPr>
        <w:t>毕晓燕</w:t>
      </w:r>
    </w:p>
    <w:p>
      <w:pPr>
        <w:spacing w:after="80" w:line="360" w:lineRule="auto"/>
        <w:ind w:firstLine="482"/>
        <w:jc w:val="both"/>
      </w:pPr>
      <w:r>
        <w:rPr>
          <w:rFonts w:ascii="Times New Roman" w:hAnsi="Times New Roman" w:eastAsia="宋体"/>
          <w:sz w:val="24"/>
        </w:rPr>
        <w:t>2021313773</w:t>
      </w:r>
    </w:p>
    <w:p>
      <w:pPr>
        <w:spacing w:after="80" w:line="360" w:lineRule="auto"/>
        <w:ind w:firstLine="482"/>
        <w:jc w:val="both"/>
      </w:pPr>
      <w:r>
        <w:rPr>
          <w:rFonts w:ascii="Times New Roman" w:hAnsi="Times New Roman" w:eastAsia="宋体"/>
          <w:sz w:val="24"/>
        </w:rPr>
        <w:t>2021级种子科学与工程</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13</w:t>
      </w:r>
    </w:p>
    <w:p>
      <w:pPr>
        <w:spacing w:after="80" w:line="360" w:lineRule="auto"/>
        <w:ind w:firstLine="482"/>
        <w:jc w:val="both"/>
      </w:pPr>
      <w:r>
        <w:rPr>
          <w:rFonts w:ascii="Times New Roman" w:hAnsi="Times New Roman" w:eastAsia="宋体"/>
          <w:sz w:val="24"/>
        </w:rPr>
        <w:t>王珍</w:t>
      </w:r>
    </w:p>
    <w:p>
      <w:pPr>
        <w:spacing w:after="80" w:line="360" w:lineRule="auto"/>
        <w:ind w:firstLine="482"/>
        <w:jc w:val="both"/>
      </w:pPr>
      <w:r>
        <w:rPr>
          <w:rFonts w:ascii="Times New Roman" w:hAnsi="Times New Roman" w:eastAsia="宋体"/>
          <w:sz w:val="24"/>
        </w:rPr>
        <w:t>2021313749</w:t>
      </w:r>
    </w:p>
    <w:p>
      <w:pPr>
        <w:spacing w:after="80" w:line="360" w:lineRule="auto"/>
        <w:ind w:firstLine="482"/>
        <w:jc w:val="both"/>
      </w:pPr>
      <w:r>
        <w:rPr>
          <w:rFonts w:ascii="Times New Roman" w:hAnsi="Times New Roman" w:eastAsia="宋体"/>
          <w:sz w:val="24"/>
        </w:rPr>
        <w:t>2021级种子科学与工程</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14</w:t>
      </w:r>
    </w:p>
    <w:p>
      <w:pPr>
        <w:spacing w:after="80" w:line="360" w:lineRule="auto"/>
        <w:ind w:firstLine="482"/>
        <w:jc w:val="both"/>
      </w:pPr>
      <w:r>
        <w:rPr>
          <w:rFonts w:ascii="Times New Roman" w:hAnsi="Times New Roman" w:eastAsia="宋体"/>
          <w:sz w:val="24"/>
        </w:rPr>
        <w:t>詹琳</w:t>
      </w:r>
    </w:p>
    <w:p>
      <w:pPr>
        <w:spacing w:after="80" w:line="360" w:lineRule="auto"/>
        <w:ind w:firstLine="482"/>
        <w:jc w:val="both"/>
      </w:pPr>
      <w:r>
        <w:rPr>
          <w:rFonts w:ascii="Times New Roman" w:hAnsi="Times New Roman" w:eastAsia="宋体"/>
          <w:sz w:val="24"/>
        </w:rPr>
        <w:t>2021313791</w:t>
      </w:r>
    </w:p>
    <w:p>
      <w:pPr>
        <w:spacing w:after="80" w:line="360" w:lineRule="auto"/>
        <w:ind w:firstLine="482"/>
        <w:jc w:val="both"/>
      </w:pPr>
      <w:r>
        <w:rPr>
          <w:rFonts w:ascii="Times New Roman" w:hAnsi="Times New Roman" w:eastAsia="宋体"/>
          <w:sz w:val="24"/>
        </w:rPr>
        <w:t>2021级种子科学与工程</w:t>
      </w:r>
    </w:p>
    <w:p>
      <w:pPr>
        <w:spacing w:after="80" w:line="360" w:lineRule="auto"/>
        <w:ind w:firstLine="482"/>
        <w:jc w:val="both"/>
      </w:pPr>
      <w:r>
        <w:rPr>
          <w:rFonts w:ascii="Times New Roman" w:hAnsi="Times New Roman" w:eastAsia="宋体"/>
          <w:sz w:val="24"/>
        </w:rPr>
        <w:t>否</w:t>
      </w:r>
    </w:p>
    <w:p>
      <w:pPr>
        <w:spacing w:after="80" w:line="360" w:lineRule="auto"/>
        <w:ind w:firstLine="482"/>
        <w:jc w:val="both"/>
      </w:pPr>
      <w:r>
        <w:rPr>
          <w:rFonts w:ascii="Times New Roman" w:hAnsi="Times New Roman" w:eastAsia="宋体"/>
          <w:sz w:val="24"/>
        </w:rPr>
        <w:t>15</w:t>
      </w:r>
    </w:p>
    <w:p>
      <w:pPr>
        <w:spacing w:after="80" w:line="360" w:lineRule="auto"/>
        <w:ind w:firstLine="482"/>
        <w:jc w:val="both"/>
      </w:pPr>
      <w:r>
        <w:rPr>
          <w:rFonts w:ascii="Times New Roman" w:hAnsi="Times New Roman" w:eastAsia="宋体"/>
          <w:sz w:val="24"/>
        </w:rPr>
        <w:t>王薇雅</w:t>
      </w:r>
    </w:p>
    <w:p>
      <w:pPr>
        <w:spacing w:after="80" w:line="360" w:lineRule="auto"/>
        <w:ind w:firstLine="482"/>
        <w:jc w:val="both"/>
      </w:pPr>
      <w:r>
        <w:rPr>
          <w:rFonts w:ascii="Times New Roman" w:hAnsi="Times New Roman" w:eastAsia="宋体"/>
          <w:sz w:val="24"/>
        </w:rPr>
        <w:t>2021313696</w:t>
      </w:r>
    </w:p>
    <w:p>
      <w:pPr>
        <w:spacing w:after="80" w:line="360" w:lineRule="auto"/>
        <w:ind w:firstLine="482"/>
        <w:jc w:val="both"/>
      </w:pPr>
      <w:r>
        <w:rPr>
          <w:rFonts w:ascii="Times New Roman" w:hAnsi="Times New Roman" w:eastAsia="宋体"/>
          <w:sz w:val="24"/>
        </w:rPr>
        <w:t>2021级中草药栽培与鉴定</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16</w:t>
      </w:r>
    </w:p>
    <w:p>
      <w:pPr>
        <w:spacing w:after="80" w:line="360" w:lineRule="auto"/>
        <w:ind w:firstLine="482"/>
        <w:jc w:val="both"/>
      </w:pPr>
      <w:r>
        <w:rPr>
          <w:rFonts w:ascii="Times New Roman" w:hAnsi="Times New Roman" w:eastAsia="宋体"/>
          <w:sz w:val="24"/>
        </w:rPr>
        <w:t>李朝会</w:t>
      </w:r>
    </w:p>
    <w:p>
      <w:pPr>
        <w:spacing w:after="80" w:line="360" w:lineRule="auto"/>
        <w:ind w:firstLine="482"/>
        <w:jc w:val="both"/>
      </w:pPr>
      <w:r>
        <w:rPr>
          <w:rFonts w:ascii="Times New Roman" w:hAnsi="Times New Roman" w:eastAsia="宋体"/>
          <w:sz w:val="24"/>
        </w:rPr>
        <w:t>2021313678</w:t>
      </w:r>
    </w:p>
    <w:p>
      <w:pPr>
        <w:spacing w:after="80" w:line="360" w:lineRule="auto"/>
        <w:ind w:firstLine="482"/>
        <w:jc w:val="both"/>
      </w:pPr>
      <w:r>
        <w:rPr>
          <w:rFonts w:ascii="Times New Roman" w:hAnsi="Times New Roman" w:eastAsia="宋体"/>
          <w:sz w:val="24"/>
        </w:rPr>
        <w:t>2021级中草药栽培与鉴定</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17</w:t>
      </w:r>
    </w:p>
    <w:p>
      <w:pPr>
        <w:spacing w:after="80" w:line="360" w:lineRule="auto"/>
        <w:ind w:firstLine="482"/>
        <w:jc w:val="both"/>
      </w:pPr>
      <w:r>
        <w:rPr>
          <w:rFonts w:ascii="Times New Roman" w:hAnsi="Times New Roman" w:eastAsia="宋体"/>
          <w:sz w:val="24"/>
        </w:rPr>
        <w:t>杨芳悦</w:t>
      </w:r>
    </w:p>
    <w:p>
      <w:pPr>
        <w:spacing w:after="80" w:line="360" w:lineRule="auto"/>
        <w:ind w:firstLine="482"/>
        <w:jc w:val="both"/>
      </w:pPr>
      <w:r>
        <w:rPr>
          <w:rFonts w:ascii="Times New Roman" w:hAnsi="Times New Roman" w:eastAsia="宋体"/>
          <w:sz w:val="24"/>
        </w:rPr>
        <w:t>2021313675</w:t>
      </w:r>
    </w:p>
    <w:p>
      <w:pPr>
        <w:spacing w:after="80" w:line="360" w:lineRule="auto"/>
        <w:ind w:firstLine="482"/>
        <w:jc w:val="both"/>
      </w:pPr>
      <w:r>
        <w:rPr>
          <w:rFonts w:ascii="Times New Roman" w:hAnsi="Times New Roman" w:eastAsia="宋体"/>
          <w:sz w:val="24"/>
        </w:rPr>
        <w:t>2021级中草药栽培与鉴定</w:t>
      </w:r>
    </w:p>
    <w:p>
      <w:pPr>
        <w:spacing w:after="80" w:line="360" w:lineRule="auto"/>
        <w:ind w:firstLine="482"/>
        <w:jc w:val="both"/>
      </w:pPr>
      <w:r>
        <w:rPr>
          <w:rFonts w:ascii="Times New Roman" w:hAnsi="Times New Roman" w:eastAsia="宋体"/>
          <w:sz w:val="24"/>
        </w:rPr>
        <w:t>是</w:t>
      </w:r>
    </w:p>
    <w:p>
      <w:pPr>
        <w:spacing w:after="80" w:line="360" w:lineRule="auto"/>
        <w:ind w:firstLine="482"/>
        <w:jc w:val="both"/>
      </w:pPr>
      <w:r>
        <w:rPr>
          <w:rFonts w:ascii="Times New Roman" w:hAnsi="Times New Roman" w:eastAsia="宋体"/>
          <w:sz w:val="24"/>
        </w:rPr>
        <w:t>18</w:t>
      </w:r>
    </w:p>
    <w:p>
      <w:pPr>
        <w:spacing w:after="80" w:line="360" w:lineRule="auto"/>
        <w:ind w:firstLine="482"/>
        <w:jc w:val="both"/>
      </w:pPr>
      <w:r>
        <w:rPr>
          <w:rFonts w:ascii="Times New Roman" w:hAnsi="Times New Roman" w:eastAsia="宋体"/>
          <w:sz w:val="24"/>
        </w:rPr>
        <w:t>潘臻</w:t>
      </w:r>
    </w:p>
    <w:p>
      <w:pPr>
        <w:spacing w:after="80" w:line="360" w:lineRule="auto"/>
        <w:ind w:firstLine="482"/>
        <w:jc w:val="both"/>
      </w:pPr>
      <w:r>
        <w:rPr>
          <w:rFonts w:ascii="Times New Roman" w:hAnsi="Times New Roman" w:eastAsia="宋体"/>
          <w:sz w:val="24"/>
        </w:rPr>
        <w:t>2021311109</w:t>
      </w:r>
    </w:p>
    <w:p>
      <w:pPr>
        <w:spacing w:after="80" w:line="360" w:lineRule="auto"/>
        <w:ind w:firstLine="482"/>
        <w:jc w:val="both"/>
      </w:pPr>
      <w:r>
        <w:rPr>
          <w:rFonts w:ascii="Times New Roman" w:hAnsi="Times New Roman" w:eastAsia="宋体"/>
          <w:sz w:val="24"/>
        </w:rPr>
        <w:t>2021级中草药栽培与鉴定</w:t>
      </w:r>
    </w:p>
    <w:p>
      <w:pPr>
        <w:spacing w:after="80" w:line="360" w:lineRule="auto"/>
        <w:ind w:firstLine="482"/>
        <w:jc w:val="both"/>
      </w:pPr>
      <w:r>
        <w:rPr>
          <w:rFonts w:ascii="Times New Roman" w:hAnsi="Times New Roman" w:eastAsia="宋体"/>
          <w:sz w:val="24"/>
        </w:rPr>
        <w:t>否</w:t>
      </w:r>
    </w:p>
    <w:p>
      <w:pPr>
        <w:spacing w:after="80" w:line="360" w:lineRule="auto"/>
        <w:ind w:firstLine="482"/>
        <w:jc w:val="both"/>
      </w:pPr>
      <w:r>
        <w:rPr>
          <w:rFonts w:ascii="Times New Roman" w:hAnsi="Times New Roman" w:eastAsia="宋体"/>
          <w:sz w:val="24"/>
        </w:rPr>
        <w:t>19</w:t>
      </w:r>
    </w:p>
    <w:p>
      <w:pPr>
        <w:spacing w:after="80" w:line="360" w:lineRule="auto"/>
        <w:ind w:firstLine="482"/>
        <w:jc w:val="both"/>
      </w:pPr>
      <w:r>
        <w:rPr>
          <w:rFonts w:ascii="Times New Roman" w:hAnsi="Times New Roman" w:eastAsia="宋体"/>
          <w:sz w:val="24"/>
        </w:rPr>
        <w:t>孙超</w:t>
      </w:r>
    </w:p>
    <w:p>
      <w:pPr>
        <w:spacing w:after="80" w:line="360" w:lineRule="auto"/>
        <w:ind w:firstLine="482"/>
        <w:jc w:val="both"/>
      </w:pPr>
      <w:r>
        <w:rPr>
          <w:rFonts w:ascii="Times New Roman" w:hAnsi="Times New Roman" w:eastAsia="宋体"/>
          <w:sz w:val="24"/>
        </w:rPr>
        <w:t>2021311111</w:t>
      </w:r>
    </w:p>
    <w:p>
      <w:pPr>
        <w:spacing w:after="80" w:line="360" w:lineRule="auto"/>
        <w:ind w:firstLine="482"/>
        <w:jc w:val="both"/>
      </w:pPr>
      <w:r>
        <w:rPr>
          <w:rFonts w:ascii="Times New Roman" w:hAnsi="Times New Roman" w:eastAsia="宋体"/>
          <w:sz w:val="24"/>
        </w:rPr>
        <w:t>2021级中草药栽培与鉴定</w:t>
      </w:r>
    </w:p>
    <w:p>
      <w:pPr>
        <w:spacing w:after="80" w:line="360" w:lineRule="auto"/>
        <w:ind w:firstLine="482"/>
        <w:jc w:val="both"/>
      </w:pPr>
      <w:r>
        <w:rPr>
          <w:rFonts w:ascii="Times New Roman" w:hAnsi="Times New Roman" w:eastAsia="宋体"/>
          <w:sz w:val="24"/>
        </w:rPr>
        <w:t>否</w:t>
      </w:r>
    </w:p>
    <w:p>
      <w:pPr>
        <w:spacing w:after="80" w:line="360" w:lineRule="auto"/>
        <w:ind w:firstLine="482"/>
        <w:jc w:val="both"/>
      </w:pPr>
      <w:r>
        <w:rPr>
          <w:rFonts w:ascii="Times New Roman" w:hAnsi="Times New Roman" w:eastAsia="宋体"/>
          <w:sz w:val="24"/>
        </w:rPr>
        <w:t>20</w:t>
      </w:r>
    </w:p>
    <w:p>
      <w:pPr>
        <w:spacing w:after="80" w:line="360" w:lineRule="auto"/>
        <w:ind w:firstLine="482"/>
        <w:jc w:val="both"/>
      </w:pPr>
      <w:r>
        <w:rPr>
          <w:rFonts w:ascii="Times New Roman" w:hAnsi="Times New Roman" w:eastAsia="宋体"/>
          <w:sz w:val="24"/>
        </w:rPr>
        <w:t>张笑云</w:t>
      </w:r>
    </w:p>
    <w:p>
      <w:pPr>
        <w:spacing w:after="80" w:line="360" w:lineRule="auto"/>
        <w:ind w:firstLine="482"/>
        <w:jc w:val="both"/>
      </w:pPr>
      <w:r>
        <w:rPr>
          <w:rFonts w:ascii="Times New Roman" w:hAnsi="Times New Roman" w:eastAsia="宋体"/>
          <w:sz w:val="24"/>
        </w:rPr>
        <w:t>2021311115</w:t>
      </w:r>
    </w:p>
    <w:p>
      <w:pPr>
        <w:spacing w:after="80" w:line="360" w:lineRule="auto"/>
        <w:ind w:firstLine="482"/>
        <w:jc w:val="both"/>
      </w:pPr>
      <w:r>
        <w:rPr>
          <w:rFonts w:ascii="Times New Roman" w:hAnsi="Times New Roman" w:eastAsia="宋体"/>
          <w:sz w:val="24"/>
        </w:rPr>
        <w:t>2021级中药资源与开发</w:t>
      </w:r>
    </w:p>
    <w:p>
      <w:pPr>
        <w:spacing w:after="80" w:line="360" w:lineRule="auto"/>
        <w:ind w:firstLine="482"/>
        <w:jc w:val="both"/>
      </w:pPr>
      <w:r>
        <w:rPr>
          <w:rFonts w:ascii="Times New Roman" w:hAnsi="Times New Roman" w:eastAsia="宋体"/>
          <w:sz w:val="24"/>
        </w:rPr>
        <w:t>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