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接收类型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学院代码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研究方向代码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006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建筑工程与力学学院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006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建筑工程与力学学院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081300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建筑学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006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建筑工程与力学学院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081400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土木工程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006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建筑工程与力学学院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081404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供热、供燃气、通风及空调工程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006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建筑工程与力学学院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085901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土木工程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006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建筑工程与力学学院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085906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人工环境工程（含供热、通风及空调等）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不区分方向</w:t>
            </w:r>
          </w:p>
        </w:tc>
      </w:tr>
    </w:tbl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硕士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006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建筑工程与力学学院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081404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供热、供燃气、通风及空调工程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不区分方向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硕士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006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建筑工程与力学学院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085901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土木工程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不区分方向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硕士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006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建筑工程与力学学院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085906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人工环境工程（含供热、通风及空调等）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不区分方向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我院接收本科直博生的学科见下表，学制为5年。直博生招生人数不超过当年学术型博士生招生人数的20%。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接收类型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学院代码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学院名称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专业代码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专业名称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直博生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006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建筑工程与力学学院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080100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力学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直博生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006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建筑工程与力学学院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0801Z1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智慧土木工程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二、报名条件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申请人必须是具有推荐免试授权高校的全日制应届本科毕业生，并获得所在学校推免资格，占用所在学校推免指标，推荐手续完备。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三、报名材料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符合推荐免试攻读研究生（含直博生）的考生，须将下列电子版材料按照顺序汇总并制作成一个PDF文件（以“6位推免专业代码-姓名”命名，参考样式见附件1），以“6位推免专业代码-姓名”为邮件标题发送到邮箱jgxykyk@ysu.edu.cn。例如：推免“080100力学”专业，姓名为“张三”的考生，其PDF文件应该命名为：080100-张三，邮件标题应该为：080100-张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1.居民身份证（正反面均要扫描）。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2.本科在校学习成绩单（加盖学校教务部门公章）。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3.所在学校出具的政治思想和现实表现鉴定（模版见附件2）。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4.CET-4、CET-6、托福（TOEFL）、雅思（IELTS）、GRE等外语成绩证明材料。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5.发表的论文、专利及获奖证书、荣誉证书。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6.所在学校招生就业处或教务处出具的推免资格证明。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7.报考推免直博生的，还需提交2份《报考燕山大学2026年推免直博生专家推荐书》（附件3）（由报考专业领域内的两位正高职专家推荐，并加盖推荐人所在单位公章）。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8.本人最新联系方式及收取纸质信件的邮寄地址、邮编。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材料提交要求：一定要确保每项材料电子版的清晰准确，并严格按照要求命名；对伪造证件或伪造相关推免材料者，不论何时，一经查实，即按有关规定取消录取、入学资格或学籍！！！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四、复试安排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形式：线上综合面试。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内容：自我介绍、专业知识问答、综合素质考核等。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时间：自2025年9月13日起，视报名情况组织。请考生务必保持手机畅通！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五、其他事项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本通知未尽事宜，请查阅《燕山大学2026年接收推荐免试攻读研究生（含直博生）报考须知》：https://zsjyc.ysu.edu.cn/info/1244/6685.htm。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联系电话：0335-8388349。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欢迎各位考生咨询并报考！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附件：1、燕山大学建筑工程与力学学院2026年研究生推免复试材料（模板）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2、燕山大学2026年硕士研究生复试政审表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3、报考燕山大学2026年博士研究生专家推荐书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建筑工程与力学学院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2025年9月13日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