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信息工程学院2025届推免研究生名单公示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信息工程学院2025届推免研究生名单公示，发布日期为2024年09月18日。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名单人数：名单公示文件为PDF附件，正文未直接列出总人数及分专业明细。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涵盖专业：正文未列出具体涵盖专业。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排名/评分方式：正文未说明排名或评分方式。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公示期：正文未说明公示期起止时间。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其他重要说明：名单以附件形式（信息工程学院2025届研究生推免名单公示.pdf）发布，具体名单内容需查阅附件获取。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