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云南财经大学2026年接收推荐免试攻读硕士研究生（含直博生）章程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云南财经大学2026年接收推荐免试攻读硕士研究生（含直博生）章程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信息来源：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