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2026届本科毕业生推荐免试攻读硕士研究生 资格审查公示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旅游与文化产业学院关于开展2026届本科毕业生推荐优秀应届本科毕业生免试攻读研究生工作的通知》有关要求，经学院推免工作小组对申请2026届本科毕业生推荐免试攻读硕士研究生15位同学的政治思想表现、学分条件、成绩条件和外语条件进行审核，具备资格的名单如下，现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公示对象：申请2026届本科毕业生推荐免试攻读硕士研究生并经审核具备资格的15位同学。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审核内容：政治思想表现、学分条件、成绩条件、外语条件。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公示期：1天，2025年9月8日至9月9日。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异议受理：若对公示结果有异议，请于公示期内与学院推免监督小组联系。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联系电话：028-84616037。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二、发布单位与日期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旅游与文化产业学院推免工作小组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