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2026年广西大学物理科学与工程技术学院接收推荐免试研究生复试细则-广西大学物理科学与工程技术学院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为确保我院接收推荐免试复试工作严格按照既定方案和程序进行，充分体现复试工作的公平、公正，保证复试质量，特制订我院接收推荐免试研究生复试办法。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一、接收推免生专业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具体招收推免生人数将根据考生申请和考核人数适当调整。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招收推免人数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二、复试内容及方式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9月22日（上午9点开始）至10月20日，推免生通过“推免服务系统”填报志愿、接收并确认招生单位的复试及待录取通知。学院在“推免服务系统”中筛选、接收推免生（含直博生），发送复试通知。具体复试时间及复试批次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复试内容采用综合面试的方式进行，综合面试考察内容包括：思想品德、外语水平、专业知识基础、科研创新潜质等，善于发现学生的特殊学术专长。综合面试成绩即为复试成绩，满分100分。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（1）思想品德考核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对考生从政治态度、思想表现、道德品德、遵纪守法、诚实守信等方面进行考核。思想品德考核不符合录取要求的，一律视为不合格，不予录取。思想品德考核不计入复试成绩。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（2）业务考核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业务考核含三项内容：外语水平、专业知识基础、科研创新潜质，每项内容考核满分100分。重点考察学生所掌握的知识结构、外语水平且注重一贯表现，强化对学生科研创新潜质和专业能力倾向的考核。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业务考核内容及权重为：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外语（含口语、听力），占20%；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专业知识基础，占40%；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科研创新潜质，占40%。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综合面试过程要全程录音、录像，学院保管三年。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三、拟录取标准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复试成绩达到60分及以上的，可录取为我校2026年推免硕士研究生。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参加复试的推免生，复试成绩达到70分及以上，且科研创新潜质特别突出，有意愿攻读博士学位的，可录取为我校2026年推免直博生。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入学前发现推免生提交不实材料而影响录取结果的，不予录取。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凡通过复试，被我院接收的考生，由我校在“推免服务系统”给待录取的推免生发待录取通知，考生收到待录取通知后，须在24小时内通过“推免服务系统”确认录取，否则视为放弃。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已被我校接收的推免生，不得再报名参加2026年硕士研究生招生考试，否则取消其推免录取资格。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面试完成后学院在“教育部推免服务系统”中向学生发送待录取通知，待学生在系统中确认接受待录取后，将在学院网站、学院橱窗公告栏进行公示，公示期十个工作日。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联系方式：联系人：周老师、陈老师；电话：0771-3224560。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申请广西大学2026年推荐免试生的学生，需向我院提供以下申请材料：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学生证、身份证复印件各一份；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国家级外语考试成绩或合格证书复印件一份；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加盖所在学校教务部门公章的本科学习成绩单一份（原件）；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有公开发表的学术论文、科研成果或获奖证书者，需提供复印件一份；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二级甲等以上医院的体检表；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政审表（可在我校研究生院网站下载专区下载）；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《广西大学推荐免试攻读硕士学位研究生复试申请表》（可在我校研究生院网站下载专区下载）。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材料整理及提交方式：所提供材料均采用A4纸大小（成绩单可按所在学校格式），申请材料均需在复试前递交到学院研究生办公室（物理学院D203），校外考生可以将材料扫描电子版形式发到邮箱：wuliyjsb@126.com。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学术型 / 专业学位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是否有特殊学术加分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黎馨蔓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0- 普通硕士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 物理学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张程斐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0- 普通硕士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 集成电路工程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谭振娇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0- 普通硕士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