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河北大学护理学院2026年推荐优秀应届本科毕业生免试攻读研究生名单公示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河北大学护理学院2026年推荐优秀应届本科毕业生免试攻读研究生名单公示。名单人数总计19人，涵盖护理学院1个学院、1个专业（护理学）。发布日期为2025年9月4日。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护理学（1个专业）。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推免遴选范围为本专业综合测评成绩前30%的学生，共67名；按综合测评成绩确定专业推免名额内19人，如有放弃者，按照综合测评成绩依次递补且具备推免资格。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四、公示期及异议反映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公示时间为2025年9月4日至2025年9月6日，共计3天。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公示期内如有异议，需以书面形式向学院推免工作领导小组实名反映。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联系电话：0312-5075651。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推免遴选范围内（本专业综合测评成绩前30%）学生共67名，其中19名学生在专业推免名额之内；如有放弃者，按照综合测评成绩依次递补且具备推免资格。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