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法学院关于2026年接收优秀应届本科毕业生免试攻读硕士研究生工作的通知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一、招生专业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发布日期（推定）：2025年9月19日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58"/>
        <w:gridCol w:w="2158"/>
        <w:gridCol w:w="2158"/>
        <w:gridCol w:w="2158"/>
      </w:tblGrid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研究方向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030法学院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030100法学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01诉讼法学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030法学院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030100法学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02民商法学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030法学院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030100法学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03经济法学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030法学院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030100法学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04国际经济法学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030法学院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035101法律（非法学）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030法学院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035102法律（法学）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不区分研究方向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二、申请条件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符合教育部以及招生专业规定的其他条件。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三、报考流程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网上报名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教育部“推免服务系统”开通后（9月22日上午9点开始至10月20日结束，网址：https://yz.chsi.com.cn/tm），获得推荐免试资格的考生登录“推免服务系统”进行注册并填报个人资料信息，在规定的时间内按网上要求和提示如实填写有关信息完成网上报名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复试通知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学院依据推免生网上报名信息进行资格审核，确定拟同意复试名单后通过“推免服务系统”发送复试通知。考生在接收到复试通知后，应在12小时内接受复试通知，否则学院可取消相应考生的复试资格。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复试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同意参加复试的考生根据学院的安排及要求参加考核，具体复试相关事宜以学院通知为准。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拟录取通知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学院确定拟录取名单后，通过“推免服务系统”发送待录取通知；考生在接收到待录取通知后，应在12小时内接受待录取通知，否则学院可取消相应考生的拟录取资格。考生接受待录取通知后，拟录取状态方能最终达成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四、其他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推免生必须确保提供的信息和材料真实、准确。若发现有弄虚作假行为，我校将有权取消其报名、复试、录取资格或注销学籍。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根据教育部有关规定，已被学院接收的推免生，不得再报名参加当年硕士研究生考试招生，否则取消其推免录取资格。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被录取的推免生应遵纪守法，认真完成学业。凡录取当年入学前，未取得学士学位或本科毕业证书，或受到处分的已录取推免生，将被取消录取资格。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本章程由华侨大学法学院负责解释，未尽事宜按照《华侨大学2026年硕士研究生招生章程》及教育部研究生招生有关规定执行。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法学院研究生教学秘书刘老师，电话：0595-22693623，邮箱：1028671812@qq.com；华侨大学研究生院招生办公室电话：0595-22692540。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