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吉林大学化学学院2026年优秀应届本科毕业生推荐免试攻读研究生工作管理办法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发布日期：2025-09-03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一、工作依据与目的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根据学校《吉林大学推荐优秀应届本科毕业生免试攻读研究生工作管理办法》等文件要求，结合学院实际，制定本办法。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本办法适用于吉林大学化学学院2026年优秀应届本科毕业生推荐免试攻读研究生工作。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二、管理办法内容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具体管理办法详见附件《吉林大学化学学院2026年优秀应届本科毕业生推荐免试攻读研究生工作管理办法.doc》。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学院联系人：王新珍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联系电话：85168437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办公地点：唐敖庆楼A203室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