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林学院2026年推荐优秀应届本科毕业生免试攻读研究生工作实施细则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《山西农业大学2026年推荐优秀应届本科毕业生免试攻读研究生工作方案》（教务字（2025）59号）和《山西农业大学推荐优秀应届本科毕业生免试攻读研究生遴选方案》（农大行字〔2025〕1号）文件规定，结合学院实际，制定林学院2026年推荐优秀应届本科毕业生免试攻读研究生工作实施细则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成立林学院2026年推荐优秀应届本科毕业生免试攻读研究生工作小组（以下简称“推免工作小组”），负责推免生的推荐工作，推免工作小组成员名单如下：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 长：周 孝 武小钢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副组长：吉意斌 张志伟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 员：白晋华 杨秀云 梁文俊 王卫锋 张梦弢 高瑞贺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陈 欣 毛守强 唐娇艳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《山西农业大学推荐优秀应届本科毕业生免试攻读研究生遴选方案》（农大行字〔2025〕1号）执行，各项指标统计截止时间为《山西农业大学2026年推荐优秀应届本科毕业生免试攻读研究生工作方案》文件下达之日（2025年8月25日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三、指标分配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根据学校指标分配办法，确定指标分配方案如下：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序号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专业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学生数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专业性质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推免生指标数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林学、林学（森林康养方向）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113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国家一流专业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7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林学（卓越人才实验班）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29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卓越人才实验班、国家一流专业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园林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69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省级一流专业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水土保持与荒漠化防治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56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省级一流专业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生态学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55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合计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322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18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</w:tbl>
    <w:p/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