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南京工业大学交通运输工程学院2025年优秀大学生夏令营通知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一、学校简介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京工业大学具有百年办学历史，是首批入选国家“高等学校创新能力提升计划”（2011计划）的14所高校之一，是江苏高水平大学建设重点支持高校、江苏省重点建设高校、江苏省综合改革试点高校、江苏省人才强校试点高校、国家首批深化创新创业教育改革示范高校、全国高校实践育人创新创业基地、教育部首批卓越工程师培养计划试点高校、专业学位研究生教育综合改革试点高校、江苏省落实“科技创新改革30条”试点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给一批热爱科研、基础扎实、素质全面、德才兼备的应届本科毕业生打造继续深造和发展的平台，创造优良机遇，南京工业大学交通运输工程学院拟于2025年8月23-24日面向全国2026届毕业生开展2025年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二、学院简介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[图片：学院全景图]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通运输工程学院面向交通和城市等国家基础设施建设主战场，培养各级各类高级专门人才。设有地质工程、城市地下空间工程、交通工程、防灾减灾科学与工程4个本科专业，拥有地质资源与地质工程一级学科博士点、智慧城市与智能交通交叉学科博士点，土木工程（岩土工程）一级学科博士点，土木水利、资源与环境（地质工程）、交通运输工程专业硕士学位授权点。学院拥有院士领衔的高水平教师队伍90余人，承担和参与的国家973计划、国家科技支撑计划等国家重大科研项目以及南京地铁、南京奥体中心、沪宁高铁、青藏铁路等重大工程建设七十余项。学生在校期间即有机会参与国家重大工程项目和科研课题，六十余年学院培养了近六千名校友，他们的足迹遍布全国各地，火神山和雷神山医院建设均有交通学院校友的身影和智慧。学院把培养具有全面素质的高质量人才作为根本目标，在人才培养和专业建设等方面硕果累累。毕业生就业率一直名列全校前茅，近三年连续荣获校就业工作先进集体。坚持以“爱与服务”为主线，结合青年教师导师班主任制、优秀学长领航计划、学生干部成长训练营、“交心通理”学生全方位发展计划、大学生科技创新训练项目等人才培养项目的实施，有力提升大学生人才培养质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本次夏令营活动拟招收线下营员80名。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夏令营时间与重要活动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（1）2025年8月23-24日，为期2天。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（2）围绕AI赋能城市地质安全与交通韧性专题，设置院士讲座、名师专家课程、营员展示环节。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（3）报名时间：2025年7月6日0:00-8月15日24:00。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（4）报名方式：扫码报名，填写详细信息并加入QQ群，群号：1044913345。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（5）住宿安排：对南京市外非本校学生提供统一住宿，请在报名二维码中申请。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（6）报名老师：袁志平老师，联系方式：18252088500；工号：20120。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（1）思想品德优良、政治立场坚定、身体健康。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（2）全国高校2026届应届本科毕业生，所学专业为地质工程、交通工程、土木工程、城市地下空间工程、力学、计算机等相关专业。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（3）对地质工程、交通工程、土木工程、城市地下空间工程、力学、计算机等学科有浓厚的学术兴趣，并具有一定学术潜力。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详细日程安排、入围夏令营活动名单将在交通运输工程学院网站、“南工大阡陌交通”官方微信公众号公布。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考核评定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（1）学院将根据综合考核结果评定“优秀营员”。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（2）申请人在网上填报及向招生学院提交的各类信息、材料，必须真实准确。若发现申请材料有虚假成分，一经查实将取消申请人一切由此获得的权利，并保留追溯责任的权利。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（1）参加本次活动的学生必须遵守南京工业大学的相关规定，按照学院统一安排参加全部报告、讲座和小组研讨等教育活动。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（2）本次夏令营活动不收取任何费用。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活动联系人：张悦老师025-58139451（办公）、13347714016（手机）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南京工业大学交通运输工程学院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