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北京理工大学法学院2025年“智慧法治人才培养”暑期夏令营参营营员名单公示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北京理工大学法学院2025年“智慧法治人才培养”暑期夏令营参营营员名单公示，发布日期为2025年07月15日。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总计45人（序号1-45，其中序号16姓名缺失，实际公示姓名44人）。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未明确标注参营营员专业，名单仅列出报名号及姓名。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未提及排名或评分方式，仅公示参营营员名单。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未提及公示期。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名单中序号16的姓名信息缺失，原文表格内容不完整。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