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法学院2025年推荐免试硕士研究生拟录取名单公示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法学院2025年推荐免试硕士研究生拟录取名单公示，拟录取共43人，录取学院均为法学院。面试成绩为录取依据，名单自10月16日起公示10个工作日，有异议可拨打电话：022-23507816。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发布日期（推定）：2025年9月21日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一、拟录取名单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79"/>
        <w:gridCol w:w="1079"/>
        <w:gridCol w:w="1079"/>
        <w:gridCol w:w="1079"/>
        <w:gridCol w:w="1079"/>
        <w:gridCol w:w="1079"/>
        <w:gridCol w:w="1079"/>
        <w:gridCol w:w="1079"/>
      </w:tblGrid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序号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姓名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推荐单位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录取专业的研究方向名称（即入学后培养专业名称）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面试成绩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备注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苏逸潇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周佳钰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刑法学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施菲妍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北京师范大学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李奕洁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王可莹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宪法学与行政法学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徐幸森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吴茜梓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张雨杨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诉讼法学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支教保研</w:t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张星冉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93.8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金烨科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92.6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赵梓涵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滑文迪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民商法学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陶词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经济法学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李喆涵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环境与资源保护法学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段文菊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88.8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李怡然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孔紫萌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天津大学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李心语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国际法学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19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张孜璐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华东政法大学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89.8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张笑阳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吕金雨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86.0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马淑娟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仝彤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85.2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葛辰玺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郑裕玲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吴玟蕾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周送政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武泽鑫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马姣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郭佳怡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84.0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容嘉慧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南京大学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83.6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王思棋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赵启秀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34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权朝艳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35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朱贺贺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82.0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张连超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37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王宇凡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张颖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81.0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39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赵晓彤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80.2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40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袁浩颖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78.6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41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刘倩宇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90.8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朱璐琳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浙江大学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87.6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  <w:tr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43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柳寒露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南开大学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法学院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法律（非法学）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87.2</w:t>
            </w:r>
          </w:p>
        </w:tc>
        <w:tc>
          <w:tcPr>
            <w:tcW w:type="dxa" w:w="1079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二、公示说明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1. 本名单为法学院2025年推荐免试硕士研究生拟录取名单，共43人。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2. 此名单自10月16日起，公示10个工作日。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3. 有异议可拨打电话：022-23507816。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