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诚信复试承诺书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本人郑重承诺如下：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本人珍惜个人荣誉，将诚实守信遵守学校及院系复试安排，保证提交的全部材料真实有效。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本人将严格遵守考场规则，在复试过程中保证现场独立作答，无作弊或任何违纪行为；保证在面试过程中，未经允许不擅自中途退出。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本人保证不对外泄露复试过程和考试内容；不侮辱、诽谤、诬陷复试专家组成员和其他工作人员。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请考生在下文横线处抄写以下文字并签名：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我已郑重做出以上承诺。若有违反，本人知晓将被取消考试成绩或录取资格，所有相关后果由本人自负。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____________________________________________________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________________________________________________________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________________________________________________________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________________________________________________________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承诺人：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日期：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