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教育学院2026年研究生推免复试名单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育学院2026年研究生推免复试名单共326人，报考专业包括教育学、小学教育、学前教育、特殊教育四类。其中教育学专业210人（序号1—210），小学教育专业52人（序号211—262），学前教育专业39人（序号264—302），特殊教育专业24人（序号303—326）。备注信息包括：序号90范丽盈为研支团，序号154严卓为研支团，序号269吴旺泽为本研衔接，序号302姬嘉欣为本研衔接；序号20李萌备注身份证后四位：0684，序号170吴佳妮备注身份证后四位：0385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一、教育学（210人）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余文政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杜涵超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鲁嘉琦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邸贝琳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杨栾雨桐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曹佳玉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王义婧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吴易桓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沈玫奇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张瑞阳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孙佳欣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刘雯文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王仝思涵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黄新越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高佳宁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翟超然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刘卓月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身份证后四位：0684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车富饶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卢怡霖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高羽璐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王润函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路嘉鑫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海锦玲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郑雅如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杨威鹏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田宝彤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陆可欣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王羽彤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申悦杉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林玮轩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高铭铎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刘雪怡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耿佳悦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朱弈羽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杨智乔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陈心怡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翟佳伟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杨雨露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吴雨桐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奚媛媛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郑好烨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缪心如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金翊雯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颜科杰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黄楚予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牟欣悦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郁胜香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裴米琦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嵇昕媛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江丹丹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易思佳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范思雨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龙佳怡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余天琦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陈梦莹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张皓炜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张奕欣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郑雅萍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黄露漫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谢秀琴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赖舒琪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李珂瑜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陈欣然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李志娟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范丽盈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景宇慧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周芊一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张可欣雨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郭镕宁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曹彦悦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隋雨桐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于小婉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武海源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常易政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陈姿含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曾乐轩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李珂冉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张一铭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迟茹奕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张雯果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董晓媛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张皓瑞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章安琪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祁子钰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张帅涛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史盼宜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韩梦佳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闻昊塬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胡晓庆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王培露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尤佳欣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吕佳欣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潘佳欣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余梦想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雷舒然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毛嘉琳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王玫月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张越颖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匡贝贝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管梦婷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谭焱铧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李小妮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章译文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张添凯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李雅华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刘梦圆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刘依依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贾青平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冉冰弘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李海月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褚江南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姜佳乐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冯雨歆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鄢玉婷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雷佳欣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王如心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彭晓玲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曾歆雅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刘雅倩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身份证后四位：0385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陈洋燕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蔡嗣健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杨旻心玥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陆思颖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蔡耿钰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黄康心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梁艳玲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韩卓苑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周玉婷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鞠欣桐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景梦扬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何雨洁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倪涓涓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肖爱冰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龙竹勤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高福明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刘玉琴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王艳聆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向烨珊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罗嘉伊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彭子怡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邓茂文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黎珊珊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保宇泽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葛青婷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喻志和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荆媛媛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赵晋仪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郑清瀚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李雯雯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二、小学教育（52人）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郑欣霏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宋铭燃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戈哲璇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刘姝彤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侯雨莹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冯婉如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闻宜婷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叶陶淘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文雅增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樊书含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汪诗琪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潘扬凯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苏子越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吴子瑄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胡欣怡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杨嘉欣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桂星雨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程玉婷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卢若欣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陈雅雯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柯紫荧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曹嘉欣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邱文娜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曾立妙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齐玉蕊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颜鲁豫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熊元春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张亦品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卢思仪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冯唐婧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郭栩雯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彭海棠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罗梓予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黄俞文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陈羽欣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刘露露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王治淞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蒲睿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马双萍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三、学前教育（39人）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李天慧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牛思瑜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范苏飒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高瑞聪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孟琳淑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