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人文与传播学院（网络传播学院、出版学院）关于推荐2026届优秀本科毕业生免试攻读硕士研究生名单的公示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本公示为广东财经大学人文与传播学院（网络传播学院、出版学院）关于推荐2026届优秀本科毕业生免试攻读硕士研究生名单的公示。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公示名单详见附件（蔡宝琳社会服务赋分情况.pdf）。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联系电话：(020)84096616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联系邮箱：rwxy@gdufe.edu.cn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地址：广州市赤沙路21号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邮编：510320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