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南华大学药学院2026年推荐优秀应届本科毕业生免试攻读硕士学位研究生工作方案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南华大学药学院2026年推荐优秀应届本科毕业生免试攻读硕士学位研究生工作方案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一、方案背景与目的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本方案为南华大学药学院2026年推荐优秀应届本科毕业生免试攻读硕士学位研究生工作而制定。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旨在规范推免工作流程，确保推荐过程公平、公正、公开。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申请者为南华大学药学院2026年应届本科毕业生。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需符合学校及学院规定的学业成绩、综合表现等推免基本条件。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具体条件详见附件《南华大学药学院2026年推荐优秀应届本科毕业生免试攻读硕士学位研究生工作方案》PDF文件。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三、工作流程与时间节点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推免工作由学院推免生工作小组负责组织实施。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具体流程、材料要求及时间安排以附件方案为准。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相关补充通知由学院推免生工作小组另行发布。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四、联系方式与附件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学院地址：中国湖南衡阳常胜西路28号。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联系电话：0734-8282914。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邮编：421001。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详细方案内容请查阅附件：南华大学药学院2026年推荐优秀应届本科毕业生免试攻读硕士学位研究生工作方案.pdf。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