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本公示为动科动医学院接收推免生复试成绩公示（专硕），公示名单共 6 人，拟录取专业（领域）均为兽医硕士，专业代码均为 095200，复试成绩采用百分制。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二、复试成绩及拟录取情况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周御涵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学生放弃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谢雅琦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唐晓利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胡效榜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杜弘驰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本名单共 6 人，其中拟录取 5 人，学生放弃 1 人（周御涵）。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复试成绩按百分制计分，名单按复试成绩从高到低排序。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公示期未在原文中体现。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