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四川大学华西基础医学与法医学院关于举办2025年优秀大学生暑期夏令营的通知-四川大学华西基础医学与法医学院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促进全国各高校基础医学、法医学、生物医学工程、生物学及药学学科优秀大学生的互动与交流，培养大学生从事科学研究的兴趣，并为优秀本科生提供了解我院学术科研环境和与专家、学者交流的机会。我院将于2025年7月8日至9日举办“华西基础医学与法医学院2025年优秀大学生暑期夏令营”。夏令营期间将进行一系列活动，如学院宣传及学科介绍、专家讲坛、营员与导师交流、参观实验室等活动。现面向全国高校招收营员50名，学院承担营员在营期间食宿，交通费自理。相关安排及注意事项公告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1、全国各高校基础医学、法医学、生物学，药学，生物医学工程等相关学科2026届优秀本科毕业生；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2、学习成绩优秀，本科期间综合成绩排名靠前，能获得推免资格者优先；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3、对从事基础医学、法医学、生物医学工程、生物学及药学学科的学术研究具有浓厚兴趣，具有良好的英语水平和潜在的科研能力。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1、申请表（报名成功后由系统自动生成，下载后经所在单位推荐盖章后再上传至系统）；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2、本科成绩单和专业排名证明（各1份，需加盖所在学校或院级教务部门公章）；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3、大学英语四/六级成绩单、TOEFL、GRE成绩单等英语成绩证明材料；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4、相关获奖证书复印件、学术成果复印件等。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三、申请办法及时间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1、报名方法：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登录四川大学研究生招生信息网夏令营网报平台（https://yz.scu.edu.cn/xly）进行报名，并将申请表、本科成绩单、专业排名证明、相关获奖证书复印件、学术成果等证明材料的电子版，按照顺序合并成一个PDF文件，上传至报名系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2、报名时间：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自即日起开始报名，截止日期2025年6月25日24：00。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3、学院将根据各学科报名情况确认入营名单并在网报系统中进行通知，请自行查询，未入选者，不另行通知。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温馨提示：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（1）报名成功后由系统自动生成申请表，申请表签字、盖章后做成PDF文件，再将所有申请材料电子版或PDF文档一起做成压缩文件上传到报名系统（采用修改途径）。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（2）导师简介和联系方式详见我院网站师资队伍：https://jcfy.scu.edu.cn/szdw/zrjs.htm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四、注意事项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1、在营期间进行的一切相关活动，禁止录音录像。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2、在营期间，营员必须遵守四川大学的相关规定，按照学院统一安排全程参加各项活动，且做好自身的安全防护工作。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3、线下营员前来参加夏令营活动，需告知所在学校和父母，在征得同意后注意出行安全。对因违反四川大学相关规定和营员手册等规章制度导致的安全事故，由本人承担所有责任。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联系人：朱老师陈老师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联系电话：028-85501245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四川大学华西基础医学与法医学院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2025年6月16日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