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中国科学院植物研究所2025年“探索植物科学”夏令营报名通知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科学院植物研究所将举办2025年“探索植物科学”大学生夏令营，旨在增进优秀大学生对植物科学的认识和对植物所的了解。夏令营分为5个方向：“植物分类与进化”、“生态学”、“植物分子奥妙”、“光生物学”、“资源植物”，分别由系统与进化植物学重点实验室、植被与环境变化重点实验室、植物分子生理学重点实验室、光生物学重点实验室、植物园组织。报名时应根据自身专业学习情况及兴趣选择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报名时间：即日起至2025年6月22日。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活动时间：2025年6月30日至7月4日（暂定），如有变化以最新通知为准。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申请人应为“双一流”高校相关专业在读三年级本科生（即2026届应届本科毕业生）。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学习成绩优秀，专业综合排名前20%，英语水平良好，课程无重修或补考记录，未受过纪律处分。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具有浓厚的科研兴趣，有较好的科研潜力，有志于从事科研事业。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登陆中国科学院大学夏令营网上申报系统 http://zxsq.ucas.ac.cn，报名单位选择“植物研究所”，填写报名信息。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务必在备注栏中注明申请的夏令营方向。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活动内容包括学术讲座、研究组介绍、科研平台展示、师生交流、科研实践等，具体组织形式以最新通知为准。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2025年6月22日前，将电子版申请材料按顺序制作成一个PDF文档（签字页须手签后扫描）发送至zhaosheng@ibcas.ac.cn。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文件和邮件主题命名为“姓名+申请编号+高校名称+夏令营方向”。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包括：中国科学院大学2025年大学生夏令营申请表（报名网站下载并签字）、已修课程成绩单原件、英语四六级成绩单复印件或体现英语水平的证明材料复印件、其它能佐证兴趣和能力的重要材料（已发表论文或出版物、奖励证书等）复印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七、入营通知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入营名单将于2025年6月下旬公布，并通过邮件通知入选者，未入选者不另行通知。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