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关于《公共卫生学院推荐2026年优秀应届本科毕业生免试攻读研究生工作方案及实施细则》的公示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1. 为做好推荐2026年优秀应届本科毕业生免试攻读研究生工作，根据《吉林大学推荐优秀应届本科毕业生免试攻读研究生工作管理办法》（校发〔2022〕59号）的相关要求和学院推免工作实际情况，制定《公共卫生学院推荐2026年优秀应届本科毕业生免试攻读研究生工作方案及实施细则》。</w:t>
      </w:r>
    </w:p>
    <w:p>
      <w:pPr>
        <w:spacing w:after="80" w:lineRule="auto" w:line="360"/>
        <w:ind w:firstLine="482"/>
        <w:jc w:val="both"/>
      </w:pPr>
      <w:r>
        <w:rPr>
          <w:rFonts w:ascii="Times New Roman" w:hAnsi="Times New Roman" w:eastAsia="宋体"/>
          <w:b w:val="0"/>
          <w:sz w:val="24"/>
        </w:rPr>
        <w:t>2. 附件包含：吉林大学公共卫生学院各专业本科生素质类项目推免加分指标体系。</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公示期：5天。</w:t>
      </w:r>
    </w:p>
    <w:p>
      <w:pPr>
        <w:spacing w:after="80" w:lineRule="auto" w:line="360"/>
        <w:ind w:firstLine="482"/>
        <w:jc w:val="both"/>
      </w:pPr>
      <w:r>
        <w:rPr>
          <w:rFonts w:ascii="Times New Roman" w:hAnsi="Times New Roman" w:eastAsia="宋体"/>
          <w:b w:val="0"/>
          <w:sz w:val="24"/>
        </w:rPr>
        <w:t>2. 异议反馈：如有异议，请在公示期内实名以书面或校内电子邮件形式向公共卫生学院教学办公室反映。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联系人：李老师</w:t>
      </w:r>
    </w:p>
    <w:p>
      <w:pPr>
        <w:spacing w:after="80" w:lineRule="auto" w:line="360"/>
        <w:ind w:firstLine="482"/>
        <w:jc w:val="both"/>
      </w:pPr>
      <w:r>
        <w:rPr>
          <w:rFonts w:ascii="Times New Roman" w:hAnsi="Times New Roman" w:eastAsia="宋体"/>
          <w:b w:val="0"/>
          <w:sz w:val="24"/>
        </w:rPr>
        <w:t>2. 电子邮箱：lpeng@jlu.edu.cn</w:t>
      </w:r>
    </w:p>
    <w:p>
      <w:pPr>
        <w:spacing w:after="80" w:lineRule="auto" w:line="360"/>
        <w:ind w:firstLine="482"/>
        <w:jc w:val="both"/>
      </w:pPr>
      <w:r>
        <w:rPr>
          <w:rFonts w:ascii="Times New Roman" w:hAnsi="Times New Roman" w:eastAsia="宋体"/>
          <w:b w:val="0"/>
          <w:sz w:val="24"/>
        </w:rPr>
        <w:t>3. 联系地址：吉林省长春市新民大街1163号公共卫生学院110室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