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关于生命学院2026年本科生推荐免试研究生资格名单的公示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本科生院《关于做好我校2026年推荐优秀应届本科毕业生免试攻读研究生工作的通知》及生命学院《生命科学与技术学院2026年本科毕业生推荐免试攻读研究生工作实施办法》文件精神，遵循“科学遴选、集体决策、程序规范、信息公开”原则，经学院推免生遴选工作小组集体决议、推免生遴选工作领导小组审核通过，现就生命学院2026年本科生推荐免试研究生资格名单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姜溯源等121位同学拟获得推免生资格，并报送本科生院审核。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包括：姜溯源、何滢颖、邬正东、周义平、尹荔芝、张振雄、路博、李楠、陈羲、蒋俊杰、向启钦、卢礼多、高梦圆、贺宇阳、潘子越、任毅、钱品融、钟千然、付家丞、董术、李子昂、刘亦珩、蒋旭洋、方荃、文奕涵、王昕宇、刘柯、陈劲蕾、王文博鑫、李宜哲、赵雨晨、郜正文、邹毓涵、洪宁珧、胥瑾仪、陈逸萱、吴雅清、孙苏予、谭博瀚、党子雯、何雨芮、张仁侠、李浩冉、邓可熠、施凯允、徐兴毅、李泽枝、周逸雪、莫佳慧、徐瑞、王天皓、谭洋、吕方昱、祝瑞、赵勇芳、黄睿、易梦笛、覃姝琪、项延楠、李元皓、王辉军、刘星月、吴俊池、马永泽、张隆基、梁智斌、刘浩、彭佳欣、李韦佳、郑依然、田浩宇、邹家轩、杨婧媛、徐锦程、魏佳洁、吴馨怡、彭雨欣、张定可、尚子博、谢瞻、朱焱楠、谢洁锐、刘丽娉、胡铉、陶雨、牛怡豪、花梦茹、刘莹莹、苏家琦、张墨扬、胡登顺、任可可、郑伟、田奥、覃于溪、熊家鑫、姚俊辰、王子希、肖奕希、张宇杰、冯晓琳、崔嫔媛、朱世乔、刘学斌、曾陈颖、张佳音、王翊力、葛奕欣、刘水远、孙成宇、雍皓月、吴旻晓、付一初、龚裕伟、童歆、吕秉泽、杨子昊、罗斓、王浩宇、巨鹏远、王德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公示时间：2025年9月16日至2025年9月18日。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公示期间，师生如有异议，请以口头或书面形式向生命学院本科教务科反映。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反映要求：实事求是、具体真实、署真实姓名，以便调查核实。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公示专用电话：87792074；联系人：马老师。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发布单位：华中科技大学生命科学与技术学院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发布日期：二〇二五年九月十六日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