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【推免】先进能源学院关于2026届本科毕业生免试攻读研究生推荐资格（增补）公示的通告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【推免】先进能源学院关于2026届本科毕业生免试攻读研究生推荐资格（增补）公示的通告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根据《中山大学推荐应届本科毕业生免试攻读研究生工作实施办法》（中大教务〔2025〕2号）、《先进能源学院推免资格认定遴选细则》（中大先能〔2023〕11号），经学生申请、学院审核，拟增补1名同学获免试攻读研究生推荐资格，现将名单予以公示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如有异议，请在公示期内实名向先进能源学院推免工作小组反馈，否则不予受理。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公示时间：2025年9月12日- 9月18日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联系电话：0755-23260073（院系推免工作小组）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020-84115582（校纪委、监察专员办）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电子邮箱：lisuzhen@mail.sysu.edu.cn（院系推免工作小组）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附件：拟增补推荐名单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学号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专业名称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推荐次序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类别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22367005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陈鎏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能源与动力工程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17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普通类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先进能源学院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2025年9月12日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中山大学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中山大学深圳校区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中山大学统一门户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中山大学本科招生网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公务邮箱：sysuae@mail.sysu.edu.cn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办公地址：深圳市光明区公常路66号（Address:No.66,Gongchang Road,Guangming District,Shenzhen,Guangdong 518107,P.R.China）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办公电话：0755-23260072；0755-23260073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版权所有 © 2022-2025 , 中山大学先进能源学院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学院概况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学院介绍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学院领导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联系我们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人才培养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本科生培养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研究生培养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短期项目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师资队伍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院士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国家级高层次人才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国家高层次青年人才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教授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副教授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助理教授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博士后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科学研究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科研平台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科研动态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学术活动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产学研合作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党群工作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党建动态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工会动态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学工信息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学工通知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学生活动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设备与实验室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实验室公告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实验室安全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设备预约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仪器推介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人才人事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人才招聘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人事通知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办事指引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