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陕西师范大学马克思主义学院2023年优秀大学生暑期夏令营入营名单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陕西师范大学马克思主义学院2023年优秀大学生暑期夏令营入营名单已公布，发布日期为2023年07月05日。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发布日期：2023年7月5日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总计未明确公示具体人数。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未明确公示具体专业。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未明确公示具体排名或评分方式。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未明确公示具体公示期。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该通知为入营名单公布，未包含具体名单明细；如有疑问可联系学院，电话：+86-(0)29-81530722，邮箱：mkszyxy@snnu.edu.cn。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