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根据《沈阳农业大学优秀应届本科毕业生免试攻读研究生推荐办法》精神，按照水利学院免试攻读硕士学位研究生工作方案的具体要求，经报名、资格审查、专家考核组考核、综合评价等环节，依晓彤等18名同学通过免试攻读硕士学位研究生考核，曲佳琳等2名同学通过候选推荐，名单公示如下（各专业按综合得分排序）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沈阳农业大学优秀应届本科毕业生免试攻读研究生推荐办法》精神，按照水利学院免试攻读硕士学位研究生工作方案的具体要求，经报名、资格审查、专家考核组考核、综合评价等环节，依晓彤等18名同学通过免试攻读硕士学位研究生考核，曲佳琳等2名同学通过候选推荐，名单公示如下（各专业按综合得分排序）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一、农业水利工程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依晓彤、郭杨帆、王浩怡、周源杰、罗依然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二、水利水电工程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侯亮、李心雨、赵天瑞、丛龙霄、李明宇、杨帆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三、土木工程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黄雨涵、李晓扬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四、水土保持与荒漠化防治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高文昊、吴萱庭、王波月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五、测绘工程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王树茂、程家亮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六、候选推荐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曲佳琳（测绘工程）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王泽昕（水土保持与荒漠化防治）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凡对上述结果有意见者，请实名以书面形式向推免工作领导小组反映。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举报电话：18804017218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水利学院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2025年9月9日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