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北京大学国际关系学院2025年推荐免试研究生复试安排及名单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笔试时间：2024年9月23日8:30-11:30，需提前30分钟候考，考试前提交亲笔签字的《诚信复试承诺书》。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笔试地点：国际关系学院C座307。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面试候考时间及地点：9月23日12:45在国关C座307候考，13:00进行面试顺序抽签。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面试时间及地点：9月23日13:30开始，国际关系学院C103、C105。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考生携带身份证原件从北京大学东侧门经身份识别后入校，入校资格仅复试当天上午7:00-9:00时间段内有效，当日只可进出校园一次。联系电话：62751634、62751636。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参加考试需出示本人身份证和学生证原件，否则不得参加考试。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应按公布时间参加笔试和面试，开考15分钟后不得进入考场，未按时参加者视为弃权。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不得携带任何与考试无关材料进入考场（包括草稿纸等），面试候考时只可携带纸质复习材料，不得使用手机及其他电子设备。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复试期间应自觉遵守考场规则及《诚信复试承诺书》内容，复试工作结束前不得对外透露或传播复试试题内容。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复试名单中含专项计划考生，实际录取情况以拟录取名单为准。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