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哈尔滨体育学院2026年推免生拟推荐名单汇总表如下：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思想品德考核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英语水平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课程成绩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科研成绩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竞赛成绩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社会工作成绩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备注（是否为优秀运动员等）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运动人体科学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杨梓娜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56.73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杨祐辰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56.43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吴姝晓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55.46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秦佩冉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55.09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本表为哈尔滨体育学院2026年推免生拟推荐名单汇总表，共列序号1至6，其中序号1至4已填写具体信息，序号5、6为空行。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已填写信息的4人均来自运动科学与健康学院，涉及专业为运动人体科学（1人）和运动康复（3人）。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4人思想品德考核均为合格，英语水平均为六级。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综合成绩分别为：杨梓娜56.73，杨祐辰56.43，吴姝晓55.46，秦佩冉55.09。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综合排名分别为：杨梓娜1，杨祐辰1，吴姝晓2，秦佩冉3。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备注栏4人均标注为“否”。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