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北京信息科技大学关于开展2026 年管理、经济与传媒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暑期优秀大学生夏令营的通知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为搭建全国优秀本科生学术交流、科创探索与深造对接的优质平台，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增进广大学子对我校管理科学与工程学院、商学院、传播艺术与科学学院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交叉学科特色与科研实力的深度认知，挖掘培育新时代数智化、复合型创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新人才，我校将于2026 年暑期重磅举办“数智交叉·文理融通”优秀大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学生夏令营。诚邀全国优秀学子齐聚北信科大，跨界探索经管、商科与传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媒融合新赛道，解锁前沿学术新视野！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本次夏令营立足新时代新文科、新工科交叉建设理念，依托学校鲜明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的信息技术核心优势，打通智能管理、数字经济、智慧传播学科壁垒，聚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焦文理融合、科文贯通的前沿研究领域，通过学术研讨、科研实操、名师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对话、平台参访等多元活动，助力学子跳出单一学科思维，探索跨领域创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新研究方向。学校为本次参营学生提供全程免费食宿，往返交通费用由学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生自行承担，全方位保障营员沉浸式学术体验，让学子零负担深耕科研、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精进自我。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工商管理学与应用经济学学科立足数字经济发展浪潮，深耕新商科交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叉创新，以大数据、数字化技术为核心抓手，重构现代企业管理、市场分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析、金融经济研究体系。工商管理学聚焦数字化运营、智能创新管理、数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智营销变革等前沿方向，适配新时代企业数字化转型需求；应用经济学立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足宏观经济与产业发展，依托数据建模、量化分析手段，探索数字经济、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产业升级、区域经济高质量发展新路径，打造技术与商科深度融合的特色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学科体系。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管理科学与工程学科深耕数智赋能、管工融合，紧扣国家智慧治理、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绿色发展、智能决策战略需求，聚焦复杂系统调控、大数据预警建模、智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能运维管理等核心研究领域，依托雄厚的科研平台与师资力量，着力培育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兼具工程技术素养、大数据分析能力与现代化管理思维的高层次复合型人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才。电子信息-大数据工程与技术学位点依托人工智能、机器学习等工具，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深化商务智能、智能推荐系统及社会网络分析等方向，赋能制造业、服务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业及新兴科技行业。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新闻与传播学科依托学校工科硬核优势，践行“科技+艺术+人文”融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通育人理念，聚焦智能媒体融合、数字文化创意、智能舆情治理、全媒体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内容创新等新兴领域，深耕数智传媒新赛道，着力探索数字化、智能化语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境下的传播创新模式，助力数字文化产业、智慧媒体行业高质量发展，培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育适配传媒变革趋势的创新型人才。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本次夏令营聚焦学科交叉、科创赋能、知行合一，面向多专业优质学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子开放跨学科研习通道，涵盖工商管理、应用经济学、管理科学与工程、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电子信息-大数据技术与工程、新闻与传播等重点学科专业，各专业招收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名额根据报名及审核情况择优确定，广纳跨领域创新型优秀学子。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一、申请资格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1、学生来源：数学、物理、计算机、人工智能、系统科学与工程、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控制科学与工程、管理科学、工商管理、经济学、信息管理与信息系统、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工业工程、物流科学与工程、新闻传播学以及其他相近专业背景，或对相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应学科有浓厚兴趣的2027 届本科毕业生。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2、专业成绩排名和综合素质排名均在本专业名列前茅：本科前两年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半加权成绩排名前50%；或有突出成果（含学科竞赛、学术成果）或特殊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专长者（需在申请表的显著位置注明）。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3、对所报专业有浓厚兴趣，愿意从事相关专业学术研究工作。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4、英语水平CET4 425 分或IETS5.0 或TOEFL75。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二、申请程序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1、网上申请：申请人通过网上申请系统填写申请信息（系统登录入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口https://docs.qq.com/form/page/DWnBxb0FtU29JT1ZQ 或二维码扫码登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录）网上申请截止日期为6 月29 日17:00。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2、材料提交：将所有申请材料扫描后按照顺序整理成一个PDF 文件，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根据所报考专业对应学院发送至专属邮箱（工商管理学和应用经济学学科：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jingguanyz@bistu.edu.cn，管理科学与工程学科和电子信息-大数据技术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与工程学位点：mse@bistu.edu.cn ，新闻与传播学位点：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cbyjs@bistu.edu.cn。），邮件主题请注明“夏令营-所报专业-本人姓名-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当前就读学校-所学专业-年级”。仅完成网上申请、未按要求发送材料至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对应邮箱者，报名不予受理。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申请材料排版顺序：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（1）夏令营申请表（需本人签字）；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（2）本科期间成绩单（需加盖学校教务部门或院系公章）；身份证、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学生证复印件；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（3）大学英语四级成绩单或其他体现英语水平的证明复印件；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（4）获奖证书复印件、其他成果附件材料。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注：只进行网上申请而未将材料发至指定邮箱者，报名不予受理。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三、材料审核及录取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1.材料审核和营员录取工作将于7 月3 日左右结束。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2.组委会将对申请者的材料进行审核、选拔。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3.参营名单届时将以电子邮件、网站公布等方式进行通知。未接到录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取通知的同学皆视为未录取，不再另行通知。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四、日程安排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夏令营暂定时间为7 月9 日-11 日，活动内容如下：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1、开营仪式；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2、校内参观；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3、高水平科研实验室参观；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—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4、学术科研实践活动；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5、专家学术报告。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本次夏令营具体每日详细日程安排另行通知。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联系人：工商管理学、应用经济学：张老师，010-82427135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管理科学与工程、大数据技术与工程：李老师，010- 80187643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新闻与传播：张老师，010-80187700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附件：2026 年数智交叉·文理融通管理、经济与传媒暑期优秀大学生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夏令营报名表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北京信息科技大学2026 年数智交叉·文理融通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管理、经济与传媒暑期优秀大学生夏令营报名表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名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业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照片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性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别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身份证号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本科学校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院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</w:tbl>
    <w:p/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E-mail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政治面貌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身心状况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英语水平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（写明成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绩）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□CET4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□CET6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□其他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前两年加权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E-mail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政治面貌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身心状况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英语水平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（写明成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绩）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□CET4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□CET6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□其他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前两年加权</w:t>
            </w:r>
          </w:p>
        </w:tc>
      </w:tr>
    </w:tbl>
    <w:p/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何时何地获得何种奖励：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参加科研项目、学科竞赛等科技活动经历情况（建议按所参与项目分段撰写）：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竞赛获奖、发表论文、授权专利或者其他创新成果情况（需注明署名排序）：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备注：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本人承诺：本人承诺自愿参与北京信息科技大学（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专业）2026 年北京信息科技大学数智交叉·文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理融通——管理、经济与传媒2026 年夏令营，所填信息和提交材料均真实有效。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学生本人签名：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年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