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姓名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一、复试成绩表说明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本表为2026年优秀应届本科毕业生免试攻读研究生复试成绩表（外校），共列示拟录取考生90人，复试总成绩区间为76.05至94.54，备注均为“拟录取”。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就读院校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邓春慧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西南科技大学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生命科学与农林学院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东北林业大学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野生动物与自然保护地学院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野生动物与自然保护区管理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何芳芳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甘肃农业大学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水产养殖学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刘维荣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王师瑜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内蒙古工业大学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化工学院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安全工程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宋晨歌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韩淑琴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天津师范大学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生物科学（师范）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刘奇梦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王雅坤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李若禅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蒋裔天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郭旭伦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内蒙古民族大学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铁琦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梁润飞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史妍婷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王超越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河南科技大学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郑美玲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许星晨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张芸茹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动物科学与医学学院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姜梦婷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何承丹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西南民族大学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畜牧兽医医学院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孙利爽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河南工业大学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饲料工程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徐钊恒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郑舒丹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马馨蕊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党浩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河南工业大学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饲料工程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李建静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周莞希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西南林业大学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生物与食品工程学院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秦才貌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陈婧卓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穆姝心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高四喜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动植物检疫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孙志宇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肖钡莎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西南科技大学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生命科学与农林学院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何国虎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西南科技大学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生命科学与农林学院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徐荟莲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动植物检疫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梁家豪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吴亚鲁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西南林业大学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生物与食品工程学院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宋媖杰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经济动物学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朱宇鑫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智慧牧业科学与工程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段蘅烜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张灵霜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周倩岚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胡唐怡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田海英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宁夏大学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陈梓彤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何欣悦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上官祖航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王梦欣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动物科学专业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刘鸿彬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西南林业大学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生物与食品工程学院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庆国会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甘肃农业大学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动物科学（畜牧兽医）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化闻天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智慧牧业科学与工程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农牧学院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李钦哲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王雪燕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宁夏大学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蒋灵捷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动物科学（合作）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王俪然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宋庚蕊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河南工业大学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饲料工程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石嘉庆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袁小站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甘肃农业大学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田意新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动物科学（卓越人才实验班）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叶馨媛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宁夏大学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周艳文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宁夏大学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动物科学（卓越农林人才计划）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过彤彤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智慧牧业科学与工程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刘姝江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农牧学院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郝丹阳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山西农业大学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杨伦高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夏怡然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延边大学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河南师范大学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水产学院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水产养殖学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张紫钰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宁夏大学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动物科学卓越农林人才计划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延边大学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海南大学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热带农林学院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宁夏大学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动物科学（卓越农林人才计划）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马慧敏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宁夏大学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动物科学（卓越农林人才计划）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马诚杰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宁夏大学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动物科技学院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阮瑞坛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国际教育学院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祁璐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东北林业大学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野生动物与自然保护地学院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