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预推免考核表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一、预推免考核表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本表共列出 5 名考生，涉及院系所为 022 鼓楼临床医学院（南京鼓楼医院），申请专业包括 100204 神经病学、105111 外科学、105500 药学。考核结果分为“考核通过”和“缺考”，复试总成绩按考生分别记录。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022鼓楼临床医学院（南京鼓楼医院）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100204神经病学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神经病学的基础与临床研究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20263301132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022鼓楼临床医学院（南京鼓楼医院）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105111外科学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烧伤整形外临床医疗技能训练与研究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纪**仪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20263301120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022鼓楼临床医学院（南京鼓楼医院）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105111外科学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烧伤整形外临床医疗技能训练与研究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20263300851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022鼓楼临床医学院（南京鼓楼医院）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105500药学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临床药学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马*凯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022鼓楼临床医学院（南京鼓楼医院）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105500药学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临床药学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谢*春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