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[通知1]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云南大学2026年推荐优秀应届本科毕业生免试攻读研究生工作管理办法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发布日期（推定）：2025年7月15日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一、总则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本办法适用于云南大学2026年推荐优秀应届本科毕业生免试攻读研究生（以下简称推免）工作。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推免工作旨在选拔品学兼优、具有创新精神和科研潜力的应届本科毕业生，推荐至本校或外校攻读硕士或博士学位。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申请者须为云南大学2026年应届本科毕业生，且在校期间无任何违法违纪记录。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学业成绩优秀，综合测评排名须在本专业前一定比例（具体比例以学院公布为准）。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英语水平需达到国家大学英语四级及以上标准（或同等水平证明）。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科研能力、创新成果或竞赛获奖者优先考虑。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三、推荐流程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学生个人申请：符合条件的学生在规定时间内向所在学院提交推免申请材料。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学院审核推荐：各学院对申请材料进行审核，组织综合考核，确定拟推荐名单并公示。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学校复核审定：本科生院对各学院推荐名单进行复核，报学校推免工作领导小组审定。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名单公示：审定后的推免名单在全校范围内公示，公示期不少于10个工作日。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四、时间安排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申请材料提交截止时间：2025年9月15日（具体以学院通知为准）。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学院审核及公示时间：2025年9月16日至9月25日。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学校审定及公示时间：2025年9月26日至10月10日。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《云南大学推荐免试攻读研究生申请表》。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本科阶段成绩单（加盖学院公章）。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英语水平证明（如CET-4/6成绩单）。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科研成果、获奖证书或相关证明材料复印件。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个人陈述及专家推荐信（如有要求）。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本科生院招生办公室电话：0871-65033820。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地址：云南省昆明市翠湖北路2号，邮编：650091。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网址：https://jwc.ynu.edu.cn。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