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申报人姓名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学号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所在专业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综合测评成绩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推荐状态</w:t>
            </w:r>
          </w:p>
        </w:tc>
      </w:tr>
      <w:tr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席 晨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20221031105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92.41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郭子健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20211071101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89.51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王语心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20221031118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83.07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靳子春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20221031107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75.19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翁祥悦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20221031120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75.18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李嘉琪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20221141118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73.68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周 全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20221031101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71.09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黄洪宁静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20221031121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69.14</w:t>
            </w:r>
          </w:p>
        </w:tc>
        <w:tc>
          <w:tcPr>
            <w:tcW w:type="dxa" w:w="143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</w:tbl>
    <w:p/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一、预推免招生专业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专业代码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专业名称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备注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应用经济学院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020202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区域经济学（农村发展系）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可招收学术学位硕士研究生、直博生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（预推免）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020204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金融学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0202Z1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城市经济学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0202Z3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低空经济学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0201Z2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可持续发展经济学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120301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农业经济管理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020207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劳动经济学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招收学术学位硕士研究生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（预推免）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0202Z2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气候变化经济学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025100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金融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招收专业学位硕士研究生（预推免）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025300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税务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