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土木工程学院2025年推荐优秀应届毕业生免试攻读研究生申报材料第一次公示-沈阳建筑大学土木工程学院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土木工程学院2025年推荐优秀应届毕业生免试攻读研究生申报材料第一次公示。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公示内容：土木工程学院2025年推荐优秀应届毕业生免试攻读研究生申报材料第一次公示。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附件：土木工程学院2025年推荐优秀应届毕业生免试攻读研究生申报材料第一次公示.zip。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地址：沈阳市浑南区浑南中路25号 沈阳建筑大学 110168。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电话：024-2469 1868。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