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武汉大学物理科学与技术学院接收2026年推荐免试研究生实施细则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武汉大学物理科学与技术学院接收2026年推荐免试研究生实施细则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学院研究生招生工作领导小组全面负责接收2026年推免生工作。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二、接收推免生计划（全日制研究生）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2026年硕士研究生招生专业均接收推免生，拟招收推免生40人左右，其中“国优计划”硕士研究生4人。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2026年博士研究生招生专业均接收直博生，拟招收直博生20人左右，实际接收人数根据生源情况可能调整。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统考可用计划数将在推免接收工作结束后及时在学院网站公布。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三、报考条件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拥护中国共产党的领导，热爱祖国，品德良好，遵纪守法，身心健康。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考生须取得生源学校推免生资格；毕业于高水平大学、全国重点大学或所在学科为国家重点学科（或一流学科）的推免生酌情优先。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诚实守信、学风端正，本科期间无任何剽窃他人学术成果等学术不端行为以及违法、违纪、受处分记录。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学习成绩优秀；在校期间曾参加科学研究、全国性竞赛等活动，表现突出、成绩优异者酌情优先。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在与报考专业相关的学术活动中表现突出、成绩优异的跨学科推免生也可报考。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在硕士研究生入学前取得学士学位与本科毕业证书。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适教乐教，有志毕业后从事中小学教育工作的推免生可申请进入“国优计划”。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四、接收推免生程序及时间安排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志愿填报和材料提交：登录教育部“推免服务系统”（网址：http://yz.chsi.com.cn/tm）填报我院专业志愿；考生可同时填报3个志愿，每个志愿48小时内不可更改。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发送：须在2025年9月25日16:00前发送至邮箱xiongdx@whu.edu.cn，邮件主题以“推免申请+申请专业+本科学校名称+学生姓名”命名；材料包括推免信息汇总表（附件3）及推免相关材料（已签字盖章的推免申请表、成绩单及排名证明、外语等级证书、获奖竞赛证书、论文或科研活动证明等），原件扫描后按顺序制作成一个PDF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获得我院A类营员资格的推免生：须于推免系统开放志愿填报后10个小时内填报我院，学院在遴选复试名单时优先考虑；同时填写报考意向汇总表（附件4）于2025年9月25日16:00前发送至邮箱xiongdx@whu.edu.cn，邮件主题以“A类营员推免申请+申请专业+学校名称+学生姓名”命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资格审核及志愿管理：学院进行报考资格审核，择优遴选复试考生，经招生工作领导小组审核确定复试名单后，通过推免服务系统在9月23日9时起陆续发放复试通知，并解锁未进入复试的考生志愿；复试通知一般差额发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复试：考生查看复试通知并进行“接受”或“拒绝”操作（一旦操作不可更改）；接受复试的考生按通知要求参加复试，具体安排以学院通知为准，学院将通过电话联系复试考生。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待录取通知：复试后，学院择优确定待录取考生名单，在推免服务系统发放待录取通知；考生应在规定时限内进行“接受”或“拒绝”操作，未在要求时限内操作视为放弃待录取。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注意事项：考生可同时接受多个复试通知，但只能接受一个待录取通知；复试通知或待录取通知在考生操作前，学院可撤销。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方式与计分：复试采取面试方式，打分采取百分制，包括素质评估（教育背景、学习成绩及GPA、科研能力、外语水平及推免综合成绩等）、综合知识测试（英语应用能力、基础理论与技能、分析解决问题能力、创新精神等，不指定教材，时间15-20分钟）和心理素质测试（作为录取参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复试综合成绩计算：复试综合成绩=素质评估×40%+综合面试×60%；复试综合成绩不及格者不予录取。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复试安排：根据学科特点和考生报考情况安排复试时间，请考生关注推免服务系统内通知并保持电话畅通。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六、录取要求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录取原则：按照接收推免生计划，结合复试综合成绩，择优确定接收推免生拟录取名单，录满为止；思想政治素质和品德考核不合格者不予录取。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信息公开：推免拟录取名单将在学院网站公示，公示期不少于7天。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考生提供的材料须准确、真实，若有弄虚作假一经发现即取消其报考、复试、拟录取等资格。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根据考生报名情况及接收推免生工作进度，达到预期接收目标即结束接收工作，望考生收到通知后及时操作。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本细则未尽事宜由学院研究生招生工作领导小组负责解释。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八、联系与咨询方式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联系人：熊老师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联系邮箱：xiongdx@whu.edu.cn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联系与咨询电话：027-68752979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附件：附件1为2026年硕士研究生招生目录，附件2为推免申请表，附件3为推免信息汇总表，附件4为A类营员报考意向汇总表，附件5为2026年博士研究生招生专业。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