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序号</w:t>
      </w:r>
    </w:p>
    <w:p>
      <w:pPr>
        <w:spacing w:before="160" w:after="80" w:lineRule="auto" w:line="360"/>
        <w:jc w:val="left"/>
      </w:pPr>
      <w:r>
        <w:rPr>
          <w:rFonts w:ascii="Times New Roman" w:hAnsi="Times New Roman" w:eastAsia="宋体"/>
          <w:b/>
          <w:sz w:val="28"/>
        </w:rPr>
        <w:t>三、名单基本信息</w:t>
      </w:r>
    </w:p>
    <w:p>
      <w:pPr>
        <w:spacing w:after="80" w:lineRule="auto" w:line="360"/>
        <w:ind w:firstLine="482"/>
        <w:jc w:val="both"/>
      </w:pPr>
      <w:r>
        <w:rPr>
          <w:rFonts w:ascii="Times New Roman" w:hAnsi="Times New Roman" w:eastAsia="宋体"/>
          <w:b w:val="0"/>
          <w:sz w:val="24"/>
        </w:rPr>
        <w:t>发布日期（推定）：2025年9月15日</w:t>
      </w:r>
    </w:p>
    <w:p>
      <w:pPr>
        <w:spacing w:after="80" w:lineRule="auto" w:line="360"/>
        <w:ind w:firstLine="482"/>
        <w:jc w:val="both"/>
      </w:pPr>
      <w:r>
        <w:rPr>
          <w:rFonts w:ascii="Times New Roman" w:hAnsi="Times New Roman" w:eastAsia="宋体"/>
          <w:b w:val="0"/>
          <w:sz w:val="24"/>
        </w:rPr>
        <w:t>本名单为武汉工程大学2026年推荐优秀应届本科毕业生免试攻读硕士学位研究生名单，共15页，本段为第1页至第8页部分内容，涵盖序号1至145（其中序号145信息不完整）。</w:t>
      </w:r>
    </w:p>
    <w:p>
      <w:pPr>
        <w:spacing w:before="160" w:after="80" w:lineRule="auto" w:line="360"/>
        <w:jc w:val="left"/>
      </w:pPr>
      <w:r>
        <w:rPr>
          <w:rFonts w:ascii="Times New Roman" w:hAnsi="Times New Roman" w:eastAsia="宋体"/>
          <w:b/>
          <w:sz w:val="28"/>
        </w:rPr>
        <w:t>四、名单明细</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序号</w:t>
            </w:r>
          </w:p>
        </w:tc>
        <w:tc>
          <w:tcPr>
            <w:tcW w:type="dxa" w:w="1439"/>
          </w:tcPr>
          <w:p>
            <w:pPr>
              <w:spacing w:after="20" w:before="20"/>
            </w:pPr>
            <w:r/>
            <w:r>
              <w:rPr>
                <w:rFonts w:ascii="Times New Roman" w:hAnsi="Times New Roman" w:eastAsia="宋体"/>
                <w:b/>
                <w:sz w:val="21"/>
              </w:rPr>
              <w:t>推荐单位</w:t>
            </w:r>
          </w:p>
        </w:tc>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性别</w:t>
            </w:r>
          </w:p>
        </w:tc>
        <w:tc>
          <w:tcPr>
            <w:tcW w:type="dxa" w:w="1439"/>
          </w:tcPr>
          <w:p>
            <w:pPr>
              <w:spacing w:after="20" w:before="20"/>
            </w:pPr>
            <w:r/>
            <w:r>
              <w:rPr>
                <w:rFonts w:ascii="Times New Roman" w:hAnsi="Times New Roman" w:eastAsia="宋体"/>
                <w:b/>
                <w:sz w:val="21"/>
              </w:rPr>
              <w:t>学号</w:t>
            </w:r>
          </w:p>
        </w:tc>
        <w:tc>
          <w:tcPr>
            <w:tcW w:type="dxa" w:w="1439"/>
          </w:tcPr>
          <w:p>
            <w:pPr>
              <w:spacing w:after="20" w:before="20"/>
            </w:pPr>
            <w:r/>
            <w:r>
              <w:rPr>
                <w:rFonts w:ascii="Times New Roman" w:hAnsi="Times New Roman" w:eastAsia="宋体"/>
                <w:b/>
                <w:sz w:val="21"/>
              </w:rPr>
              <w:t>本科所学专业</w:t>
            </w:r>
          </w:p>
        </w:tc>
      </w:tr>
      <w:tr>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t>化工与制药学院</w:t>
            </w:r>
          </w:p>
        </w:tc>
        <w:tc>
          <w:tcPr>
            <w:tcW w:type="dxa" w:w="1439"/>
          </w:tcPr>
          <w:p>
            <w:pPr>
              <w:spacing w:after="20" w:before="20"/>
            </w:pPr>
            <w:r/>
            <w:r>
              <w:rPr>
                <w:rFonts w:ascii="Times New Roman" w:hAnsi="Times New Roman" w:eastAsia="宋体"/>
                <w:b w:val="0"/>
                <w:sz w:val="21"/>
              </w:rPr>
              <w:t>史瑨媛</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2201020130</w:t>
            </w:r>
          </w:p>
        </w:tc>
        <w:tc>
          <w:tcPr>
            <w:tcW w:type="dxa" w:w="1439"/>
          </w:tcPr>
          <w:p>
            <w:pPr>
              <w:spacing w:after="20" w:before="20"/>
            </w:pPr>
            <w:r/>
            <w:r>
              <w:rPr>
                <w:rFonts w:ascii="Times New Roman" w:hAnsi="Times New Roman" w:eastAsia="宋体"/>
                <w:b w:val="0"/>
                <w:sz w:val="21"/>
              </w:rPr>
              <w:t>化学工程与工艺</w:t>
            </w:r>
          </w:p>
        </w:tc>
      </w:tr>
      <w:tr>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t>化工与制药学院</w:t>
            </w:r>
          </w:p>
        </w:tc>
        <w:tc>
          <w:tcPr>
            <w:tcW w:type="dxa" w:w="1439"/>
          </w:tcPr>
          <w:p>
            <w:pPr>
              <w:spacing w:after="20" w:before="20"/>
            </w:pPr>
            <w:r/>
            <w:r>
              <w:rPr>
                <w:rFonts w:ascii="Times New Roman" w:hAnsi="Times New Roman" w:eastAsia="宋体"/>
                <w:b w:val="0"/>
                <w:sz w:val="21"/>
              </w:rPr>
              <w:t>史国帅</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2201020230</w:t>
            </w:r>
          </w:p>
        </w:tc>
        <w:tc>
          <w:tcPr>
            <w:tcW w:type="dxa" w:w="1439"/>
          </w:tcPr>
          <w:p>
            <w:pPr>
              <w:spacing w:after="20" w:before="20"/>
            </w:pPr>
            <w:r/>
            <w:r>
              <w:rPr>
                <w:rFonts w:ascii="Times New Roman" w:hAnsi="Times New Roman" w:eastAsia="宋体"/>
                <w:b w:val="0"/>
                <w:sz w:val="21"/>
              </w:rPr>
              <w:t>化学工程与工艺</w:t>
            </w:r>
          </w:p>
        </w:tc>
      </w:tr>
      <w:tr>
        <w:tc>
          <w:tcPr>
            <w:tcW w:type="dxa" w:w="1439"/>
          </w:tcPr>
          <w:p>
            <w:pPr>
              <w:spacing w:after="20" w:before="20"/>
            </w:pPr>
            <w:r/>
            <w:r>
              <w:rPr>
                <w:rFonts w:ascii="Times New Roman" w:hAnsi="Times New Roman" w:eastAsia="宋体"/>
                <w:b w:val="0"/>
                <w:sz w:val="21"/>
              </w:rPr>
              <w:t>3</w:t>
            </w:r>
          </w:p>
        </w:tc>
        <w:tc>
          <w:tcPr>
            <w:tcW w:type="dxa" w:w="1439"/>
          </w:tcPr>
          <w:p>
            <w:pPr>
              <w:spacing w:after="20" w:before="20"/>
            </w:pPr>
            <w:r/>
            <w:r>
              <w:rPr>
                <w:rFonts w:ascii="Times New Roman" w:hAnsi="Times New Roman" w:eastAsia="宋体"/>
                <w:b w:val="0"/>
                <w:sz w:val="21"/>
              </w:rPr>
              <w:t>化工与制药学院</w:t>
            </w:r>
          </w:p>
        </w:tc>
        <w:tc>
          <w:tcPr>
            <w:tcW w:type="dxa" w:w="1439"/>
          </w:tcPr>
          <w:p>
            <w:pPr>
              <w:spacing w:after="20" w:before="20"/>
            </w:pPr>
            <w:r/>
            <w:r>
              <w:rPr>
                <w:rFonts w:ascii="Times New Roman" w:hAnsi="Times New Roman" w:eastAsia="宋体"/>
                <w:b w:val="0"/>
                <w:sz w:val="21"/>
              </w:rPr>
              <w:t>谭正鑫</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2201020606</w:t>
            </w:r>
          </w:p>
        </w:tc>
        <w:tc>
          <w:tcPr>
            <w:tcW w:type="dxa" w:w="1439"/>
          </w:tcPr>
          <w:p>
            <w:pPr>
              <w:spacing w:after="20" w:before="20"/>
            </w:pPr>
            <w:r/>
            <w:r>
              <w:rPr>
                <w:rFonts w:ascii="Times New Roman" w:hAnsi="Times New Roman" w:eastAsia="宋体"/>
                <w:b w:val="0"/>
                <w:sz w:val="21"/>
              </w:rPr>
              <w:t>化学工程与工艺</w:t>
            </w:r>
          </w:p>
        </w:tc>
      </w:tr>
      <w:tr>
        <w:tc>
          <w:tcPr>
            <w:tcW w:type="dxa" w:w="1439"/>
          </w:tcPr>
          <w:p>
            <w:pPr>
              <w:spacing w:after="20" w:before="20"/>
            </w:pPr>
            <w:r/>
            <w:r>
              <w:rPr>
                <w:rFonts w:ascii="Times New Roman" w:hAnsi="Times New Roman" w:eastAsia="宋体"/>
                <w:b w:val="0"/>
                <w:sz w:val="21"/>
              </w:rPr>
              <w:t>4</w:t>
            </w:r>
          </w:p>
        </w:tc>
        <w:tc>
          <w:tcPr>
            <w:tcW w:type="dxa" w:w="1439"/>
          </w:tcPr>
          <w:p>
            <w:pPr>
              <w:spacing w:after="20" w:before="20"/>
            </w:pPr>
            <w:r/>
            <w:r>
              <w:rPr>
                <w:rFonts w:ascii="Times New Roman" w:hAnsi="Times New Roman" w:eastAsia="宋体"/>
                <w:b w:val="0"/>
                <w:sz w:val="21"/>
              </w:rPr>
              <w:t>化工与制药学院</w:t>
            </w:r>
          </w:p>
        </w:tc>
        <w:tc>
          <w:tcPr>
            <w:tcW w:type="dxa" w:w="1439"/>
          </w:tcPr>
          <w:p>
            <w:pPr>
              <w:spacing w:after="20" w:before="20"/>
            </w:pPr>
            <w:r/>
            <w:r>
              <w:rPr>
                <w:rFonts w:ascii="Times New Roman" w:hAnsi="Times New Roman" w:eastAsia="宋体"/>
                <w:b w:val="0"/>
                <w:sz w:val="21"/>
              </w:rPr>
              <w:t>苑凯</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2201270204</w:t>
            </w:r>
          </w:p>
        </w:tc>
        <w:tc>
          <w:tcPr>
            <w:tcW w:type="dxa" w:w="1439"/>
          </w:tcPr>
          <w:p>
            <w:pPr>
              <w:spacing w:after="20" w:before="20"/>
            </w:pPr>
            <w:r/>
            <w:r>
              <w:rPr>
                <w:rFonts w:ascii="Times New Roman" w:hAnsi="Times New Roman" w:eastAsia="宋体"/>
                <w:b w:val="0"/>
                <w:sz w:val="21"/>
              </w:rPr>
              <w:t>化学工程与工艺</w:t>
            </w:r>
          </w:p>
        </w:tc>
      </w:tr>
      <w:tr>
        <w:tc>
          <w:tcPr>
            <w:tcW w:type="dxa" w:w="1439"/>
          </w:tcPr>
          <w:p>
            <w:pPr>
              <w:spacing w:after="20" w:before="20"/>
            </w:pPr>
            <w:r/>
            <w:r>
              <w:rPr>
                <w:rFonts w:ascii="Times New Roman" w:hAnsi="Times New Roman" w:eastAsia="宋体"/>
                <w:b w:val="0"/>
                <w:sz w:val="21"/>
              </w:rPr>
              <w:t>5</w:t>
            </w:r>
          </w:p>
        </w:tc>
        <w:tc>
          <w:tcPr>
            <w:tcW w:type="dxa" w:w="1439"/>
          </w:tcPr>
          <w:p>
            <w:pPr>
              <w:spacing w:after="20" w:before="20"/>
            </w:pPr>
            <w:r/>
            <w:r>
              <w:rPr>
                <w:rFonts w:ascii="Times New Roman" w:hAnsi="Times New Roman" w:eastAsia="宋体"/>
                <w:b w:val="0"/>
                <w:sz w:val="21"/>
              </w:rPr>
              <w:t>化工与制药学院</w:t>
            </w:r>
          </w:p>
        </w:tc>
        <w:tc>
          <w:tcPr>
            <w:tcW w:type="dxa" w:w="1439"/>
          </w:tcPr>
          <w:p>
            <w:pPr>
              <w:spacing w:after="20" w:before="20"/>
            </w:pPr>
            <w:r/>
            <w:r>
              <w:rPr>
                <w:rFonts w:ascii="Times New Roman" w:hAnsi="Times New Roman" w:eastAsia="宋体"/>
                <w:b w:val="0"/>
                <w:sz w:val="21"/>
              </w:rPr>
              <w:t>张雅淇</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2201020413</w:t>
            </w:r>
          </w:p>
        </w:tc>
        <w:tc>
          <w:tcPr>
            <w:tcW w:type="dxa" w:w="1439"/>
          </w:tcPr>
          <w:p>
            <w:pPr>
              <w:spacing w:after="20" w:before="20"/>
            </w:pPr>
            <w:r/>
            <w:r>
              <w:rPr>
                <w:rFonts w:ascii="Times New Roman" w:hAnsi="Times New Roman" w:eastAsia="宋体"/>
                <w:b w:val="0"/>
                <w:sz w:val="21"/>
              </w:rPr>
              <w:t>化学工程与工艺</w:t>
            </w:r>
          </w:p>
        </w:tc>
      </w:tr>
      <w:tr>
        <w:tc>
          <w:tcPr>
            <w:tcW w:type="dxa" w:w="1439"/>
          </w:tcPr>
          <w:p>
            <w:pPr>
              <w:spacing w:after="20" w:before="20"/>
            </w:pPr>
            <w:r/>
            <w:r>
              <w:rPr>
                <w:rFonts w:ascii="Times New Roman" w:hAnsi="Times New Roman" w:eastAsia="宋体"/>
                <w:b w:val="0"/>
                <w:sz w:val="21"/>
              </w:rPr>
              <w:t>6</w:t>
            </w:r>
          </w:p>
        </w:tc>
        <w:tc>
          <w:tcPr>
            <w:tcW w:type="dxa" w:w="1439"/>
          </w:tcPr>
          <w:p>
            <w:pPr>
              <w:spacing w:after="20" w:before="20"/>
            </w:pPr>
            <w:r/>
            <w:r>
              <w:rPr>
                <w:rFonts w:ascii="Times New Roman" w:hAnsi="Times New Roman" w:eastAsia="宋体"/>
                <w:b w:val="0"/>
                <w:sz w:val="21"/>
              </w:rPr>
              <w:t>化工与制药学院</w:t>
            </w:r>
          </w:p>
        </w:tc>
        <w:tc>
          <w:tcPr>
            <w:tcW w:type="dxa" w:w="1439"/>
          </w:tcPr>
          <w:p>
            <w:pPr>
              <w:spacing w:after="20" w:before="20"/>
            </w:pPr>
            <w:r/>
            <w:r>
              <w:rPr>
                <w:rFonts w:ascii="Times New Roman" w:hAnsi="Times New Roman" w:eastAsia="宋体"/>
                <w:b w:val="0"/>
                <w:sz w:val="21"/>
              </w:rPr>
              <w:t>赵俊涛</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2201020303</w:t>
            </w:r>
          </w:p>
        </w:tc>
        <w:tc>
          <w:tcPr>
            <w:tcW w:type="dxa" w:w="1439"/>
          </w:tcPr>
          <w:p>
            <w:pPr>
              <w:spacing w:after="20" w:before="20"/>
            </w:pPr>
            <w:r/>
            <w:r>
              <w:rPr>
                <w:rFonts w:ascii="Times New Roman" w:hAnsi="Times New Roman" w:eastAsia="宋体"/>
                <w:b w:val="0"/>
                <w:sz w:val="21"/>
              </w:rPr>
              <w:t>化学工程与工艺</w:t>
            </w:r>
          </w:p>
        </w:tc>
      </w:tr>
      <w:tr>
        <w:tc>
          <w:tcPr>
            <w:tcW w:type="dxa" w:w="1439"/>
          </w:tcPr>
          <w:p>
            <w:pPr>
              <w:spacing w:after="20" w:before="20"/>
            </w:pPr>
            <w:r/>
            <w:r>
              <w:rPr>
                <w:rFonts w:ascii="Times New Roman" w:hAnsi="Times New Roman" w:eastAsia="宋体"/>
                <w:b w:val="0"/>
                <w:sz w:val="21"/>
              </w:rPr>
              <w:t>7</w:t>
            </w:r>
          </w:p>
        </w:tc>
        <w:tc>
          <w:tcPr>
            <w:tcW w:type="dxa" w:w="1439"/>
          </w:tcPr>
          <w:p>
            <w:pPr>
              <w:spacing w:after="20" w:before="20"/>
            </w:pPr>
            <w:r/>
            <w:r>
              <w:rPr>
                <w:rFonts w:ascii="Times New Roman" w:hAnsi="Times New Roman" w:eastAsia="宋体"/>
                <w:b w:val="0"/>
                <w:sz w:val="21"/>
              </w:rPr>
              <w:t>化工与制药学院</w:t>
            </w:r>
          </w:p>
        </w:tc>
        <w:tc>
          <w:tcPr>
            <w:tcW w:type="dxa" w:w="1439"/>
          </w:tcPr>
          <w:p>
            <w:pPr>
              <w:spacing w:after="20" w:before="20"/>
            </w:pPr>
            <w:r/>
            <w:r>
              <w:rPr>
                <w:rFonts w:ascii="Times New Roman" w:hAnsi="Times New Roman" w:eastAsia="宋体"/>
                <w:b w:val="0"/>
                <w:sz w:val="21"/>
              </w:rPr>
              <w:t>王天怡</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2201270310</w:t>
            </w:r>
          </w:p>
        </w:tc>
        <w:tc>
          <w:tcPr>
            <w:tcW w:type="dxa" w:w="1439"/>
          </w:tcPr>
          <w:p>
            <w:pPr>
              <w:spacing w:after="20" w:before="20"/>
            </w:pPr>
            <w:r/>
            <w:r>
              <w:rPr>
                <w:rFonts w:ascii="Times New Roman" w:hAnsi="Times New Roman" w:eastAsia="宋体"/>
                <w:b w:val="0"/>
                <w:sz w:val="21"/>
              </w:rPr>
              <w:t>化学工程与工艺</w:t>
            </w:r>
          </w:p>
        </w:tc>
      </w:tr>
      <w:tr>
        <w:tc>
          <w:tcPr>
            <w:tcW w:type="dxa" w:w="1439"/>
          </w:tcPr>
          <w:p>
            <w:pPr>
              <w:spacing w:after="20" w:before="20"/>
            </w:pPr>
            <w:r/>
            <w:r>
              <w:rPr>
                <w:rFonts w:ascii="Times New Roman" w:hAnsi="Times New Roman" w:eastAsia="宋体"/>
                <w:b w:val="0"/>
                <w:sz w:val="21"/>
              </w:rPr>
              <w:t>8</w:t>
            </w:r>
          </w:p>
        </w:tc>
        <w:tc>
          <w:tcPr>
            <w:tcW w:type="dxa" w:w="1439"/>
          </w:tcPr>
          <w:p>
            <w:pPr>
              <w:spacing w:after="20" w:before="20"/>
            </w:pPr>
            <w:r/>
            <w:r>
              <w:rPr>
                <w:rFonts w:ascii="Times New Roman" w:hAnsi="Times New Roman" w:eastAsia="宋体"/>
                <w:b w:val="0"/>
                <w:sz w:val="21"/>
              </w:rPr>
              <w:t>化工与制药学院</w:t>
            </w:r>
          </w:p>
        </w:tc>
        <w:tc>
          <w:tcPr>
            <w:tcW w:type="dxa" w:w="1439"/>
          </w:tcPr>
          <w:p>
            <w:pPr>
              <w:spacing w:after="20" w:before="20"/>
            </w:pPr>
            <w:r/>
            <w:r>
              <w:rPr>
                <w:rFonts w:ascii="Times New Roman" w:hAnsi="Times New Roman" w:eastAsia="宋体"/>
                <w:b w:val="0"/>
                <w:sz w:val="21"/>
              </w:rPr>
              <w:t>余嘉慧</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2201160208</w:t>
            </w:r>
          </w:p>
        </w:tc>
        <w:tc>
          <w:tcPr>
            <w:tcW w:type="dxa" w:w="1439"/>
          </w:tcPr>
          <w:p>
            <w:pPr>
              <w:spacing w:after="20" w:before="20"/>
            </w:pPr>
            <w:r/>
            <w:r>
              <w:rPr>
                <w:rFonts w:ascii="Times New Roman" w:hAnsi="Times New Roman" w:eastAsia="宋体"/>
                <w:b w:val="0"/>
                <w:sz w:val="21"/>
              </w:rPr>
              <w:t>药物制剂</w:t>
            </w:r>
          </w:p>
        </w:tc>
      </w:tr>
      <w:tr>
        <w:tc>
          <w:tcPr>
            <w:tcW w:type="dxa" w:w="1439"/>
          </w:tcPr>
          <w:p>
            <w:pPr>
              <w:spacing w:after="20" w:before="20"/>
            </w:pPr>
            <w:r/>
            <w:r>
              <w:rPr>
                <w:rFonts w:ascii="Times New Roman" w:hAnsi="Times New Roman" w:eastAsia="宋体"/>
                <w:b w:val="0"/>
                <w:sz w:val="21"/>
              </w:rPr>
              <w:t>9</w:t>
            </w:r>
          </w:p>
        </w:tc>
        <w:tc>
          <w:tcPr>
            <w:tcW w:type="dxa" w:w="1439"/>
          </w:tcPr>
          <w:p>
            <w:pPr>
              <w:spacing w:after="20" w:before="20"/>
            </w:pPr>
            <w:r/>
            <w:r>
              <w:rPr>
                <w:rFonts w:ascii="Times New Roman" w:hAnsi="Times New Roman" w:eastAsia="宋体"/>
                <w:b w:val="0"/>
                <w:sz w:val="21"/>
              </w:rPr>
              <w:t>化工与制药学院</w:t>
            </w:r>
          </w:p>
        </w:tc>
        <w:tc>
          <w:tcPr>
            <w:tcW w:type="dxa" w:w="1439"/>
          </w:tcPr>
          <w:p>
            <w:pPr>
              <w:spacing w:after="20" w:before="20"/>
            </w:pPr>
            <w:r/>
            <w:r>
              <w:rPr>
                <w:rFonts w:ascii="Times New Roman" w:hAnsi="Times New Roman" w:eastAsia="宋体"/>
                <w:b w:val="0"/>
                <w:sz w:val="21"/>
              </w:rPr>
              <w:t>王雪如</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2201160203</w:t>
            </w:r>
          </w:p>
        </w:tc>
        <w:tc>
          <w:tcPr>
            <w:tcW w:type="dxa" w:w="1439"/>
          </w:tcPr>
          <w:p>
            <w:pPr>
              <w:spacing w:after="20" w:before="20"/>
            </w:pPr>
            <w:r/>
            <w:r>
              <w:rPr>
                <w:rFonts w:ascii="Times New Roman" w:hAnsi="Times New Roman" w:eastAsia="宋体"/>
                <w:b w:val="0"/>
                <w:sz w:val="21"/>
              </w:rPr>
              <w:t>药物制剂</w:t>
            </w:r>
          </w:p>
        </w:tc>
      </w:tr>
      <w:tr>
        <w:tc>
          <w:tcPr>
            <w:tcW w:type="dxa" w:w="1439"/>
          </w:tcPr>
          <w:p>
            <w:pPr>
              <w:spacing w:after="20" w:before="20"/>
            </w:pPr>
            <w:r/>
            <w:r>
              <w:rPr>
                <w:rFonts w:ascii="Times New Roman" w:hAnsi="Times New Roman" w:eastAsia="宋体"/>
                <w:b w:val="0"/>
                <w:sz w:val="21"/>
              </w:rPr>
              <w:t>10</w:t>
            </w:r>
          </w:p>
        </w:tc>
        <w:tc>
          <w:tcPr>
            <w:tcW w:type="dxa" w:w="1439"/>
          </w:tcPr>
          <w:p>
            <w:pPr>
              <w:spacing w:after="20" w:before="20"/>
            </w:pPr>
            <w:r/>
            <w:r>
              <w:rPr>
                <w:rFonts w:ascii="Times New Roman" w:hAnsi="Times New Roman" w:eastAsia="宋体"/>
                <w:b w:val="0"/>
                <w:sz w:val="21"/>
              </w:rPr>
              <w:t>化工与制药学院</w:t>
            </w:r>
          </w:p>
        </w:tc>
        <w:tc>
          <w:tcPr>
            <w:tcW w:type="dxa" w:w="1439"/>
          </w:tcPr>
          <w:p>
            <w:pPr>
              <w:spacing w:after="20" w:before="20"/>
            </w:pPr>
            <w:r/>
            <w:r>
              <w:rPr>
                <w:rFonts w:ascii="Times New Roman" w:hAnsi="Times New Roman" w:eastAsia="宋体"/>
                <w:b w:val="0"/>
                <w:sz w:val="21"/>
              </w:rPr>
              <w:t>朱子杰</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2201020119</w:t>
            </w:r>
          </w:p>
        </w:tc>
        <w:tc>
          <w:tcPr>
            <w:tcW w:type="dxa" w:w="1439"/>
          </w:tcPr>
          <w:p>
            <w:pPr>
              <w:spacing w:after="20" w:before="20"/>
            </w:pPr>
            <w:r/>
            <w:r>
              <w:rPr>
                <w:rFonts w:ascii="Times New Roman" w:hAnsi="Times New Roman" w:eastAsia="宋体"/>
                <w:b w:val="0"/>
                <w:sz w:val="21"/>
              </w:rPr>
              <w:t>化学工程与工艺</w:t>
            </w:r>
          </w:p>
        </w:tc>
      </w:tr>
      <w:tr>
        <w:tc>
          <w:tcPr>
            <w:tcW w:type="dxa" w:w="1439"/>
          </w:tcPr>
          <w:p>
            <w:pPr>
              <w:spacing w:after="20" w:before="20"/>
            </w:pPr>
            <w:r/>
            <w:r>
              <w:rPr>
                <w:rFonts w:ascii="Times New Roman" w:hAnsi="Times New Roman" w:eastAsia="宋体"/>
                <w:b w:val="0"/>
                <w:sz w:val="21"/>
              </w:rPr>
              <w:t>11</w:t>
            </w:r>
          </w:p>
        </w:tc>
        <w:tc>
          <w:tcPr>
            <w:tcW w:type="dxa" w:w="1439"/>
          </w:tcPr>
          <w:p>
            <w:pPr>
              <w:spacing w:after="20" w:before="20"/>
            </w:pPr>
            <w:r/>
            <w:r>
              <w:rPr>
                <w:rFonts w:ascii="Times New Roman" w:hAnsi="Times New Roman" w:eastAsia="宋体"/>
                <w:b w:val="0"/>
                <w:sz w:val="21"/>
              </w:rPr>
              <w:t>化工与制药学院</w:t>
            </w:r>
          </w:p>
        </w:tc>
        <w:tc>
          <w:tcPr>
            <w:tcW w:type="dxa" w:w="1439"/>
          </w:tcPr>
          <w:p>
            <w:pPr>
              <w:spacing w:after="20" w:before="20"/>
            </w:pPr>
            <w:r/>
            <w:r>
              <w:rPr>
                <w:rFonts w:ascii="Times New Roman" w:hAnsi="Times New Roman" w:eastAsia="宋体"/>
                <w:b w:val="0"/>
                <w:sz w:val="21"/>
              </w:rPr>
              <w:t>邵珉祺</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2201130127</w:t>
            </w:r>
          </w:p>
        </w:tc>
        <w:tc>
          <w:tcPr>
            <w:tcW w:type="dxa" w:w="1439"/>
          </w:tcPr>
          <w:p>
            <w:pPr>
              <w:spacing w:after="20" w:before="20"/>
            </w:pPr>
            <w:r/>
            <w:r>
              <w:rPr>
                <w:rFonts w:ascii="Times New Roman" w:hAnsi="Times New Roman" w:eastAsia="宋体"/>
                <w:b w:val="0"/>
                <w:sz w:val="21"/>
              </w:rPr>
              <w:t>制药工程</w:t>
            </w:r>
          </w:p>
        </w:tc>
      </w:tr>
      <w:tr>
        <w:tc>
          <w:tcPr>
            <w:tcW w:type="dxa" w:w="1439"/>
          </w:tcPr>
          <w:p>
            <w:pPr>
              <w:spacing w:after="20" w:before="20"/>
            </w:pPr>
            <w:r/>
            <w:r>
              <w:rPr>
                <w:rFonts w:ascii="Times New Roman" w:hAnsi="Times New Roman" w:eastAsia="宋体"/>
                <w:b w:val="0"/>
                <w:sz w:val="21"/>
              </w:rPr>
              <w:t>12</w:t>
            </w:r>
          </w:p>
        </w:tc>
        <w:tc>
          <w:tcPr>
            <w:tcW w:type="dxa" w:w="1439"/>
          </w:tcPr>
          <w:p>
            <w:pPr>
              <w:spacing w:after="20" w:before="20"/>
            </w:pPr>
            <w:r/>
            <w:r>
              <w:rPr>
                <w:rFonts w:ascii="Times New Roman" w:hAnsi="Times New Roman" w:eastAsia="宋体"/>
                <w:b w:val="0"/>
                <w:sz w:val="21"/>
              </w:rPr>
              <w:t>化工与制药学院</w:t>
            </w:r>
          </w:p>
        </w:tc>
        <w:tc>
          <w:tcPr>
            <w:tcW w:type="dxa" w:w="1439"/>
          </w:tcPr>
          <w:p>
            <w:pPr>
              <w:spacing w:after="20" w:before="20"/>
            </w:pPr>
            <w:r/>
            <w:r>
              <w:rPr>
                <w:rFonts w:ascii="Times New Roman" w:hAnsi="Times New Roman" w:eastAsia="宋体"/>
                <w:b w:val="0"/>
                <w:sz w:val="21"/>
              </w:rPr>
              <w:t>邱锐</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2201020212</w:t>
            </w:r>
          </w:p>
        </w:tc>
        <w:tc>
          <w:tcPr>
            <w:tcW w:type="dxa" w:w="1439"/>
          </w:tcPr>
          <w:p>
            <w:pPr>
              <w:spacing w:after="20" w:before="20"/>
            </w:pPr>
            <w:r/>
            <w:r>
              <w:rPr>
                <w:rFonts w:ascii="Times New Roman" w:hAnsi="Times New Roman" w:eastAsia="宋体"/>
                <w:b w:val="0"/>
                <w:sz w:val="21"/>
              </w:rPr>
              <w:t>化学工程与工艺</w:t>
            </w:r>
          </w:p>
        </w:tc>
      </w:tr>
      <w:tr>
        <w:tc>
          <w:tcPr>
            <w:tcW w:type="dxa" w:w="1439"/>
          </w:tcPr>
          <w:p>
            <w:pPr>
              <w:spacing w:after="20" w:before="20"/>
            </w:pPr>
            <w:r/>
            <w:r>
              <w:rPr>
                <w:rFonts w:ascii="Times New Roman" w:hAnsi="Times New Roman" w:eastAsia="宋体"/>
                <w:b w:val="0"/>
                <w:sz w:val="21"/>
              </w:rPr>
              <w:t>13</w:t>
            </w:r>
          </w:p>
        </w:tc>
        <w:tc>
          <w:tcPr>
            <w:tcW w:type="dxa" w:w="1439"/>
          </w:tcPr>
          <w:p>
            <w:pPr>
              <w:spacing w:after="20" w:before="20"/>
            </w:pPr>
            <w:r/>
            <w:r>
              <w:rPr>
                <w:rFonts w:ascii="Times New Roman" w:hAnsi="Times New Roman" w:eastAsia="宋体"/>
                <w:b w:val="0"/>
                <w:sz w:val="21"/>
              </w:rPr>
              <w:t>化工与制药学院</w:t>
            </w:r>
          </w:p>
        </w:tc>
        <w:tc>
          <w:tcPr>
            <w:tcW w:type="dxa" w:w="1439"/>
          </w:tcPr>
          <w:p>
            <w:pPr>
              <w:spacing w:after="20" w:before="20"/>
            </w:pPr>
            <w:r/>
            <w:r>
              <w:rPr>
                <w:rFonts w:ascii="Times New Roman" w:hAnsi="Times New Roman" w:eastAsia="宋体"/>
                <w:b w:val="0"/>
                <w:sz w:val="21"/>
              </w:rPr>
              <w:t>陈紫芊</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2201270324</w:t>
            </w:r>
          </w:p>
        </w:tc>
        <w:tc>
          <w:tcPr>
            <w:tcW w:type="dxa" w:w="1439"/>
          </w:tcPr>
          <w:p>
            <w:pPr>
              <w:spacing w:after="20" w:before="20"/>
            </w:pPr>
            <w:r/>
            <w:r>
              <w:rPr>
                <w:rFonts w:ascii="Times New Roman" w:hAnsi="Times New Roman" w:eastAsia="宋体"/>
                <w:b w:val="0"/>
                <w:sz w:val="21"/>
              </w:rPr>
              <w:t>化学工程与工艺</w:t>
            </w:r>
          </w:p>
        </w:tc>
      </w:tr>
      <w:tr>
        <w:tc>
          <w:tcPr>
            <w:tcW w:type="dxa" w:w="1439"/>
          </w:tcPr>
          <w:p>
            <w:pPr>
              <w:spacing w:after="20" w:before="20"/>
            </w:pPr>
            <w:r/>
            <w:r>
              <w:rPr>
                <w:rFonts w:ascii="Times New Roman" w:hAnsi="Times New Roman" w:eastAsia="宋体"/>
                <w:b w:val="0"/>
                <w:sz w:val="21"/>
              </w:rPr>
              <w:t>14</w:t>
            </w:r>
          </w:p>
        </w:tc>
        <w:tc>
          <w:tcPr>
            <w:tcW w:type="dxa" w:w="1439"/>
          </w:tcPr>
          <w:p>
            <w:pPr>
              <w:spacing w:after="20" w:before="20"/>
            </w:pPr>
            <w:r/>
            <w:r>
              <w:rPr>
                <w:rFonts w:ascii="Times New Roman" w:hAnsi="Times New Roman" w:eastAsia="宋体"/>
                <w:b w:val="0"/>
                <w:sz w:val="21"/>
              </w:rPr>
              <w:t>化工与制药学院</w:t>
            </w:r>
          </w:p>
        </w:tc>
        <w:tc>
          <w:tcPr>
            <w:tcW w:type="dxa" w:w="1439"/>
          </w:tcPr>
          <w:p>
            <w:pPr>
              <w:spacing w:after="20" w:before="20"/>
            </w:pPr>
            <w:r/>
            <w:r>
              <w:rPr>
                <w:rFonts w:ascii="Times New Roman" w:hAnsi="Times New Roman" w:eastAsia="宋体"/>
                <w:b w:val="0"/>
                <w:sz w:val="21"/>
              </w:rPr>
              <w:t>毕泽栋</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2201260114</w:t>
            </w:r>
          </w:p>
        </w:tc>
        <w:tc>
          <w:tcPr>
            <w:tcW w:type="dxa" w:w="1439"/>
          </w:tcPr>
          <w:p>
            <w:pPr>
              <w:spacing w:after="20" w:before="20"/>
            </w:pPr>
            <w:r/>
            <w:r>
              <w:rPr>
                <w:rFonts w:ascii="Times New Roman" w:hAnsi="Times New Roman" w:eastAsia="宋体"/>
                <w:b w:val="0"/>
                <w:sz w:val="21"/>
              </w:rPr>
              <w:t>化学工程与工艺</w:t>
            </w:r>
          </w:p>
        </w:tc>
      </w:tr>
      <w:tr>
        <w:tc>
          <w:tcPr>
            <w:tcW w:type="dxa" w:w="1439"/>
          </w:tcPr>
          <w:p>
            <w:pPr>
              <w:spacing w:after="20" w:before="20"/>
            </w:pPr>
            <w:r/>
            <w:r>
              <w:rPr>
                <w:rFonts w:ascii="Times New Roman" w:hAnsi="Times New Roman" w:eastAsia="宋体"/>
                <w:b w:val="0"/>
                <w:sz w:val="21"/>
              </w:rPr>
              <w:t>15</w:t>
            </w:r>
          </w:p>
        </w:tc>
        <w:tc>
          <w:tcPr>
            <w:tcW w:type="dxa" w:w="1439"/>
          </w:tcPr>
          <w:p>
            <w:pPr>
              <w:spacing w:after="20" w:before="20"/>
            </w:pPr>
            <w:r/>
            <w:r>
              <w:rPr>
                <w:rFonts w:ascii="Times New Roman" w:hAnsi="Times New Roman" w:eastAsia="宋体"/>
                <w:b w:val="0"/>
                <w:sz w:val="21"/>
              </w:rPr>
              <w:t>化工与制药学院</w:t>
            </w:r>
          </w:p>
        </w:tc>
        <w:tc>
          <w:tcPr>
            <w:tcW w:type="dxa" w:w="1439"/>
          </w:tcPr>
          <w:p>
            <w:pPr>
              <w:spacing w:after="20" w:before="20"/>
            </w:pPr>
            <w:r/>
            <w:r>
              <w:rPr>
                <w:rFonts w:ascii="Times New Roman" w:hAnsi="Times New Roman" w:eastAsia="宋体"/>
                <w:b w:val="0"/>
                <w:sz w:val="21"/>
              </w:rPr>
              <w:t>卢清华</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2201020504</w:t>
            </w:r>
          </w:p>
        </w:tc>
        <w:tc>
          <w:tcPr>
            <w:tcW w:type="dxa" w:w="1439"/>
          </w:tcPr>
          <w:p>
            <w:pPr>
              <w:spacing w:after="20" w:before="20"/>
            </w:pPr>
            <w:r/>
            <w:r>
              <w:rPr>
                <w:rFonts w:ascii="Times New Roman" w:hAnsi="Times New Roman" w:eastAsia="宋体"/>
                <w:b w:val="0"/>
                <w:sz w:val="21"/>
              </w:rPr>
              <w:t>化学工程与工艺</w:t>
            </w:r>
          </w:p>
        </w:tc>
      </w:tr>
      <w:tr>
        <w:tc>
          <w:tcPr>
            <w:tcW w:type="dxa" w:w="1439"/>
          </w:tcPr>
          <w:p>
            <w:pPr>
              <w:spacing w:after="20" w:before="20"/>
            </w:pPr>
            <w:r/>
            <w:r>
              <w:rPr>
                <w:rFonts w:ascii="Times New Roman" w:hAnsi="Times New Roman" w:eastAsia="宋体"/>
                <w:b w:val="0"/>
                <w:sz w:val="21"/>
              </w:rPr>
              <w:t>16</w:t>
            </w:r>
          </w:p>
        </w:tc>
        <w:tc>
          <w:tcPr>
            <w:tcW w:type="dxa" w:w="1439"/>
          </w:tcPr>
          <w:p>
            <w:pPr>
              <w:spacing w:after="20" w:before="20"/>
            </w:pPr>
            <w:r/>
            <w:r>
              <w:rPr>
                <w:rFonts w:ascii="Times New Roman" w:hAnsi="Times New Roman" w:eastAsia="宋体"/>
                <w:b w:val="0"/>
                <w:sz w:val="21"/>
              </w:rPr>
              <w:t>化工与制药学院</w:t>
            </w:r>
          </w:p>
        </w:tc>
        <w:tc>
          <w:tcPr>
            <w:tcW w:type="dxa" w:w="1439"/>
          </w:tcPr>
          <w:p>
            <w:pPr>
              <w:spacing w:after="20" w:before="20"/>
            </w:pPr>
            <w:r/>
            <w:r>
              <w:rPr>
                <w:rFonts w:ascii="Times New Roman" w:hAnsi="Times New Roman" w:eastAsia="宋体"/>
                <w:b w:val="0"/>
                <w:sz w:val="21"/>
              </w:rPr>
              <w:t>杨佳慧</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2201180121</w:t>
            </w:r>
          </w:p>
        </w:tc>
        <w:tc>
          <w:tcPr>
            <w:tcW w:type="dxa" w:w="1439"/>
          </w:tcPr>
          <w:p>
            <w:pPr>
              <w:spacing w:after="20" w:before="20"/>
            </w:pPr>
            <w:r/>
            <w:r>
              <w:rPr>
                <w:rFonts w:ascii="Times New Roman" w:hAnsi="Times New Roman" w:eastAsia="宋体"/>
                <w:b w:val="0"/>
                <w:sz w:val="21"/>
              </w:rPr>
              <w:t>能源化学工程</w:t>
            </w:r>
          </w:p>
        </w:tc>
      </w:tr>
      <w:tr>
        <w:tc>
          <w:tcPr>
            <w:tcW w:type="dxa" w:w="1439"/>
          </w:tcPr>
          <w:p>
            <w:pPr>
              <w:spacing w:after="20" w:before="20"/>
            </w:pPr>
            <w:r/>
            <w:r>
              <w:rPr>
                <w:rFonts w:ascii="Times New Roman" w:hAnsi="Times New Roman" w:eastAsia="宋体"/>
                <w:b w:val="0"/>
                <w:sz w:val="21"/>
              </w:rPr>
              <w:t>17</w:t>
            </w:r>
          </w:p>
        </w:tc>
        <w:tc>
          <w:tcPr>
            <w:tcW w:type="dxa" w:w="1439"/>
          </w:tcPr>
          <w:p>
            <w:pPr>
              <w:spacing w:after="20" w:before="20"/>
            </w:pPr>
            <w:r/>
            <w:r>
              <w:rPr>
                <w:rFonts w:ascii="Times New Roman" w:hAnsi="Times New Roman" w:eastAsia="宋体"/>
                <w:b w:val="0"/>
                <w:sz w:val="21"/>
              </w:rPr>
              <w:t>化工与制药学院</w:t>
            </w:r>
          </w:p>
        </w:tc>
        <w:tc>
          <w:tcPr>
            <w:tcW w:type="dxa" w:w="1439"/>
          </w:tcPr>
          <w:p>
            <w:pPr>
              <w:spacing w:after="20" w:before="20"/>
            </w:pPr>
            <w:r/>
            <w:r>
              <w:rPr>
                <w:rFonts w:ascii="Times New Roman" w:hAnsi="Times New Roman" w:eastAsia="宋体"/>
                <w:b w:val="0"/>
                <w:sz w:val="21"/>
              </w:rPr>
              <w:t>黄筱妍</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2201270402</w:t>
            </w:r>
          </w:p>
        </w:tc>
        <w:tc>
          <w:tcPr>
            <w:tcW w:type="dxa" w:w="1439"/>
          </w:tcPr>
          <w:p>
            <w:pPr>
              <w:spacing w:after="20" w:before="20"/>
            </w:pPr>
            <w:r/>
            <w:r>
              <w:rPr>
                <w:rFonts w:ascii="Times New Roman" w:hAnsi="Times New Roman" w:eastAsia="宋体"/>
                <w:b w:val="0"/>
                <w:sz w:val="21"/>
              </w:rPr>
              <w:t>化学工程与工艺</w:t>
            </w:r>
          </w:p>
        </w:tc>
      </w:tr>
      <w:tr>
        <w:tc>
          <w:tcPr>
            <w:tcW w:type="dxa" w:w="1439"/>
          </w:tcPr>
          <w:p>
            <w:pPr>
              <w:spacing w:after="20" w:before="20"/>
            </w:pPr>
            <w:r/>
            <w:r>
              <w:rPr>
                <w:rFonts w:ascii="Times New Roman" w:hAnsi="Times New Roman" w:eastAsia="宋体"/>
                <w:b w:val="0"/>
                <w:sz w:val="21"/>
              </w:rPr>
              <w:t>18</w:t>
            </w:r>
          </w:p>
        </w:tc>
        <w:tc>
          <w:tcPr>
            <w:tcW w:type="dxa" w:w="1439"/>
          </w:tcPr>
          <w:p>
            <w:pPr>
              <w:spacing w:after="20" w:before="20"/>
            </w:pPr>
            <w:r/>
            <w:r>
              <w:rPr>
                <w:rFonts w:ascii="Times New Roman" w:hAnsi="Times New Roman" w:eastAsia="宋体"/>
                <w:b w:val="0"/>
                <w:sz w:val="21"/>
              </w:rPr>
              <w:t>化工与制药学院</w:t>
            </w:r>
          </w:p>
        </w:tc>
        <w:tc>
          <w:tcPr>
            <w:tcW w:type="dxa" w:w="1439"/>
          </w:tcPr>
          <w:p>
            <w:pPr>
              <w:spacing w:after="20" w:before="20"/>
            </w:pPr>
            <w:r/>
            <w:r>
              <w:rPr>
                <w:rFonts w:ascii="Times New Roman" w:hAnsi="Times New Roman" w:eastAsia="宋体"/>
                <w:b w:val="0"/>
                <w:sz w:val="21"/>
              </w:rPr>
              <w:t>张文睿</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2201160103</w:t>
            </w:r>
          </w:p>
        </w:tc>
        <w:tc>
          <w:tcPr>
            <w:tcW w:type="dxa" w:w="1439"/>
          </w:tcPr>
          <w:p>
            <w:pPr>
              <w:spacing w:after="20" w:before="20"/>
            </w:pPr>
            <w:r/>
            <w:r>
              <w:rPr>
                <w:rFonts w:ascii="Times New Roman" w:hAnsi="Times New Roman" w:eastAsia="宋体"/>
                <w:b w:val="0"/>
                <w:sz w:val="21"/>
              </w:rPr>
              <w:t>药物制剂</w:t>
            </w:r>
          </w:p>
        </w:tc>
      </w:tr>
      <w:tr>
        <w:tc>
          <w:tcPr>
            <w:tcW w:type="dxa" w:w="1439"/>
          </w:tcPr>
          <w:p>
            <w:pPr>
              <w:spacing w:after="20" w:before="20"/>
            </w:pPr>
            <w:r/>
            <w:r>
              <w:rPr>
                <w:rFonts w:ascii="Times New Roman" w:hAnsi="Times New Roman" w:eastAsia="宋体"/>
                <w:b w:val="0"/>
                <w:sz w:val="21"/>
              </w:rPr>
              <w:t>19</w:t>
            </w:r>
          </w:p>
        </w:tc>
        <w:tc>
          <w:tcPr>
            <w:tcW w:type="dxa" w:w="1439"/>
          </w:tcPr>
          <w:p>
            <w:pPr>
              <w:spacing w:after="20" w:before="20"/>
            </w:pPr>
            <w:r/>
            <w:r>
              <w:rPr>
                <w:rFonts w:ascii="Times New Roman" w:hAnsi="Times New Roman" w:eastAsia="宋体"/>
                <w:b w:val="0"/>
                <w:sz w:val="21"/>
              </w:rPr>
              <w:t>化工与制药学院</w:t>
            </w:r>
          </w:p>
        </w:tc>
        <w:tc>
          <w:tcPr>
            <w:tcW w:type="dxa" w:w="1439"/>
          </w:tcPr>
          <w:p>
            <w:pPr>
              <w:spacing w:after="20" w:before="20"/>
            </w:pPr>
            <w:r/>
            <w:r>
              <w:rPr>
                <w:rFonts w:ascii="Times New Roman" w:hAnsi="Times New Roman" w:eastAsia="宋体"/>
                <w:b w:val="0"/>
                <w:sz w:val="21"/>
              </w:rPr>
              <w:t>张曦宇</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2201020610</w:t>
            </w:r>
          </w:p>
        </w:tc>
        <w:tc>
          <w:tcPr>
            <w:tcW w:type="dxa" w:w="1439"/>
          </w:tcPr>
          <w:p>
            <w:pPr>
              <w:spacing w:after="20" w:before="20"/>
            </w:pPr>
            <w:r/>
            <w:r>
              <w:rPr>
                <w:rFonts w:ascii="Times New Roman" w:hAnsi="Times New Roman" w:eastAsia="宋体"/>
                <w:b w:val="0"/>
                <w:sz w:val="21"/>
              </w:rPr>
              <w:t>化学工程与工艺</w:t>
            </w:r>
          </w:p>
        </w:tc>
      </w:tr>
      <w:tr>
        <w:tc>
          <w:tcPr>
            <w:tcW w:type="dxa" w:w="1439"/>
          </w:tcPr>
          <w:p>
            <w:pPr>
              <w:spacing w:after="20" w:before="20"/>
            </w:pPr>
            <w:r/>
            <w:r>
              <w:rPr>
                <w:rFonts w:ascii="Times New Roman" w:hAnsi="Times New Roman" w:eastAsia="宋体"/>
                <w:b w:val="0"/>
                <w:sz w:val="21"/>
              </w:rPr>
              <w:t>20</w:t>
            </w:r>
          </w:p>
        </w:tc>
        <w:tc>
          <w:tcPr>
            <w:tcW w:type="dxa" w:w="1439"/>
          </w:tcPr>
          <w:p>
            <w:pPr>
              <w:spacing w:after="20" w:before="20"/>
            </w:pPr>
            <w:r/>
            <w:r>
              <w:rPr>
                <w:rFonts w:ascii="Times New Roman" w:hAnsi="Times New Roman" w:eastAsia="宋体"/>
                <w:b w:val="0"/>
                <w:sz w:val="21"/>
              </w:rPr>
              <w:t>化工与制药学院</w:t>
            </w:r>
          </w:p>
        </w:tc>
        <w:tc>
          <w:tcPr>
            <w:tcW w:type="dxa" w:w="1439"/>
          </w:tcPr>
          <w:p>
            <w:pPr>
              <w:spacing w:after="20" w:before="20"/>
            </w:pPr>
            <w:r/>
            <w:r>
              <w:rPr>
                <w:rFonts w:ascii="Times New Roman" w:hAnsi="Times New Roman" w:eastAsia="宋体"/>
                <w:b w:val="0"/>
                <w:sz w:val="21"/>
              </w:rPr>
              <w:t>蒋思思</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2201130220</w:t>
            </w:r>
          </w:p>
        </w:tc>
        <w:tc>
          <w:tcPr>
            <w:tcW w:type="dxa" w:w="1439"/>
          </w:tcPr>
          <w:p>
            <w:pPr>
              <w:spacing w:after="20" w:before="20"/>
            </w:pPr>
            <w:r/>
            <w:r>
              <w:rPr>
                <w:rFonts w:ascii="Times New Roman" w:hAnsi="Times New Roman" w:eastAsia="宋体"/>
                <w:b w:val="0"/>
                <w:sz w:val="21"/>
              </w:rPr>
              <w:t>制药工程</w:t>
            </w:r>
          </w:p>
        </w:tc>
      </w:tr>
      <w:tr>
        <w:tc>
          <w:tcPr>
            <w:tcW w:type="dxa" w:w="1439"/>
          </w:tcPr>
          <w:p>
            <w:pPr>
              <w:spacing w:after="20" w:before="20"/>
            </w:pPr>
            <w:r/>
            <w:r>
              <w:rPr>
                <w:rFonts w:ascii="Times New Roman" w:hAnsi="Times New Roman" w:eastAsia="宋体"/>
                <w:b w:val="0"/>
                <w:sz w:val="21"/>
              </w:rPr>
              <w:t>21</w:t>
            </w:r>
          </w:p>
        </w:tc>
        <w:tc>
          <w:tcPr>
            <w:tcW w:type="dxa" w:w="1439"/>
          </w:tcPr>
          <w:p>
            <w:pPr>
              <w:spacing w:after="20" w:before="20"/>
            </w:pPr>
            <w:r/>
            <w:r>
              <w:rPr>
                <w:rFonts w:ascii="Times New Roman" w:hAnsi="Times New Roman" w:eastAsia="宋体"/>
                <w:b w:val="0"/>
                <w:sz w:val="21"/>
              </w:rPr>
              <w:t>化工与制药学院</w:t>
            </w:r>
          </w:p>
        </w:tc>
        <w:tc>
          <w:tcPr>
            <w:tcW w:type="dxa" w:w="1439"/>
          </w:tcPr>
          <w:p>
            <w:pPr>
              <w:spacing w:after="20" w:before="20"/>
            </w:pPr>
            <w:r/>
            <w:r>
              <w:rPr>
                <w:rFonts w:ascii="Times New Roman" w:hAnsi="Times New Roman" w:eastAsia="宋体"/>
                <w:b w:val="0"/>
                <w:sz w:val="21"/>
              </w:rPr>
              <w:t>刘利淇</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2201020221</w:t>
            </w:r>
          </w:p>
        </w:tc>
        <w:tc>
          <w:tcPr>
            <w:tcW w:type="dxa" w:w="1439"/>
          </w:tcPr>
          <w:p>
            <w:pPr>
              <w:spacing w:after="20" w:before="20"/>
            </w:pPr>
            <w:r/>
            <w:r>
              <w:rPr>
                <w:rFonts w:ascii="Times New Roman" w:hAnsi="Times New Roman" w:eastAsia="宋体"/>
                <w:b w:val="0"/>
                <w:sz w:val="21"/>
              </w:rPr>
              <w:t>化学工程与工艺</w:t>
            </w:r>
          </w:p>
        </w:tc>
      </w:tr>
      <w:tr>
        <w:tc>
          <w:tcPr>
            <w:tcW w:type="dxa" w:w="1439"/>
          </w:tcPr>
          <w:p>
            <w:pPr>
              <w:spacing w:after="20" w:before="20"/>
            </w:pPr>
            <w:r/>
            <w:r>
              <w:rPr>
                <w:rFonts w:ascii="Times New Roman" w:hAnsi="Times New Roman" w:eastAsia="宋体"/>
                <w:b w:val="0"/>
                <w:sz w:val="21"/>
              </w:rPr>
              <w:t>22</w:t>
            </w:r>
          </w:p>
        </w:tc>
        <w:tc>
          <w:tcPr>
            <w:tcW w:type="dxa" w:w="1439"/>
          </w:tcPr>
          <w:p>
            <w:pPr>
              <w:spacing w:after="20" w:before="20"/>
            </w:pPr>
            <w:r/>
            <w:r>
              <w:rPr>
                <w:rFonts w:ascii="Times New Roman" w:hAnsi="Times New Roman" w:eastAsia="宋体"/>
                <w:b w:val="0"/>
                <w:sz w:val="21"/>
              </w:rPr>
              <w:t>化工与制药学院</w:t>
            </w:r>
          </w:p>
        </w:tc>
        <w:tc>
          <w:tcPr>
            <w:tcW w:type="dxa" w:w="1439"/>
          </w:tcPr>
          <w:p>
            <w:pPr>
              <w:spacing w:after="20" w:before="20"/>
            </w:pPr>
            <w:r/>
            <w:r>
              <w:rPr>
                <w:rFonts w:ascii="Times New Roman" w:hAnsi="Times New Roman" w:eastAsia="宋体"/>
                <w:b w:val="0"/>
                <w:sz w:val="21"/>
              </w:rPr>
              <w:t>吴烽</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2201020207</w:t>
            </w:r>
          </w:p>
        </w:tc>
        <w:tc>
          <w:tcPr>
            <w:tcW w:type="dxa" w:w="1439"/>
          </w:tcPr>
          <w:p>
            <w:pPr>
              <w:spacing w:after="20" w:before="20"/>
            </w:pPr>
            <w:r/>
            <w:r>
              <w:rPr>
                <w:rFonts w:ascii="Times New Roman" w:hAnsi="Times New Roman" w:eastAsia="宋体"/>
                <w:b w:val="0"/>
                <w:sz w:val="21"/>
              </w:rPr>
              <w:t>化学工程与工艺</w:t>
            </w:r>
          </w:p>
        </w:tc>
      </w:tr>
      <w:tr>
        <w:tc>
          <w:tcPr>
            <w:tcW w:type="dxa" w:w="1439"/>
          </w:tcPr>
          <w:p>
            <w:pPr>
              <w:spacing w:after="20" w:before="20"/>
            </w:pPr>
            <w:r/>
            <w:r>
              <w:rPr>
                <w:rFonts w:ascii="Times New Roman" w:hAnsi="Times New Roman" w:eastAsia="宋体"/>
                <w:b w:val="0"/>
                <w:sz w:val="21"/>
              </w:rPr>
              <w:t>23</w:t>
            </w:r>
          </w:p>
        </w:tc>
        <w:tc>
          <w:tcPr>
            <w:tcW w:type="dxa" w:w="1439"/>
          </w:tcPr>
          <w:p>
            <w:pPr>
              <w:spacing w:after="20" w:before="20"/>
            </w:pPr>
            <w:r/>
            <w:r>
              <w:rPr>
                <w:rFonts w:ascii="Times New Roman" w:hAnsi="Times New Roman" w:eastAsia="宋体"/>
                <w:b w:val="0"/>
                <w:sz w:val="21"/>
              </w:rPr>
              <w:t>化工与制药学院</w:t>
            </w:r>
          </w:p>
        </w:tc>
        <w:tc>
          <w:tcPr>
            <w:tcW w:type="dxa" w:w="1439"/>
          </w:tcPr>
          <w:p>
            <w:pPr>
              <w:spacing w:after="20" w:before="20"/>
            </w:pPr>
            <w:r/>
            <w:r>
              <w:rPr>
                <w:rFonts w:ascii="Times New Roman" w:hAnsi="Times New Roman" w:eastAsia="宋体"/>
                <w:b w:val="0"/>
                <w:sz w:val="21"/>
              </w:rPr>
              <w:t>陈昌梅</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2201160206</w:t>
            </w:r>
          </w:p>
        </w:tc>
        <w:tc>
          <w:tcPr>
            <w:tcW w:type="dxa" w:w="1439"/>
          </w:tcPr>
          <w:p>
            <w:pPr>
              <w:spacing w:after="20" w:before="20"/>
            </w:pPr>
            <w:r/>
            <w:r>
              <w:rPr>
                <w:rFonts w:ascii="Times New Roman" w:hAnsi="Times New Roman" w:eastAsia="宋体"/>
                <w:b w:val="0"/>
                <w:sz w:val="21"/>
              </w:rPr>
              <w:t>药物制剂</w:t>
            </w:r>
          </w:p>
        </w:tc>
      </w:tr>
      <w:tr>
        <w:tc>
          <w:tcPr>
            <w:tcW w:type="dxa" w:w="1439"/>
          </w:tcPr>
          <w:p>
            <w:pPr>
              <w:spacing w:after="20" w:before="20"/>
            </w:pPr>
            <w:r/>
            <w:r>
              <w:rPr>
                <w:rFonts w:ascii="Times New Roman" w:hAnsi="Times New Roman" w:eastAsia="宋体"/>
                <w:b w:val="0"/>
                <w:sz w:val="21"/>
              </w:rPr>
              <w:t>24</w:t>
            </w:r>
          </w:p>
        </w:tc>
        <w:tc>
          <w:tcPr>
            <w:tcW w:type="dxa" w:w="1439"/>
          </w:tcPr>
          <w:p>
            <w:pPr>
              <w:spacing w:after="20" w:before="20"/>
            </w:pPr>
            <w:r/>
            <w:r>
              <w:rPr>
                <w:rFonts w:ascii="Times New Roman" w:hAnsi="Times New Roman" w:eastAsia="宋体"/>
                <w:b w:val="0"/>
                <w:sz w:val="21"/>
              </w:rPr>
              <w:t>化工与制药学院</w:t>
            </w:r>
          </w:p>
        </w:tc>
        <w:tc>
          <w:tcPr>
            <w:tcW w:type="dxa" w:w="1439"/>
          </w:tcPr>
          <w:p>
            <w:pPr>
              <w:spacing w:after="20" w:before="20"/>
            </w:pPr>
            <w:r/>
            <w:r>
              <w:rPr>
                <w:rFonts w:ascii="Times New Roman" w:hAnsi="Times New Roman" w:eastAsia="宋体"/>
                <w:b w:val="0"/>
                <w:sz w:val="21"/>
              </w:rPr>
              <w:t>李盈</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2201260108</w:t>
            </w:r>
          </w:p>
        </w:tc>
        <w:tc>
          <w:tcPr>
            <w:tcW w:type="dxa" w:w="1439"/>
          </w:tcPr>
          <w:p>
            <w:pPr>
              <w:spacing w:after="20" w:before="20"/>
            </w:pPr>
            <w:r/>
            <w:r>
              <w:rPr>
                <w:rFonts w:ascii="Times New Roman" w:hAnsi="Times New Roman" w:eastAsia="宋体"/>
                <w:b w:val="0"/>
                <w:sz w:val="21"/>
              </w:rPr>
              <w:t>化学工程与工艺</w:t>
            </w:r>
          </w:p>
        </w:tc>
      </w:tr>
      <w:tr>
        <w:tc>
          <w:tcPr>
            <w:tcW w:type="dxa" w:w="1439"/>
          </w:tcPr>
          <w:p>
            <w:pPr>
              <w:spacing w:after="20" w:before="20"/>
            </w:pPr>
            <w:r/>
            <w:r>
              <w:rPr>
                <w:rFonts w:ascii="Times New Roman" w:hAnsi="Times New Roman" w:eastAsia="宋体"/>
                <w:b w:val="0"/>
                <w:sz w:val="21"/>
              </w:rPr>
              <w:t>25</w:t>
            </w:r>
          </w:p>
        </w:tc>
        <w:tc>
          <w:tcPr>
            <w:tcW w:type="dxa" w:w="1439"/>
          </w:tcPr>
          <w:p>
            <w:pPr>
              <w:spacing w:after="20" w:before="20"/>
            </w:pPr>
            <w:r/>
            <w:r>
              <w:rPr>
                <w:rFonts w:ascii="Times New Roman" w:hAnsi="Times New Roman" w:eastAsia="宋体"/>
                <w:b w:val="0"/>
                <w:sz w:val="21"/>
              </w:rPr>
              <w:t>化工与制药学院</w:t>
            </w:r>
          </w:p>
        </w:tc>
        <w:tc>
          <w:tcPr>
            <w:tcW w:type="dxa" w:w="1439"/>
          </w:tcPr>
          <w:p>
            <w:pPr>
              <w:spacing w:after="20" w:before="20"/>
            </w:pPr>
            <w:r/>
            <w:r>
              <w:rPr>
                <w:rFonts w:ascii="Times New Roman" w:hAnsi="Times New Roman" w:eastAsia="宋体"/>
                <w:b w:val="0"/>
                <w:sz w:val="21"/>
              </w:rPr>
              <w:t>张人桃</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2201130230</w:t>
            </w:r>
          </w:p>
        </w:tc>
        <w:tc>
          <w:tcPr>
            <w:tcW w:type="dxa" w:w="1439"/>
          </w:tcPr>
          <w:p>
            <w:pPr>
              <w:spacing w:after="20" w:before="20"/>
            </w:pPr>
            <w:r/>
            <w:r>
              <w:rPr>
                <w:rFonts w:ascii="Times New Roman" w:hAnsi="Times New Roman" w:eastAsia="宋体"/>
                <w:b w:val="0"/>
                <w:sz w:val="21"/>
              </w:rPr>
              <w:t>制药工程</w:t>
            </w:r>
          </w:p>
        </w:tc>
      </w:tr>
      <w:tr>
        <w:tc>
          <w:tcPr>
            <w:tcW w:type="dxa" w:w="1439"/>
          </w:tcPr>
          <w:p>
            <w:pPr>
              <w:spacing w:after="20" w:before="20"/>
            </w:pPr>
            <w:r/>
            <w:r>
              <w:rPr>
                <w:rFonts w:ascii="Times New Roman" w:hAnsi="Times New Roman" w:eastAsia="宋体"/>
                <w:b w:val="0"/>
                <w:sz w:val="21"/>
              </w:rPr>
              <w:t>26</w:t>
            </w:r>
          </w:p>
        </w:tc>
        <w:tc>
          <w:tcPr>
            <w:tcW w:type="dxa" w:w="1439"/>
          </w:tcPr>
          <w:p>
            <w:pPr>
              <w:spacing w:after="20" w:before="20"/>
            </w:pPr>
            <w:r/>
            <w:r>
              <w:rPr>
                <w:rFonts w:ascii="Times New Roman" w:hAnsi="Times New Roman" w:eastAsia="宋体"/>
                <w:b w:val="0"/>
                <w:sz w:val="21"/>
              </w:rPr>
              <w:t>化工与制药学院</w:t>
            </w:r>
          </w:p>
        </w:tc>
        <w:tc>
          <w:tcPr>
            <w:tcW w:type="dxa" w:w="1439"/>
          </w:tcPr>
          <w:p>
            <w:pPr>
              <w:spacing w:after="20" w:before="20"/>
            </w:pPr>
            <w:r/>
            <w:r>
              <w:rPr>
                <w:rFonts w:ascii="Times New Roman" w:hAnsi="Times New Roman" w:eastAsia="宋体"/>
                <w:b w:val="0"/>
                <w:sz w:val="21"/>
              </w:rPr>
              <w:t>袁琪</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2201130102</w:t>
            </w:r>
          </w:p>
        </w:tc>
        <w:tc>
          <w:tcPr>
            <w:tcW w:type="dxa" w:w="1439"/>
          </w:tcPr>
          <w:p>
            <w:pPr>
              <w:spacing w:after="20" w:before="20"/>
            </w:pPr>
            <w:r/>
            <w:r>
              <w:rPr>
                <w:rFonts w:ascii="Times New Roman" w:hAnsi="Times New Roman" w:eastAsia="宋体"/>
                <w:b w:val="0"/>
                <w:sz w:val="21"/>
              </w:rPr>
              <w:t>制药工程</w:t>
            </w:r>
          </w:p>
        </w:tc>
      </w:tr>
      <w:tr>
        <w:tc>
          <w:tcPr>
            <w:tcW w:type="dxa" w:w="1439"/>
          </w:tcPr>
          <w:p>
            <w:pPr>
              <w:spacing w:after="20" w:before="20"/>
            </w:pPr>
            <w:r/>
            <w:r>
              <w:rPr>
                <w:rFonts w:ascii="Times New Roman" w:hAnsi="Times New Roman" w:eastAsia="宋体"/>
                <w:b w:val="0"/>
                <w:sz w:val="21"/>
              </w:rPr>
              <w:t>27</w:t>
            </w:r>
          </w:p>
        </w:tc>
        <w:tc>
          <w:tcPr>
            <w:tcW w:type="dxa" w:w="1439"/>
          </w:tcPr>
          <w:p>
            <w:pPr>
              <w:spacing w:after="20" w:before="20"/>
            </w:pPr>
            <w:r/>
            <w:r>
              <w:rPr>
                <w:rFonts w:ascii="Times New Roman" w:hAnsi="Times New Roman" w:eastAsia="宋体"/>
                <w:b w:val="0"/>
                <w:sz w:val="21"/>
              </w:rPr>
              <w:t>化工与制药学院</w:t>
            </w:r>
          </w:p>
        </w:tc>
        <w:tc>
          <w:tcPr>
            <w:tcW w:type="dxa" w:w="1439"/>
          </w:tcPr>
          <w:p>
            <w:pPr>
              <w:spacing w:after="20" w:before="20"/>
            </w:pPr>
            <w:r/>
            <w:r>
              <w:rPr>
                <w:rFonts w:ascii="Times New Roman" w:hAnsi="Times New Roman" w:eastAsia="宋体"/>
                <w:b w:val="0"/>
                <w:sz w:val="21"/>
              </w:rPr>
              <w:t>胡方妮</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2201130227</w:t>
            </w:r>
          </w:p>
        </w:tc>
        <w:tc>
          <w:tcPr>
            <w:tcW w:type="dxa" w:w="1439"/>
          </w:tcPr>
          <w:p>
            <w:pPr>
              <w:spacing w:after="20" w:before="20"/>
            </w:pPr>
            <w:r/>
            <w:r>
              <w:rPr>
                <w:rFonts w:ascii="Times New Roman" w:hAnsi="Times New Roman" w:eastAsia="宋体"/>
                <w:b w:val="0"/>
                <w:sz w:val="21"/>
              </w:rPr>
              <w:t>制药工程</w:t>
            </w:r>
          </w:p>
        </w:tc>
      </w:tr>
      <w:tr>
        <w:tc>
          <w:tcPr>
            <w:tcW w:type="dxa" w:w="1439"/>
          </w:tcPr>
          <w:p>
            <w:pPr>
              <w:spacing w:after="20" w:before="20"/>
            </w:pPr>
            <w:r/>
            <w:r>
              <w:rPr>
                <w:rFonts w:ascii="Times New Roman" w:hAnsi="Times New Roman" w:eastAsia="宋体"/>
                <w:b w:val="0"/>
                <w:sz w:val="21"/>
              </w:rPr>
              <w:t>28</w:t>
            </w:r>
          </w:p>
        </w:tc>
        <w:tc>
          <w:tcPr>
            <w:tcW w:type="dxa" w:w="1439"/>
          </w:tcPr>
          <w:p>
            <w:pPr>
              <w:spacing w:after="20" w:before="20"/>
            </w:pPr>
            <w:r/>
            <w:r>
              <w:rPr>
                <w:rFonts w:ascii="Times New Roman" w:hAnsi="Times New Roman" w:eastAsia="宋体"/>
                <w:b w:val="0"/>
                <w:sz w:val="21"/>
              </w:rPr>
              <w:t>化工与制药学院</w:t>
            </w:r>
          </w:p>
        </w:tc>
        <w:tc>
          <w:tcPr>
            <w:tcW w:type="dxa" w:w="1439"/>
          </w:tcPr>
          <w:p>
            <w:pPr>
              <w:spacing w:after="20" w:before="20"/>
            </w:pPr>
            <w:r/>
            <w:r>
              <w:rPr>
                <w:rFonts w:ascii="Times New Roman" w:hAnsi="Times New Roman" w:eastAsia="宋体"/>
                <w:b w:val="0"/>
                <w:sz w:val="21"/>
              </w:rPr>
              <w:t>尚永飞</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2201020408</w:t>
            </w:r>
          </w:p>
        </w:tc>
        <w:tc>
          <w:tcPr>
            <w:tcW w:type="dxa" w:w="1439"/>
          </w:tcPr>
          <w:p>
            <w:pPr>
              <w:spacing w:after="20" w:before="20"/>
            </w:pPr>
            <w:r/>
            <w:r>
              <w:rPr>
                <w:rFonts w:ascii="Times New Roman" w:hAnsi="Times New Roman" w:eastAsia="宋体"/>
                <w:b w:val="0"/>
                <w:sz w:val="21"/>
              </w:rPr>
              <w:t>化学工程与工艺</w:t>
            </w:r>
          </w:p>
        </w:tc>
      </w:tr>
      <w:tr>
        <w:tc>
          <w:tcPr>
            <w:tcW w:type="dxa" w:w="1439"/>
          </w:tcPr>
          <w:p>
            <w:pPr>
              <w:spacing w:after="20" w:before="20"/>
            </w:pPr>
            <w:r/>
            <w:r>
              <w:rPr>
                <w:rFonts w:ascii="Times New Roman" w:hAnsi="Times New Roman" w:eastAsia="宋体"/>
                <w:b w:val="0"/>
                <w:sz w:val="21"/>
              </w:rPr>
              <w:t>29</w:t>
            </w:r>
          </w:p>
        </w:tc>
        <w:tc>
          <w:tcPr>
            <w:tcW w:type="dxa" w:w="1439"/>
          </w:tcPr>
          <w:p>
            <w:pPr>
              <w:spacing w:after="20" w:before="20"/>
            </w:pPr>
            <w:r/>
            <w:r>
              <w:rPr>
                <w:rFonts w:ascii="Times New Roman" w:hAnsi="Times New Roman" w:eastAsia="宋体"/>
                <w:b w:val="0"/>
                <w:sz w:val="21"/>
              </w:rPr>
              <w:t>化工与制药学院</w:t>
            </w:r>
          </w:p>
        </w:tc>
        <w:tc>
          <w:tcPr>
            <w:tcW w:type="dxa" w:w="1439"/>
          </w:tcPr>
          <w:p>
            <w:pPr>
              <w:spacing w:after="20" w:before="20"/>
            </w:pPr>
            <w:r/>
            <w:r>
              <w:rPr>
                <w:rFonts w:ascii="Times New Roman" w:hAnsi="Times New Roman" w:eastAsia="宋体"/>
                <w:b w:val="0"/>
                <w:sz w:val="21"/>
              </w:rPr>
              <w:t>伍玥如</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2201260125</w:t>
            </w:r>
          </w:p>
        </w:tc>
        <w:tc>
          <w:tcPr>
            <w:tcW w:type="dxa" w:w="1439"/>
          </w:tcPr>
          <w:p>
            <w:pPr>
              <w:spacing w:after="20" w:before="20"/>
            </w:pPr>
            <w:r/>
            <w:r>
              <w:rPr>
                <w:rFonts w:ascii="Times New Roman" w:hAnsi="Times New Roman" w:eastAsia="宋体"/>
                <w:b w:val="0"/>
                <w:sz w:val="21"/>
              </w:rPr>
              <w:t>化学工程与工艺</w:t>
            </w:r>
          </w:p>
        </w:tc>
      </w:tr>
      <w:tr>
        <w:tc>
          <w:tcPr>
            <w:tcW w:type="dxa" w:w="1439"/>
          </w:tcPr>
          <w:p>
            <w:pPr>
              <w:spacing w:after="20" w:before="20"/>
            </w:pPr>
            <w:r/>
            <w:r>
              <w:rPr>
                <w:rFonts w:ascii="Times New Roman" w:hAnsi="Times New Roman" w:eastAsia="宋体"/>
                <w:b w:val="0"/>
                <w:sz w:val="21"/>
              </w:rPr>
              <w:t>30</w:t>
            </w:r>
          </w:p>
        </w:tc>
        <w:tc>
          <w:tcPr>
            <w:tcW w:type="dxa" w:w="1439"/>
          </w:tcPr>
          <w:p>
            <w:pPr>
              <w:spacing w:after="20" w:before="20"/>
            </w:pPr>
            <w:r/>
            <w:r>
              <w:rPr>
                <w:rFonts w:ascii="Times New Roman" w:hAnsi="Times New Roman" w:eastAsia="宋体"/>
                <w:b w:val="0"/>
                <w:sz w:val="21"/>
              </w:rPr>
              <w:t>化工与制药学院</w:t>
            </w:r>
          </w:p>
        </w:tc>
        <w:tc>
          <w:tcPr>
            <w:tcW w:type="dxa" w:w="1439"/>
          </w:tcPr>
          <w:p>
            <w:pPr>
              <w:spacing w:after="20" w:before="20"/>
            </w:pPr>
            <w:r/>
            <w:r>
              <w:rPr>
                <w:rFonts w:ascii="Times New Roman" w:hAnsi="Times New Roman" w:eastAsia="宋体"/>
                <w:b w:val="0"/>
                <w:sz w:val="21"/>
              </w:rPr>
              <w:t>陈宏</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2201020113</w:t>
            </w:r>
          </w:p>
        </w:tc>
        <w:tc>
          <w:tcPr>
            <w:tcW w:type="dxa" w:w="1439"/>
          </w:tcPr>
          <w:p>
            <w:pPr>
              <w:spacing w:after="20" w:before="20"/>
            </w:pPr>
            <w:r/>
            <w:r>
              <w:rPr>
                <w:rFonts w:ascii="Times New Roman" w:hAnsi="Times New Roman" w:eastAsia="宋体"/>
                <w:b w:val="0"/>
                <w:sz w:val="21"/>
              </w:rPr>
              <w:t>化学工程与工艺</w:t>
            </w:r>
          </w:p>
        </w:tc>
      </w:tr>
      <w:tr>
        <w:tc>
          <w:tcPr>
            <w:tcW w:type="dxa" w:w="1439"/>
          </w:tcPr>
          <w:p>
            <w:pPr>
              <w:spacing w:after="20" w:before="20"/>
            </w:pPr>
            <w:r/>
            <w:r>
              <w:rPr>
                <w:rFonts w:ascii="Times New Roman" w:hAnsi="Times New Roman" w:eastAsia="宋体"/>
                <w:b w:val="0"/>
                <w:sz w:val="21"/>
              </w:rPr>
              <w:t>31</w:t>
            </w:r>
          </w:p>
        </w:tc>
        <w:tc>
          <w:tcPr>
            <w:tcW w:type="dxa" w:w="1439"/>
          </w:tcPr>
          <w:p>
            <w:pPr>
              <w:spacing w:after="20" w:before="20"/>
            </w:pPr>
            <w:r/>
            <w:r>
              <w:rPr>
                <w:rFonts w:ascii="Times New Roman" w:hAnsi="Times New Roman" w:eastAsia="宋体"/>
                <w:b w:val="0"/>
                <w:sz w:val="21"/>
              </w:rPr>
              <w:t>化工与制药学院</w:t>
            </w:r>
          </w:p>
        </w:tc>
        <w:tc>
          <w:tcPr>
            <w:tcW w:type="dxa" w:w="1439"/>
          </w:tcPr>
          <w:p>
            <w:pPr>
              <w:spacing w:after="20" w:before="20"/>
            </w:pPr>
            <w:r/>
            <w:r>
              <w:rPr>
                <w:rFonts w:ascii="Times New Roman" w:hAnsi="Times New Roman" w:eastAsia="宋体"/>
                <w:b w:val="0"/>
                <w:sz w:val="21"/>
              </w:rPr>
              <w:t>刘佳仪</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2201130328</w:t>
            </w:r>
          </w:p>
        </w:tc>
        <w:tc>
          <w:tcPr>
            <w:tcW w:type="dxa" w:w="1439"/>
          </w:tcPr>
          <w:p>
            <w:pPr>
              <w:spacing w:after="20" w:before="20"/>
            </w:pPr>
            <w:r/>
            <w:r>
              <w:rPr>
                <w:rFonts w:ascii="Times New Roman" w:hAnsi="Times New Roman" w:eastAsia="宋体"/>
                <w:b w:val="0"/>
                <w:sz w:val="21"/>
              </w:rPr>
              <w:t>制药工程</w:t>
            </w:r>
          </w:p>
        </w:tc>
      </w:tr>
      <w:tr>
        <w:tc>
          <w:tcPr>
            <w:tcW w:type="dxa" w:w="1439"/>
          </w:tcPr>
          <w:p>
            <w:pPr>
              <w:spacing w:after="20" w:before="20"/>
            </w:pPr>
            <w:r/>
            <w:r>
              <w:rPr>
                <w:rFonts w:ascii="Times New Roman" w:hAnsi="Times New Roman" w:eastAsia="宋体"/>
                <w:b w:val="0"/>
                <w:sz w:val="21"/>
              </w:rPr>
              <w:t>32</w:t>
            </w:r>
          </w:p>
        </w:tc>
        <w:tc>
          <w:tcPr>
            <w:tcW w:type="dxa" w:w="1439"/>
          </w:tcPr>
          <w:p>
            <w:pPr>
              <w:spacing w:after="20" w:before="20"/>
            </w:pPr>
            <w:r/>
            <w:r>
              <w:rPr>
                <w:rFonts w:ascii="Times New Roman" w:hAnsi="Times New Roman" w:eastAsia="宋体"/>
                <w:b w:val="0"/>
                <w:sz w:val="21"/>
              </w:rPr>
              <w:t>机电工程学院</w:t>
            </w:r>
          </w:p>
        </w:tc>
        <w:tc>
          <w:tcPr>
            <w:tcW w:type="dxa" w:w="1439"/>
          </w:tcPr>
          <w:p>
            <w:pPr>
              <w:spacing w:after="20" w:before="20"/>
            </w:pPr>
            <w:r/>
            <w:r>
              <w:rPr>
                <w:rFonts w:ascii="Times New Roman" w:hAnsi="Times New Roman" w:eastAsia="宋体"/>
                <w:b w:val="0"/>
                <w:sz w:val="21"/>
              </w:rPr>
              <w:t>宋聪</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2202020402</w:t>
            </w:r>
          </w:p>
        </w:tc>
        <w:tc>
          <w:tcPr>
            <w:tcW w:type="dxa" w:w="1439"/>
          </w:tcPr>
          <w:p>
            <w:pPr>
              <w:spacing w:after="20" w:before="20"/>
            </w:pPr>
            <w:r/>
            <w:r>
              <w:rPr>
                <w:rFonts w:ascii="Times New Roman" w:hAnsi="Times New Roman" w:eastAsia="宋体"/>
                <w:b w:val="0"/>
                <w:sz w:val="21"/>
              </w:rPr>
              <w:t>过程装备与控制工程</w:t>
            </w:r>
          </w:p>
        </w:tc>
      </w:tr>
      <w:tr>
        <w:tc>
          <w:tcPr>
            <w:tcW w:type="dxa" w:w="1439"/>
          </w:tcPr>
          <w:p>
            <w:pPr>
              <w:spacing w:after="20" w:before="20"/>
            </w:pPr>
            <w:r/>
            <w:r>
              <w:rPr>
                <w:rFonts w:ascii="Times New Roman" w:hAnsi="Times New Roman" w:eastAsia="宋体"/>
                <w:b w:val="0"/>
                <w:sz w:val="21"/>
              </w:rPr>
              <w:t>33</w:t>
            </w:r>
          </w:p>
        </w:tc>
        <w:tc>
          <w:tcPr>
            <w:tcW w:type="dxa" w:w="1439"/>
          </w:tcPr>
          <w:p>
            <w:pPr>
              <w:spacing w:after="20" w:before="20"/>
            </w:pPr>
            <w:r/>
            <w:r>
              <w:rPr>
                <w:rFonts w:ascii="Times New Roman" w:hAnsi="Times New Roman" w:eastAsia="宋体"/>
                <w:b w:val="0"/>
                <w:sz w:val="21"/>
              </w:rPr>
              <w:t>机电工程学院</w:t>
            </w:r>
          </w:p>
        </w:tc>
        <w:tc>
          <w:tcPr>
            <w:tcW w:type="dxa" w:w="1439"/>
          </w:tcPr>
          <w:p>
            <w:pPr>
              <w:spacing w:after="20" w:before="20"/>
            </w:pPr>
            <w:r/>
            <w:r>
              <w:rPr>
                <w:rFonts w:ascii="Times New Roman" w:hAnsi="Times New Roman" w:eastAsia="宋体"/>
                <w:b w:val="0"/>
                <w:sz w:val="21"/>
              </w:rPr>
              <w:t>赵中泽</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2202150206</w:t>
            </w:r>
          </w:p>
        </w:tc>
        <w:tc>
          <w:tcPr>
            <w:tcW w:type="dxa" w:w="1439"/>
          </w:tcPr>
          <w:p>
            <w:pPr>
              <w:spacing w:after="20" w:before="20"/>
            </w:pPr>
            <w:r/>
            <w:r>
              <w:rPr>
                <w:rFonts w:ascii="Times New Roman" w:hAnsi="Times New Roman" w:eastAsia="宋体"/>
                <w:b w:val="0"/>
                <w:sz w:val="21"/>
              </w:rPr>
              <w:t>机械电子工程</w:t>
            </w:r>
          </w:p>
        </w:tc>
      </w:tr>
      <w:tr>
        <w:tc>
          <w:tcPr>
            <w:tcW w:type="dxa" w:w="1439"/>
          </w:tcPr>
          <w:p>
            <w:pPr>
              <w:spacing w:after="20" w:before="20"/>
            </w:pPr>
            <w:r/>
            <w:r>
              <w:rPr>
                <w:rFonts w:ascii="Times New Roman" w:hAnsi="Times New Roman" w:eastAsia="宋体"/>
                <w:b w:val="0"/>
                <w:sz w:val="21"/>
              </w:rPr>
              <w:t>34</w:t>
            </w:r>
          </w:p>
        </w:tc>
        <w:tc>
          <w:tcPr>
            <w:tcW w:type="dxa" w:w="1439"/>
          </w:tcPr>
          <w:p>
            <w:pPr>
              <w:spacing w:after="20" w:before="20"/>
            </w:pPr>
            <w:r/>
            <w:r>
              <w:rPr>
                <w:rFonts w:ascii="Times New Roman" w:hAnsi="Times New Roman" w:eastAsia="宋体"/>
                <w:b w:val="0"/>
                <w:sz w:val="21"/>
              </w:rPr>
              <w:t>机电工程学院</w:t>
            </w:r>
          </w:p>
        </w:tc>
        <w:tc>
          <w:tcPr>
            <w:tcW w:type="dxa" w:w="1439"/>
          </w:tcPr>
          <w:p>
            <w:pPr>
              <w:spacing w:after="20" w:before="20"/>
            </w:pPr>
            <w:r/>
            <w:r>
              <w:rPr>
                <w:rFonts w:ascii="Times New Roman" w:hAnsi="Times New Roman" w:eastAsia="宋体"/>
                <w:b w:val="0"/>
                <w:sz w:val="21"/>
              </w:rPr>
              <w:t>高晟涵</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2202230106</w:t>
            </w:r>
          </w:p>
        </w:tc>
        <w:tc>
          <w:tcPr>
            <w:tcW w:type="dxa" w:w="1439"/>
          </w:tcPr>
          <w:p>
            <w:pPr>
              <w:spacing w:after="20" w:before="20"/>
            </w:pPr>
            <w:r/>
            <w:r>
              <w:rPr>
                <w:rFonts w:ascii="Times New Roman" w:hAnsi="Times New Roman" w:eastAsia="宋体"/>
                <w:b w:val="0"/>
                <w:sz w:val="21"/>
              </w:rPr>
              <w:t>机器人工程</w:t>
            </w:r>
          </w:p>
        </w:tc>
      </w:tr>
      <w:tr>
        <w:tc>
          <w:tcPr>
            <w:tcW w:type="dxa" w:w="1439"/>
          </w:tcPr>
          <w:p>
            <w:pPr>
              <w:spacing w:after="20" w:before="20"/>
            </w:pPr>
            <w:r/>
            <w:r>
              <w:rPr>
                <w:rFonts w:ascii="Times New Roman" w:hAnsi="Times New Roman" w:eastAsia="宋体"/>
                <w:b w:val="0"/>
                <w:sz w:val="21"/>
              </w:rPr>
              <w:t>35</w:t>
            </w:r>
          </w:p>
        </w:tc>
        <w:tc>
          <w:tcPr>
            <w:tcW w:type="dxa" w:w="1439"/>
          </w:tcPr>
          <w:p>
            <w:pPr>
              <w:spacing w:after="20" w:before="20"/>
            </w:pPr>
            <w:r/>
            <w:r>
              <w:rPr>
                <w:rFonts w:ascii="Times New Roman" w:hAnsi="Times New Roman" w:eastAsia="宋体"/>
                <w:b w:val="0"/>
                <w:sz w:val="21"/>
              </w:rPr>
              <w:t>机电工程学院</w:t>
            </w:r>
          </w:p>
        </w:tc>
        <w:tc>
          <w:tcPr>
            <w:tcW w:type="dxa" w:w="1439"/>
          </w:tcPr>
          <w:p>
            <w:pPr>
              <w:spacing w:after="20" w:before="20"/>
            </w:pPr>
            <w:r/>
            <w:r>
              <w:rPr>
                <w:rFonts w:ascii="Times New Roman" w:hAnsi="Times New Roman" w:eastAsia="宋体"/>
                <w:b w:val="0"/>
                <w:sz w:val="21"/>
              </w:rPr>
              <w:t>王一祥</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2202050322</w:t>
            </w:r>
          </w:p>
        </w:tc>
        <w:tc>
          <w:tcPr>
            <w:tcW w:type="dxa" w:w="1439"/>
          </w:tcPr>
          <w:p>
            <w:pPr>
              <w:spacing w:after="20" w:before="20"/>
            </w:pPr>
            <w:r/>
            <w:r>
              <w:rPr>
                <w:rFonts w:ascii="Times New Roman" w:hAnsi="Times New Roman" w:eastAsia="宋体"/>
                <w:b w:val="0"/>
                <w:sz w:val="21"/>
              </w:rPr>
              <w:t>机械设计制造及其自动化</w:t>
            </w:r>
          </w:p>
        </w:tc>
      </w:tr>
      <w:tr>
        <w:tc>
          <w:tcPr>
            <w:tcW w:type="dxa" w:w="1439"/>
          </w:tcPr>
          <w:p>
            <w:pPr>
              <w:spacing w:after="20" w:before="20"/>
            </w:pPr>
            <w:r/>
            <w:r>
              <w:rPr>
                <w:rFonts w:ascii="Times New Roman" w:hAnsi="Times New Roman" w:eastAsia="宋体"/>
                <w:b w:val="0"/>
                <w:sz w:val="21"/>
              </w:rPr>
              <w:t>36</w:t>
            </w:r>
          </w:p>
        </w:tc>
        <w:tc>
          <w:tcPr>
            <w:tcW w:type="dxa" w:w="1439"/>
          </w:tcPr>
          <w:p>
            <w:pPr>
              <w:spacing w:after="20" w:before="20"/>
            </w:pPr>
            <w:r/>
            <w:r>
              <w:rPr>
                <w:rFonts w:ascii="Times New Roman" w:hAnsi="Times New Roman" w:eastAsia="宋体"/>
                <w:b w:val="0"/>
                <w:sz w:val="21"/>
              </w:rPr>
              <w:t>机电工程学院</w:t>
            </w:r>
          </w:p>
        </w:tc>
        <w:tc>
          <w:tcPr>
            <w:tcW w:type="dxa" w:w="1439"/>
          </w:tcPr>
          <w:p>
            <w:pPr>
              <w:spacing w:after="20" w:before="20"/>
            </w:pPr>
            <w:r/>
            <w:r>
              <w:rPr>
                <w:rFonts w:ascii="Times New Roman" w:hAnsi="Times New Roman" w:eastAsia="宋体"/>
                <w:b w:val="0"/>
                <w:sz w:val="21"/>
              </w:rPr>
              <w:t>喻柢森</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2202170207</w:t>
            </w:r>
          </w:p>
        </w:tc>
        <w:tc>
          <w:tcPr>
            <w:tcW w:type="dxa" w:w="1439"/>
          </w:tcPr>
          <w:p>
            <w:pPr>
              <w:spacing w:after="20" w:before="20"/>
            </w:pPr>
            <w:r/>
            <w:r>
              <w:rPr>
                <w:rFonts w:ascii="Times New Roman" w:hAnsi="Times New Roman" w:eastAsia="宋体"/>
                <w:b w:val="0"/>
                <w:sz w:val="21"/>
              </w:rPr>
              <w:t>机械工程</w:t>
            </w:r>
          </w:p>
        </w:tc>
      </w:tr>
      <w:tr>
        <w:tc>
          <w:tcPr>
            <w:tcW w:type="dxa" w:w="1439"/>
          </w:tcPr>
          <w:p>
            <w:pPr>
              <w:spacing w:after="20" w:before="20"/>
            </w:pPr>
            <w:r/>
            <w:r>
              <w:rPr>
                <w:rFonts w:ascii="Times New Roman" w:hAnsi="Times New Roman" w:eastAsia="宋体"/>
                <w:b w:val="0"/>
                <w:sz w:val="21"/>
              </w:rPr>
              <w:t>37</w:t>
            </w:r>
          </w:p>
        </w:tc>
        <w:tc>
          <w:tcPr>
            <w:tcW w:type="dxa" w:w="1439"/>
          </w:tcPr>
          <w:p>
            <w:pPr>
              <w:spacing w:after="20" w:before="20"/>
            </w:pPr>
            <w:r/>
            <w:r>
              <w:rPr>
                <w:rFonts w:ascii="Times New Roman" w:hAnsi="Times New Roman" w:eastAsia="宋体"/>
                <w:b w:val="0"/>
                <w:sz w:val="21"/>
              </w:rPr>
              <w:t>机电工程学院</w:t>
            </w:r>
          </w:p>
        </w:tc>
        <w:tc>
          <w:tcPr>
            <w:tcW w:type="dxa" w:w="1439"/>
          </w:tcPr>
          <w:p>
            <w:pPr>
              <w:spacing w:after="20" w:before="20"/>
            </w:pPr>
            <w:r/>
            <w:r>
              <w:rPr>
                <w:rFonts w:ascii="Times New Roman" w:hAnsi="Times New Roman" w:eastAsia="宋体"/>
                <w:b w:val="0"/>
                <w:sz w:val="21"/>
              </w:rPr>
              <w:t>赵子航</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2202110101</w:t>
            </w:r>
          </w:p>
        </w:tc>
        <w:tc>
          <w:tcPr>
            <w:tcW w:type="dxa" w:w="1439"/>
          </w:tcPr>
          <w:p>
            <w:pPr>
              <w:spacing w:after="20" w:before="20"/>
            </w:pPr>
            <w:r/>
            <w:r>
              <w:rPr>
                <w:rFonts w:ascii="Times New Roman" w:hAnsi="Times New Roman" w:eastAsia="宋体"/>
                <w:b w:val="0"/>
                <w:sz w:val="21"/>
              </w:rPr>
              <w:t>材料成型及控制工程</w:t>
            </w:r>
          </w:p>
        </w:tc>
      </w:tr>
      <w:tr>
        <w:tc>
          <w:tcPr>
            <w:tcW w:type="dxa" w:w="1439"/>
          </w:tcPr>
          <w:p>
            <w:pPr>
              <w:spacing w:after="20" w:before="20"/>
            </w:pPr>
            <w:r/>
            <w:r>
              <w:rPr>
                <w:rFonts w:ascii="Times New Roman" w:hAnsi="Times New Roman" w:eastAsia="宋体"/>
                <w:b w:val="0"/>
                <w:sz w:val="21"/>
              </w:rPr>
              <w:t>38</w:t>
            </w:r>
          </w:p>
        </w:tc>
        <w:tc>
          <w:tcPr>
            <w:tcW w:type="dxa" w:w="1439"/>
          </w:tcPr>
          <w:p>
            <w:pPr>
              <w:spacing w:after="20" w:before="20"/>
            </w:pPr>
            <w:r/>
            <w:r>
              <w:rPr>
                <w:rFonts w:ascii="Times New Roman" w:hAnsi="Times New Roman" w:eastAsia="宋体"/>
                <w:b w:val="0"/>
                <w:sz w:val="21"/>
              </w:rPr>
              <w:t>机电工程学院</w:t>
            </w:r>
          </w:p>
        </w:tc>
        <w:tc>
          <w:tcPr>
            <w:tcW w:type="dxa" w:w="1439"/>
          </w:tcPr>
          <w:p>
            <w:pPr>
              <w:spacing w:after="20" w:before="20"/>
            </w:pPr>
            <w:r/>
            <w:r>
              <w:rPr>
                <w:rFonts w:ascii="Times New Roman" w:hAnsi="Times New Roman" w:eastAsia="宋体"/>
                <w:b w:val="0"/>
                <w:sz w:val="21"/>
              </w:rPr>
              <w:t>梁一铭</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2202020311</w:t>
            </w:r>
          </w:p>
        </w:tc>
        <w:tc>
          <w:tcPr>
            <w:tcW w:type="dxa" w:w="1439"/>
          </w:tcPr>
          <w:p>
            <w:pPr>
              <w:spacing w:after="20" w:before="20"/>
            </w:pPr>
            <w:r/>
            <w:r>
              <w:rPr>
                <w:rFonts w:ascii="Times New Roman" w:hAnsi="Times New Roman" w:eastAsia="宋体"/>
                <w:b w:val="0"/>
                <w:sz w:val="21"/>
              </w:rPr>
              <w:t>过程装备与控制工程</w:t>
            </w:r>
          </w:p>
        </w:tc>
      </w:tr>
      <w:tr>
        <w:tc>
          <w:tcPr>
            <w:tcW w:type="dxa" w:w="1439"/>
          </w:tcPr>
          <w:p>
            <w:pPr>
              <w:spacing w:after="20" w:before="20"/>
            </w:pPr>
            <w:r/>
            <w:r>
              <w:rPr>
                <w:rFonts w:ascii="Times New Roman" w:hAnsi="Times New Roman" w:eastAsia="宋体"/>
                <w:b w:val="0"/>
                <w:sz w:val="21"/>
              </w:rPr>
              <w:t>39</w:t>
            </w:r>
          </w:p>
        </w:tc>
        <w:tc>
          <w:tcPr>
            <w:tcW w:type="dxa" w:w="1439"/>
          </w:tcPr>
          <w:p>
            <w:pPr>
              <w:spacing w:after="20" w:before="20"/>
            </w:pPr>
            <w:r/>
            <w:r>
              <w:rPr>
                <w:rFonts w:ascii="Times New Roman" w:hAnsi="Times New Roman" w:eastAsia="宋体"/>
                <w:b w:val="0"/>
                <w:sz w:val="21"/>
              </w:rPr>
              <w:t>机电工程学院</w:t>
            </w:r>
          </w:p>
        </w:tc>
        <w:tc>
          <w:tcPr>
            <w:tcW w:type="dxa" w:w="1439"/>
          </w:tcPr>
          <w:p>
            <w:pPr>
              <w:spacing w:after="20" w:before="20"/>
            </w:pPr>
            <w:r/>
            <w:r>
              <w:rPr>
                <w:rFonts w:ascii="Times New Roman" w:hAnsi="Times New Roman" w:eastAsia="宋体"/>
                <w:b w:val="0"/>
                <w:sz w:val="21"/>
              </w:rPr>
              <w:t>吴冕之</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2202020308</w:t>
            </w:r>
          </w:p>
        </w:tc>
        <w:tc>
          <w:tcPr>
            <w:tcW w:type="dxa" w:w="1439"/>
          </w:tcPr>
          <w:p>
            <w:pPr>
              <w:spacing w:after="20" w:before="20"/>
            </w:pPr>
            <w:r/>
            <w:r>
              <w:rPr>
                <w:rFonts w:ascii="Times New Roman" w:hAnsi="Times New Roman" w:eastAsia="宋体"/>
                <w:b w:val="0"/>
                <w:sz w:val="21"/>
              </w:rPr>
              <w:t>过程装备与控制工程</w:t>
            </w:r>
          </w:p>
        </w:tc>
      </w:tr>
      <w:tr>
        <w:tc>
          <w:tcPr>
            <w:tcW w:type="dxa" w:w="1439"/>
          </w:tcPr>
          <w:p>
            <w:pPr>
              <w:spacing w:after="20" w:before="20"/>
            </w:pPr>
            <w:r/>
            <w:r>
              <w:rPr>
                <w:rFonts w:ascii="Times New Roman" w:hAnsi="Times New Roman" w:eastAsia="宋体"/>
                <w:b w:val="0"/>
                <w:sz w:val="21"/>
              </w:rPr>
              <w:t>40</w:t>
            </w:r>
          </w:p>
        </w:tc>
        <w:tc>
          <w:tcPr>
            <w:tcW w:type="dxa" w:w="1439"/>
          </w:tcPr>
          <w:p>
            <w:pPr>
              <w:spacing w:after="20" w:before="20"/>
            </w:pPr>
            <w:r/>
            <w:r>
              <w:rPr>
                <w:rFonts w:ascii="Times New Roman" w:hAnsi="Times New Roman" w:eastAsia="宋体"/>
                <w:b w:val="0"/>
                <w:sz w:val="21"/>
              </w:rPr>
              <w:t>机电工程学院</w:t>
            </w:r>
          </w:p>
        </w:tc>
        <w:tc>
          <w:tcPr>
            <w:tcW w:type="dxa" w:w="1439"/>
          </w:tcPr>
          <w:p>
            <w:pPr>
              <w:spacing w:after="20" w:before="20"/>
            </w:pPr>
            <w:r/>
            <w:r>
              <w:rPr>
                <w:rFonts w:ascii="Times New Roman" w:hAnsi="Times New Roman" w:eastAsia="宋体"/>
                <w:b w:val="0"/>
                <w:sz w:val="21"/>
              </w:rPr>
              <w:t>陶锦哲</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2202020518</w:t>
            </w:r>
          </w:p>
        </w:tc>
        <w:tc>
          <w:tcPr>
            <w:tcW w:type="dxa" w:w="1439"/>
          </w:tcPr>
          <w:p>
            <w:pPr>
              <w:spacing w:after="20" w:before="20"/>
            </w:pPr>
            <w:r/>
            <w:r>
              <w:rPr>
                <w:rFonts w:ascii="Times New Roman" w:hAnsi="Times New Roman" w:eastAsia="宋体"/>
                <w:b w:val="0"/>
                <w:sz w:val="21"/>
              </w:rPr>
              <w:t>过程装备与控制工程</w:t>
            </w:r>
          </w:p>
        </w:tc>
      </w:tr>
      <w:tr>
        <w:tc>
          <w:tcPr>
            <w:tcW w:type="dxa" w:w="1439"/>
          </w:tcPr>
          <w:p>
            <w:pPr>
              <w:spacing w:after="20" w:before="20"/>
            </w:pPr>
            <w:r/>
            <w:r>
              <w:rPr>
                <w:rFonts w:ascii="Times New Roman" w:hAnsi="Times New Roman" w:eastAsia="宋体"/>
                <w:b w:val="0"/>
                <w:sz w:val="21"/>
              </w:rPr>
              <w:t>41</w:t>
            </w:r>
          </w:p>
        </w:tc>
        <w:tc>
          <w:tcPr>
            <w:tcW w:type="dxa" w:w="1439"/>
          </w:tcPr>
          <w:p>
            <w:pPr>
              <w:spacing w:after="20" w:before="20"/>
            </w:pPr>
            <w:r/>
            <w:r>
              <w:rPr>
                <w:rFonts w:ascii="Times New Roman" w:hAnsi="Times New Roman" w:eastAsia="宋体"/>
                <w:b w:val="0"/>
                <w:sz w:val="21"/>
              </w:rPr>
              <w:t>机电工程学院</w:t>
            </w:r>
          </w:p>
        </w:tc>
        <w:tc>
          <w:tcPr>
            <w:tcW w:type="dxa" w:w="1439"/>
          </w:tcPr>
          <w:p>
            <w:pPr>
              <w:spacing w:after="20" w:before="20"/>
            </w:pPr>
            <w:r/>
            <w:r>
              <w:rPr>
                <w:rFonts w:ascii="Times New Roman" w:hAnsi="Times New Roman" w:eastAsia="宋体"/>
                <w:b w:val="0"/>
                <w:sz w:val="21"/>
              </w:rPr>
              <w:t>秦子怡</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2202020515</w:t>
            </w:r>
          </w:p>
        </w:tc>
        <w:tc>
          <w:tcPr>
            <w:tcW w:type="dxa" w:w="1439"/>
          </w:tcPr>
          <w:p>
            <w:pPr>
              <w:spacing w:after="20" w:before="20"/>
            </w:pPr>
            <w:r/>
            <w:r>
              <w:rPr>
                <w:rFonts w:ascii="Times New Roman" w:hAnsi="Times New Roman" w:eastAsia="宋体"/>
                <w:b w:val="0"/>
                <w:sz w:val="21"/>
              </w:rPr>
              <w:t>过程装备与控制工程</w:t>
            </w:r>
          </w:p>
        </w:tc>
      </w:tr>
      <w:tr>
        <w:tc>
          <w:tcPr>
            <w:tcW w:type="dxa" w:w="1439"/>
          </w:tcPr>
          <w:p>
            <w:pPr>
              <w:spacing w:after="20" w:before="20"/>
            </w:pPr>
            <w:r/>
            <w:r>
              <w:rPr>
                <w:rFonts w:ascii="Times New Roman" w:hAnsi="Times New Roman" w:eastAsia="宋体"/>
                <w:b w:val="0"/>
                <w:sz w:val="21"/>
              </w:rPr>
              <w:t>42</w:t>
            </w:r>
          </w:p>
        </w:tc>
        <w:tc>
          <w:tcPr>
            <w:tcW w:type="dxa" w:w="1439"/>
          </w:tcPr>
          <w:p>
            <w:pPr>
              <w:spacing w:after="20" w:before="20"/>
            </w:pPr>
            <w:r/>
            <w:r>
              <w:rPr>
                <w:rFonts w:ascii="Times New Roman" w:hAnsi="Times New Roman" w:eastAsia="宋体"/>
                <w:b w:val="0"/>
                <w:sz w:val="21"/>
              </w:rPr>
              <w:t>机电工程学院</w:t>
            </w:r>
          </w:p>
        </w:tc>
        <w:tc>
          <w:tcPr>
            <w:tcW w:type="dxa" w:w="1439"/>
          </w:tcPr>
          <w:p>
            <w:pPr>
              <w:spacing w:after="20" w:before="20"/>
            </w:pPr>
            <w:r/>
            <w:r>
              <w:rPr>
                <w:rFonts w:ascii="Times New Roman" w:hAnsi="Times New Roman" w:eastAsia="宋体"/>
                <w:b w:val="0"/>
                <w:sz w:val="21"/>
              </w:rPr>
              <w:t>周通</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2202020307</w:t>
            </w:r>
          </w:p>
        </w:tc>
        <w:tc>
          <w:tcPr>
            <w:tcW w:type="dxa" w:w="1439"/>
          </w:tcPr>
          <w:p>
            <w:pPr>
              <w:spacing w:after="20" w:before="20"/>
            </w:pPr>
            <w:r/>
            <w:r>
              <w:rPr>
                <w:rFonts w:ascii="Times New Roman" w:hAnsi="Times New Roman" w:eastAsia="宋体"/>
                <w:b w:val="0"/>
                <w:sz w:val="21"/>
              </w:rPr>
              <w:t>过程装备与控制工程</w:t>
            </w:r>
          </w:p>
        </w:tc>
      </w:tr>
      <w:tr>
        <w:tc>
          <w:tcPr>
            <w:tcW w:type="dxa" w:w="1439"/>
          </w:tcPr>
          <w:p>
            <w:pPr>
              <w:spacing w:after="20" w:before="20"/>
            </w:pPr>
            <w:r/>
            <w:r>
              <w:rPr>
                <w:rFonts w:ascii="Times New Roman" w:hAnsi="Times New Roman" w:eastAsia="宋体"/>
                <w:b w:val="0"/>
                <w:sz w:val="21"/>
              </w:rPr>
              <w:t>43</w:t>
            </w:r>
          </w:p>
        </w:tc>
        <w:tc>
          <w:tcPr>
            <w:tcW w:type="dxa" w:w="1439"/>
          </w:tcPr>
          <w:p>
            <w:pPr>
              <w:spacing w:after="20" w:before="20"/>
            </w:pPr>
            <w:r/>
            <w:r>
              <w:rPr>
                <w:rFonts w:ascii="Times New Roman" w:hAnsi="Times New Roman" w:eastAsia="宋体"/>
                <w:b w:val="0"/>
                <w:sz w:val="21"/>
              </w:rPr>
              <w:t>机电工程学院</w:t>
            </w:r>
          </w:p>
        </w:tc>
        <w:tc>
          <w:tcPr>
            <w:tcW w:type="dxa" w:w="1439"/>
          </w:tcPr>
          <w:p>
            <w:pPr>
              <w:spacing w:after="20" w:before="20"/>
            </w:pPr>
            <w:r/>
            <w:r>
              <w:rPr>
                <w:rFonts w:ascii="Times New Roman" w:hAnsi="Times New Roman" w:eastAsia="宋体"/>
                <w:b w:val="0"/>
                <w:sz w:val="21"/>
              </w:rPr>
              <w:t>吴煌蓥</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2202020526</w:t>
            </w:r>
          </w:p>
        </w:tc>
        <w:tc>
          <w:tcPr>
            <w:tcW w:type="dxa" w:w="1439"/>
          </w:tcPr>
          <w:p>
            <w:pPr>
              <w:spacing w:after="20" w:before="20"/>
            </w:pPr>
            <w:r/>
            <w:r>
              <w:rPr>
                <w:rFonts w:ascii="Times New Roman" w:hAnsi="Times New Roman" w:eastAsia="宋体"/>
                <w:b w:val="0"/>
                <w:sz w:val="21"/>
              </w:rPr>
              <w:t>过程装备与控制工程</w:t>
            </w:r>
          </w:p>
        </w:tc>
      </w:tr>
      <w:tr>
        <w:tc>
          <w:tcPr>
            <w:tcW w:type="dxa" w:w="1439"/>
          </w:tcPr>
          <w:p>
            <w:pPr>
              <w:spacing w:after="20" w:before="20"/>
            </w:pPr>
            <w:r/>
            <w:r>
              <w:rPr>
                <w:rFonts w:ascii="Times New Roman" w:hAnsi="Times New Roman" w:eastAsia="宋体"/>
                <w:b w:val="0"/>
                <w:sz w:val="21"/>
              </w:rPr>
              <w:t>44</w:t>
            </w:r>
          </w:p>
        </w:tc>
        <w:tc>
          <w:tcPr>
            <w:tcW w:type="dxa" w:w="1439"/>
          </w:tcPr>
          <w:p>
            <w:pPr>
              <w:spacing w:after="20" w:before="20"/>
            </w:pPr>
            <w:r/>
            <w:r>
              <w:rPr>
                <w:rFonts w:ascii="Times New Roman" w:hAnsi="Times New Roman" w:eastAsia="宋体"/>
                <w:b w:val="0"/>
                <w:sz w:val="21"/>
              </w:rPr>
              <w:t>机电工程学院</w:t>
            </w:r>
          </w:p>
        </w:tc>
        <w:tc>
          <w:tcPr>
            <w:tcW w:type="dxa" w:w="1439"/>
          </w:tcPr>
          <w:p>
            <w:pPr>
              <w:spacing w:after="20" w:before="20"/>
            </w:pPr>
            <w:r/>
            <w:r>
              <w:rPr>
                <w:rFonts w:ascii="Times New Roman" w:hAnsi="Times New Roman" w:eastAsia="宋体"/>
                <w:b w:val="0"/>
                <w:sz w:val="21"/>
              </w:rPr>
              <w:t>刘文静</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2202020401</w:t>
            </w:r>
          </w:p>
        </w:tc>
        <w:tc>
          <w:tcPr>
            <w:tcW w:type="dxa" w:w="1439"/>
          </w:tcPr>
          <w:p>
            <w:pPr>
              <w:spacing w:after="20" w:before="20"/>
            </w:pPr>
            <w:r/>
            <w:r>
              <w:rPr>
                <w:rFonts w:ascii="Times New Roman" w:hAnsi="Times New Roman" w:eastAsia="宋体"/>
                <w:b w:val="0"/>
                <w:sz w:val="21"/>
              </w:rPr>
              <w:t>过程装备与控制工程</w:t>
            </w:r>
          </w:p>
        </w:tc>
      </w:tr>
      <w:tr>
        <w:tc>
          <w:tcPr>
            <w:tcW w:type="dxa" w:w="1439"/>
          </w:tcPr>
          <w:p>
            <w:pPr>
              <w:spacing w:after="20" w:before="20"/>
            </w:pPr>
            <w:r/>
            <w:r>
              <w:rPr>
                <w:rFonts w:ascii="Times New Roman" w:hAnsi="Times New Roman" w:eastAsia="宋体"/>
                <w:b w:val="0"/>
                <w:sz w:val="21"/>
              </w:rPr>
              <w:t>45</w:t>
            </w:r>
          </w:p>
        </w:tc>
        <w:tc>
          <w:tcPr>
            <w:tcW w:type="dxa" w:w="1439"/>
          </w:tcPr>
          <w:p>
            <w:pPr>
              <w:spacing w:after="20" w:before="20"/>
            </w:pPr>
            <w:r/>
            <w:r>
              <w:rPr>
                <w:rFonts w:ascii="Times New Roman" w:hAnsi="Times New Roman" w:eastAsia="宋体"/>
                <w:b w:val="0"/>
                <w:sz w:val="21"/>
              </w:rPr>
              <w:t>机电工程学院</w:t>
            </w:r>
          </w:p>
        </w:tc>
        <w:tc>
          <w:tcPr>
            <w:tcW w:type="dxa" w:w="1439"/>
          </w:tcPr>
          <w:p>
            <w:pPr>
              <w:spacing w:after="20" w:before="20"/>
            </w:pPr>
            <w:r/>
            <w:r>
              <w:rPr>
                <w:rFonts w:ascii="Times New Roman" w:hAnsi="Times New Roman" w:eastAsia="宋体"/>
                <w:b w:val="0"/>
                <w:sz w:val="21"/>
              </w:rPr>
              <w:t>顿魏星</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2202050309</w:t>
            </w:r>
          </w:p>
        </w:tc>
        <w:tc>
          <w:tcPr>
            <w:tcW w:type="dxa" w:w="1439"/>
          </w:tcPr>
          <w:p>
            <w:pPr>
              <w:spacing w:after="20" w:before="20"/>
            </w:pPr>
            <w:r/>
            <w:r>
              <w:rPr>
                <w:rFonts w:ascii="Times New Roman" w:hAnsi="Times New Roman" w:eastAsia="宋体"/>
                <w:b w:val="0"/>
                <w:sz w:val="21"/>
              </w:rPr>
              <w:t>机械设计制造及其自动化</w:t>
            </w:r>
          </w:p>
        </w:tc>
      </w:tr>
      <w:tr>
        <w:tc>
          <w:tcPr>
            <w:tcW w:type="dxa" w:w="1439"/>
          </w:tcPr>
          <w:p>
            <w:pPr>
              <w:spacing w:after="20" w:before="20"/>
            </w:pPr>
            <w:r/>
            <w:r>
              <w:rPr>
                <w:rFonts w:ascii="Times New Roman" w:hAnsi="Times New Roman" w:eastAsia="宋体"/>
                <w:b w:val="0"/>
                <w:sz w:val="21"/>
              </w:rPr>
              <w:t>46</w:t>
            </w:r>
          </w:p>
        </w:tc>
        <w:tc>
          <w:tcPr>
            <w:tcW w:type="dxa" w:w="1439"/>
          </w:tcPr>
          <w:p>
            <w:pPr>
              <w:spacing w:after="20" w:before="20"/>
            </w:pPr>
            <w:r/>
            <w:r>
              <w:rPr>
                <w:rFonts w:ascii="Times New Roman" w:hAnsi="Times New Roman" w:eastAsia="宋体"/>
                <w:b w:val="0"/>
                <w:sz w:val="21"/>
              </w:rPr>
              <w:t>机电工程学院</w:t>
            </w:r>
          </w:p>
        </w:tc>
        <w:tc>
          <w:tcPr>
            <w:tcW w:type="dxa" w:w="1439"/>
          </w:tcPr>
          <w:p>
            <w:pPr>
              <w:spacing w:after="20" w:before="20"/>
            </w:pPr>
            <w:r/>
            <w:r>
              <w:rPr>
                <w:rFonts w:ascii="Times New Roman" w:hAnsi="Times New Roman" w:eastAsia="宋体"/>
                <w:b w:val="0"/>
                <w:sz w:val="21"/>
              </w:rPr>
              <w:t>赵剑钊</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2202020324</w:t>
            </w:r>
          </w:p>
        </w:tc>
        <w:tc>
          <w:tcPr>
            <w:tcW w:type="dxa" w:w="1439"/>
          </w:tcPr>
          <w:p>
            <w:pPr>
              <w:spacing w:after="20" w:before="20"/>
            </w:pPr>
            <w:r/>
            <w:r>
              <w:rPr>
                <w:rFonts w:ascii="Times New Roman" w:hAnsi="Times New Roman" w:eastAsia="宋体"/>
                <w:b w:val="0"/>
                <w:sz w:val="21"/>
              </w:rPr>
              <w:t>过程装备与控制工程</w:t>
            </w:r>
          </w:p>
        </w:tc>
      </w:tr>
      <w:tr>
        <w:tc>
          <w:tcPr>
            <w:tcW w:type="dxa" w:w="1439"/>
          </w:tcPr>
          <w:p>
            <w:pPr>
              <w:spacing w:after="20" w:before="20"/>
            </w:pPr>
            <w:r/>
            <w:r>
              <w:rPr>
                <w:rFonts w:ascii="Times New Roman" w:hAnsi="Times New Roman" w:eastAsia="宋体"/>
                <w:b w:val="0"/>
                <w:sz w:val="21"/>
              </w:rPr>
              <w:t>47</w:t>
            </w:r>
          </w:p>
        </w:tc>
        <w:tc>
          <w:tcPr>
            <w:tcW w:type="dxa" w:w="1439"/>
          </w:tcPr>
          <w:p>
            <w:pPr>
              <w:spacing w:after="20" w:before="20"/>
            </w:pPr>
            <w:r/>
            <w:r>
              <w:rPr>
                <w:rFonts w:ascii="Times New Roman" w:hAnsi="Times New Roman" w:eastAsia="宋体"/>
                <w:b w:val="0"/>
                <w:sz w:val="21"/>
              </w:rPr>
              <w:t>机电工程学院</w:t>
            </w:r>
          </w:p>
        </w:tc>
        <w:tc>
          <w:tcPr>
            <w:tcW w:type="dxa" w:w="1439"/>
          </w:tcPr>
          <w:p>
            <w:pPr>
              <w:spacing w:after="20" w:before="20"/>
            </w:pPr>
            <w:r/>
            <w:r>
              <w:rPr>
                <w:rFonts w:ascii="Times New Roman" w:hAnsi="Times New Roman" w:eastAsia="宋体"/>
                <w:b w:val="0"/>
                <w:sz w:val="21"/>
              </w:rPr>
              <w:t>辛宏涛</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2202230204</w:t>
            </w:r>
          </w:p>
        </w:tc>
        <w:tc>
          <w:tcPr>
            <w:tcW w:type="dxa" w:w="1439"/>
          </w:tcPr>
          <w:p>
            <w:pPr>
              <w:spacing w:after="20" w:before="20"/>
            </w:pPr>
            <w:r/>
            <w:r>
              <w:rPr>
                <w:rFonts w:ascii="Times New Roman" w:hAnsi="Times New Roman" w:eastAsia="宋体"/>
                <w:b w:val="0"/>
                <w:sz w:val="21"/>
              </w:rPr>
              <w:t>机器人工程</w:t>
            </w:r>
          </w:p>
        </w:tc>
      </w:tr>
      <w:tr>
        <w:tc>
          <w:tcPr>
            <w:tcW w:type="dxa" w:w="1439"/>
          </w:tcPr>
          <w:p>
            <w:pPr>
              <w:spacing w:after="20" w:before="20"/>
            </w:pPr>
            <w:r/>
            <w:r>
              <w:rPr>
                <w:rFonts w:ascii="Times New Roman" w:hAnsi="Times New Roman" w:eastAsia="宋体"/>
                <w:b w:val="0"/>
                <w:sz w:val="21"/>
              </w:rPr>
              <w:t>48</w:t>
            </w:r>
          </w:p>
        </w:tc>
        <w:tc>
          <w:tcPr>
            <w:tcW w:type="dxa" w:w="1439"/>
          </w:tcPr>
          <w:p>
            <w:pPr>
              <w:spacing w:after="20" w:before="20"/>
            </w:pPr>
            <w:r/>
            <w:r>
              <w:rPr>
                <w:rFonts w:ascii="Times New Roman" w:hAnsi="Times New Roman" w:eastAsia="宋体"/>
                <w:b w:val="0"/>
                <w:sz w:val="21"/>
              </w:rPr>
              <w:t>机电工程学院</w:t>
            </w:r>
          </w:p>
        </w:tc>
        <w:tc>
          <w:tcPr>
            <w:tcW w:type="dxa" w:w="1439"/>
          </w:tcPr>
          <w:p>
            <w:pPr>
              <w:spacing w:after="20" w:before="20"/>
            </w:pPr>
            <w:r/>
            <w:r>
              <w:rPr>
                <w:rFonts w:ascii="Times New Roman" w:hAnsi="Times New Roman" w:eastAsia="宋体"/>
                <w:b w:val="0"/>
                <w:sz w:val="21"/>
              </w:rPr>
              <w:t>张新杭</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2202150229</w:t>
            </w:r>
          </w:p>
        </w:tc>
        <w:tc>
          <w:tcPr>
            <w:tcW w:type="dxa" w:w="1439"/>
          </w:tcPr>
          <w:p>
            <w:pPr>
              <w:spacing w:after="20" w:before="20"/>
            </w:pPr>
            <w:r/>
            <w:r>
              <w:rPr>
                <w:rFonts w:ascii="Times New Roman" w:hAnsi="Times New Roman" w:eastAsia="宋体"/>
                <w:b w:val="0"/>
                <w:sz w:val="21"/>
              </w:rPr>
              <w:t>机械电子工程</w:t>
            </w:r>
          </w:p>
        </w:tc>
      </w:tr>
      <w:tr>
        <w:tc>
          <w:tcPr>
            <w:tcW w:type="dxa" w:w="1439"/>
          </w:tcPr>
          <w:p>
            <w:pPr>
              <w:spacing w:after="20" w:before="20"/>
            </w:pPr>
            <w:r/>
            <w:r>
              <w:rPr>
                <w:rFonts w:ascii="Times New Roman" w:hAnsi="Times New Roman" w:eastAsia="宋体"/>
                <w:b w:val="0"/>
                <w:sz w:val="21"/>
              </w:rPr>
              <w:t>49</w:t>
            </w:r>
          </w:p>
        </w:tc>
        <w:tc>
          <w:tcPr>
            <w:tcW w:type="dxa" w:w="1439"/>
          </w:tcPr>
          <w:p>
            <w:pPr>
              <w:spacing w:after="20" w:before="20"/>
            </w:pPr>
            <w:r/>
            <w:r>
              <w:rPr>
                <w:rFonts w:ascii="Times New Roman" w:hAnsi="Times New Roman" w:eastAsia="宋体"/>
                <w:b w:val="0"/>
                <w:sz w:val="21"/>
              </w:rPr>
              <w:t>机电工程学院</w:t>
            </w:r>
          </w:p>
        </w:tc>
        <w:tc>
          <w:tcPr>
            <w:tcW w:type="dxa" w:w="1439"/>
          </w:tcPr>
          <w:p>
            <w:pPr>
              <w:spacing w:after="20" w:before="20"/>
            </w:pPr>
            <w:r/>
            <w:r>
              <w:rPr>
                <w:rFonts w:ascii="Times New Roman" w:hAnsi="Times New Roman" w:eastAsia="宋体"/>
                <w:b w:val="0"/>
                <w:sz w:val="21"/>
              </w:rPr>
              <w:t>刘文君</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2202230217</w:t>
            </w:r>
          </w:p>
        </w:tc>
        <w:tc>
          <w:tcPr>
            <w:tcW w:type="dxa" w:w="1439"/>
          </w:tcPr>
          <w:p>
            <w:pPr>
              <w:spacing w:after="20" w:before="20"/>
            </w:pPr>
            <w:r/>
            <w:r>
              <w:rPr>
                <w:rFonts w:ascii="Times New Roman" w:hAnsi="Times New Roman" w:eastAsia="宋体"/>
                <w:b w:val="0"/>
                <w:sz w:val="21"/>
              </w:rPr>
              <w:t>机器人工程</w:t>
            </w:r>
          </w:p>
        </w:tc>
      </w:tr>
      <w:tr>
        <w:tc>
          <w:tcPr>
            <w:tcW w:type="dxa" w:w="1439"/>
          </w:tcPr>
          <w:p>
            <w:pPr>
              <w:spacing w:after="20" w:before="20"/>
            </w:pPr>
            <w:r/>
            <w:r>
              <w:rPr>
                <w:rFonts w:ascii="Times New Roman" w:hAnsi="Times New Roman" w:eastAsia="宋体"/>
                <w:b w:val="0"/>
                <w:sz w:val="21"/>
              </w:rPr>
              <w:t>50</w:t>
            </w:r>
          </w:p>
        </w:tc>
        <w:tc>
          <w:tcPr>
            <w:tcW w:type="dxa" w:w="1439"/>
          </w:tcPr>
          <w:p>
            <w:pPr>
              <w:spacing w:after="20" w:before="20"/>
            </w:pPr>
            <w:r/>
            <w:r>
              <w:rPr>
                <w:rFonts w:ascii="Times New Roman" w:hAnsi="Times New Roman" w:eastAsia="宋体"/>
                <w:b w:val="0"/>
                <w:sz w:val="21"/>
              </w:rPr>
              <w:t>机电工程学院</w:t>
            </w:r>
          </w:p>
        </w:tc>
        <w:tc>
          <w:tcPr>
            <w:tcW w:type="dxa" w:w="1439"/>
          </w:tcPr>
          <w:p>
            <w:pPr>
              <w:spacing w:after="20" w:before="20"/>
            </w:pPr>
            <w:r/>
            <w:r>
              <w:rPr>
                <w:rFonts w:ascii="Times New Roman" w:hAnsi="Times New Roman" w:eastAsia="宋体"/>
                <w:b w:val="0"/>
                <w:sz w:val="21"/>
              </w:rPr>
              <w:t>刘可</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2202150211</w:t>
            </w:r>
          </w:p>
        </w:tc>
        <w:tc>
          <w:tcPr>
            <w:tcW w:type="dxa" w:w="1439"/>
          </w:tcPr>
          <w:p>
            <w:pPr>
              <w:spacing w:after="20" w:before="20"/>
            </w:pPr>
            <w:r/>
            <w:r>
              <w:rPr>
                <w:rFonts w:ascii="Times New Roman" w:hAnsi="Times New Roman" w:eastAsia="宋体"/>
                <w:b w:val="0"/>
                <w:sz w:val="21"/>
              </w:rPr>
              <w:t>机械电子工程</w:t>
            </w:r>
          </w:p>
        </w:tc>
      </w:tr>
      <w:tr>
        <w:tc>
          <w:tcPr>
            <w:tcW w:type="dxa" w:w="1439"/>
          </w:tcPr>
          <w:p>
            <w:pPr>
              <w:spacing w:after="20" w:before="20"/>
            </w:pPr>
            <w:r/>
            <w:r>
              <w:rPr>
                <w:rFonts w:ascii="Times New Roman" w:hAnsi="Times New Roman" w:eastAsia="宋体"/>
                <w:b w:val="0"/>
                <w:sz w:val="21"/>
              </w:rPr>
              <w:t>51</w:t>
            </w:r>
          </w:p>
        </w:tc>
        <w:tc>
          <w:tcPr>
            <w:tcW w:type="dxa" w:w="1439"/>
          </w:tcPr>
          <w:p>
            <w:pPr>
              <w:spacing w:after="20" w:before="20"/>
            </w:pPr>
            <w:r/>
            <w:r>
              <w:rPr>
                <w:rFonts w:ascii="Times New Roman" w:hAnsi="Times New Roman" w:eastAsia="宋体"/>
                <w:b w:val="0"/>
                <w:sz w:val="21"/>
              </w:rPr>
              <w:t>机电工程学院</w:t>
            </w:r>
          </w:p>
        </w:tc>
        <w:tc>
          <w:tcPr>
            <w:tcW w:type="dxa" w:w="1439"/>
          </w:tcPr>
          <w:p>
            <w:pPr>
              <w:spacing w:after="20" w:before="20"/>
            </w:pPr>
            <w:r/>
            <w:r>
              <w:rPr>
                <w:rFonts w:ascii="Times New Roman" w:hAnsi="Times New Roman" w:eastAsia="宋体"/>
                <w:b w:val="0"/>
                <w:sz w:val="21"/>
              </w:rPr>
              <w:t>李家胜</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2202150128</w:t>
            </w:r>
          </w:p>
        </w:tc>
        <w:tc>
          <w:tcPr>
            <w:tcW w:type="dxa" w:w="1439"/>
          </w:tcPr>
          <w:p>
            <w:pPr>
              <w:spacing w:after="20" w:before="20"/>
            </w:pPr>
            <w:r/>
            <w:r>
              <w:rPr>
                <w:rFonts w:ascii="Times New Roman" w:hAnsi="Times New Roman" w:eastAsia="宋体"/>
                <w:b w:val="0"/>
                <w:sz w:val="21"/>
              </w:rPr>
              <w:t>机械电子工程</w:t>
            </w:r>
          </w:p>
        </w:tc>
      </w:tr>
      <w:tr>
        <w:tc>
          <w:tcPr>
            <w:tcW w:type="dxa" w:w="1439"/>
          </w:tcPr>
          <w:p>
            <w:pPr>
              <w:spacing w:after="20" w:before="20"/>
            </w:pPr>
            <w:r/>
            <w:r>
              <w:rPr>
                <w:rFonts w:ascii="Times New Roman" w:hAnsi="Times New Roman" w:eastAsia="宋体"/>
                <w:b w:val="0"/>
                <w:sz w:val="21"/>
              </w:rPr>
              <w:t>52</w:t>
            </w:r>
          </w:p>
        </w:tc>
        <w:tc>
          <w:tcPr>
            <w:tcW w:type="dxa" w:w="1439"/>
          </w:tcPr>
          <w:p>
            <w:pPr>
              <w:spacing w:after="20" w:before="20"/>
            </w:pPr>
            <w:r/>
            <w:r>
              <w:rPr>
                <w:rFonts w:ascii="Times New Roman" w:hAnsi="Times New Roman" w:eastAsia="宋体"/>
                <w:b w:val="0"/>
                <w:sz w:val="21"/>
              </w:rPr>
              <w:t>机电工程学院</w:t>
            </w:r>
          </w:p>
        </w:tc>
        <w:tc>
          <w:tcPr>
            <w:tcW w:type="dxa" w:w="1439"/>
          </w:tcPr>
          <w:p>
            <w:pPr>
              <w:spacing w:after="20" w:before="20"/>
            </w:pPr>
            <w:r/>
            <w:r>
              <w:rPr>
                <w:rFonts w:ascii="Times New Roman" w:hAnsi="Times New Roman" w:eastAsia="宋体"/>
                <w:b w:val="0"/>
                <w:sz w:val="21"/>
              </w:rPr>
              <w:t>樊子豪</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2202230220</w:t>
            </w:r>
          </w:p>
        </w:tc>
        <w:tc>
          <w:tcPr>
            <w:tcW w:type="dxa" w:w="1439"/>
          </w:tcPr>
          <w:p>
            <w:pPr>
              <w:spacing w:after="20" w:before="20"/>
            </w:pPr>
            <w:r/>
            <w:r>
              <w:rPr>
                <w:rFonts w:ascii="Times New Roman" w:hAnsi="Times New Roman" w:eastAsia="宋体"/>
                <w:b w:val="0"/>
                <w:sz w:val="21"/>
              </w:rPr>
              <w:t>机器人工程</w:t>
            </w:r>
          </w:p>
        </w:tc>
      </w:tr>
      <w:tr>
        <w:tc>
          <w:tcPr>
            <w:tcW w:type="dxa" w:w="1439"/>
          </w:tcPr>
          <w:p>
            <w:pPr>
              <w:spacing w:after="20" w:before="20"/>
            </w:pPr>
            <w:r/>
            <w:r>
              <w:rPr>
                <w:rFonts w:ascii="Times New Roman" w:hAnsi="Times New Roman" w:eastAsia="宋体"/>
                <w:b w:val="0"/>
                <w:sz w:val="21"/>
              </w:rPr>
              <w:t>53</w:t>
            </w:r>
          </w:p>
        </w:tc>
        <w:tc>
          <w:tcPr>
            <w:tcW w:type="dxa" w:w="1439"/>
          </w:tcPr>
          <w:p>
            <w:pPr>
              <w:spacing w:after="20" w:before="20"/>
            </w:pPr>
            <w:r/>
            <w:r>
              <w:rPr>
                <w:rFonts w:ascii="Times New Roman" w:hAnsi="Times New Roman" w:eastAsia="宋体"/>
                <w:b w:val="0"/>
                <w:sz w:val="21"/>
              </w:rPr>
              <w:t>机电工程学院</w:t>
            </w:r>
          </w:p>
        </w:tc>
        <w:tc>
          <w:tcPr>
            <w:tcW w:type="dxa" w:w="1439"/>
          </w:tcPr>
          <w:p>
            <w:pPr>
              <w:spacing w:after="20" w:before="20"/>
            </w:pPr>
            <w:r/>
            <w:r>
              <w:rPr>
                <w:rFonts w:ascii="Times New Roman" w:hAnsi="Times New Roman" w:eastAsia="宋体"/>
                <w:b w:val="0"/>
                <w:sz w:val="21"/>
              </w:rPr>
              <w:t>柳辉</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2202230128</w:t>
            </w:r>
          </w:p>
        </w:tc>
        <w:tc>
          <w:tcPr>
            <w:tcW w:type="dxa" w:w="1439"/>
          </w:tcPr>
          <w:p>
            <w:pPr>
              <w:spacing w:after="20" w:before="20"/>
            </w:pPr>
            <w:r/>
            <w:r>
              <w:rPr>
                <w:rFonts w:ascii="Times New Roman" w:hAnsi="Times New Roman" w:eastAsia="宋体"/>
                <w:b w:val="0"/>
                <w:sz w:val="21"/>
              </w:rPr>
              <w:t>机器人工程</w:t>
            </w:r>
          </w:p>
        </w:tc>
      </w:tr>
      <w:tr>
        <w:tc>
          <w:tcPr>
            <w:tcW w:type="dxa" w:w="1439"/>
          </w:tcPr>
          <w:p>
            <w:pPr>
              <w:spacing w:after="20" w:before="20"/>
            </w:pPr>
            <w:r/>
            <w:r>
              <w:rPr>
                <w:rFonts w:ascii="Times New Roman" w:hAnsi="Times New Roman" w:eastAsia="宋体"/>
                <w:b w:val="0"/>
                <w:sz w:val="21"/>
              </w:rPr>
              <w:t>54</w:t>
            </w:r>
          </w:p>
        </w:tc>
        <w:tc>
          <w:tcPr>
            <w:tcW w:type="dxa" w:w="1439"/>
          </w:tcPr>
          <w:p>
            <w:pPr>
              <w:spacing w:after="20" w:before="20"/>
            </w:pPr>
            <w:r/>
            <w:r>
              <w:rPr>
                <w:rFonts w:ascii="Times New Roman" w:hAnsi="Times New Roman" w:eastAsia="宋体"/>
                <w:b w:val="0"/>
                <w:sz w:val="21"/>
              </w:rPr>
              <w:t>机电工程学院</w:t>
            </w:r>
          </w:p>
        </w:tc>
        <w:tc>
          <w:tcPr>
            <w:tcW w:type="dxa" w:w="1439"/>
          </w:tcPr>
          <w:p>
            <w:pPr>
              <w:spacing w:after="20" w:before="20"/>
            </w:pPr>
            <w:r/>
            <w:r>
              <w:rPr>
                <w:rFonts w:ascii="Times New Roman" w:hAnsi="Times New Roman" w:eastAsia="宋体"/>
                <w:b w:val="0"/>
                <w:sz w:val="21"/>
              </w:rPr>
              <w:t>夏冰月</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2202020420</w:t>
            </w:r>
          </w:p>
        </w:tc>
        <w:tc>
          <w:tcPr>
            <w:tcW w:type="dxa" w:w="1439"/>
          </w:tcPr>
          <w:p>
            <w:pPr>
              <w:spacing w:after="20" w:before="20"/>
            </w:pPr>
            <w:r/>
            <w:r>
              <w:rPr>
                <w:rFonts w:ascii="Times New Roman" w:hAnsi="Times New Roman" w:eastAsia="宋体"/>
                <w:b w:val="0"/>
                <w:sz w:val="21"/>
              </w:rPr>
              <w:t>过程装备与控制工程</w:t>
            </w:r>
          </w:p>
        </w:tc>
      </w:tr>
      <w:tr>
        <w:tc>
          <w:tcPr>
            <w:tcW w:type="dxa" w:w="1439"/>
          </w:tcPr>
          <w:p>
            <w:pPr>
              <w:spacing w:after="20" w:before="20"/>
            </w:pPr>
            <w:r/>
            <w:r>
              <w:rPr>
                <w:rFonts w:ascii="Times New Roman" w:hAnsi="Times New Roman" w:eastAsia="宋体"/>
                <w:b w:val="0"/>
                <w:sz w:val="21"/>
              </w:rPr>
              <w:t>55</w:t>
            </w:r>
          </w:p>
        </w:tc>
        <w:tc>
          <w:tcPr>
            <w:tcW w:type="dxa" w:w="1439"/>
          </w:tcPr>
          <w:p>
            <w:pPr>
              <w:spacing w:after="20" w:before="20"/>
            </w:pPr>
            <w:r/>
            <w:r>
              <w:rPr>
                <w:rFonts w:ascii="Times New Roman" w:hAnsi="Times New Roman" w:eastAsia="宋体"/>
                <w:b w:val="0"/>
                <w:sz w:val="21"/>
              </w:rPr>
              <w:t>机电工程学院</w:t>
            </w:r>
          </w:p>
        </w:tc>
        <w:tc>
          <w:tcPr>
            <w:tcW w:type="dxa" w:w="1439"/>
          </w:tcPr>
          <w:p>
            <w:pPr>
              <w:spacing w:after="20" w:before="20"/>
            </w:pPr>
            <w:r/>
            <w:r>
              <w:rPr>
                <w:rFonts w:ascii="Times New Roman" w:hAnsi="Times New Roman" w:eastAsia="宋体"/>
                <w:b w:val="0"/>
                <w:sz w:val="21"/>
              </w:rPr>
              <w:t>杨耀东</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2202050111</w:t>
            </w:r>
          </w:p>
        </w:tc>
        <w:tc>
          <w:tcPr>
            <w:tcW w:type="dxa" w:w="1439"/>
          </w:tcPr>
          <w:p>
            <w:pPr>
              <w:spacing w:after="20" w:before="20"/>
            </w:pPr>
            <w:r/>
            <w:r>
              <w:rPr>
                <w:rFonts w:ascii="Times New Roman" w:hAnsi="Times New Roman" w:eastAsia="宋体"/>
                <w:b w:val="0"/>
                <w:sz w:val="21"/>
              </w:rPr>
              <w:t>机械设计制造及其自动化</w:t>
            </w:r>
          </w:p>
        </w:tc>
      </w:tr>
      <w:tr>
        <w:tc>
          <w:tcPr>
            <w:tcW w:type="dxa" w:w="1439"/>
          </w:tcPr>
          <w:p>
            <w:pPr>
              <w:spacing w:after="20" w:before="20"/>
            </w:pPr>
            <w:r/>
            <w:r>
              <w:rPr>
                <w:rFonts w:ascii="Times New Roman" w:hAnsi="Times New Roman" w:eastAsia="宋体"/>
                <w:b w:val="0"/>
                <w:sz w:val="21"/>
              </w:rPr>
              <w:t>56</w:t>
            </w:r>
          </w:p>
        </w:tc>
        <w:tc>
          <w:tcPr>
            <w:tcW w:type="dxa" w:w="1439"/>
          </w:tcPr>
          <w:p>
            <w:pPr>
              <w:spacing w:after="20" w:before="20"/>
            </w:pPr>
            <w:r/>
            <w:r>
              <w:rPr>
                <w:rFonts w:ascii="Times New Roman" w:hAnsi="Times New Roman" w:eastAsia="宋体"/>
                <w:b w:val="0"/>
                <w:sz w:val="21"/>
              </w:rPr>
              <w:t>电气信息学院</w:t>
            </w:r>
          </w:p>
        </w:tc>
        <w:tc>
          <w:tcPr>
            <w:tcW w:type="dxa" w:w="1439"/>
          </w:tcPr>
          <w:p>
            <w:pPr>
              <w:spacing w:after="20" w:before="20"/>
            </w:pPr>
            <w:r/>
            <w:r>
              <w:rPr>
                <w:rFonts w:ascii="Times New Roman" w:hAnsi="Times New Roman" w:eastAsia="宋体"/>
                <w:b w:val="0"/>
                <w:sz w:val="21"/>
              </w:rPr>
              <w:t>郭方园</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2203130225</w:t>
            </w:r>
          </w:p>
        </w:tc>
        <w:tc>
          <w:tcPr>
            <w:tcW w:type="dxa" w:w="1439"/>
          </w:tcPr>
          <w:p>
            <w:pPr>
              <w:spacing w:after="20" w:before="20"/>
            </w:pPr>
            <w:r/>
            <w:r>
              <w:rPr>
                <w:rFonts w:ascii="Times New Roman" w:hAnsi="Times New Roman" w:eastAsia="宋体"/>
                <w:b w:val="0"/>
                <w:sz w:val="21"/>
              </w:rPr>
              <w:t>测控技术与仪器</w:t>
            </w:r>
          </w:p>
        </w:tc>
      </w:tr>
      <w:tr>
        <w:tc>
          <w:tcPr>
            <w:tcW w:type="dxa" w:w="1439"/>
          </w:tcPr>
          <w:p>
            <w:pPr>
              <w:spacing w:after="20" w:before="20"/>
            </w:pPr>
            <w:r/>
            <w:r>
              <w:rPr>
                <w:rFonts w:ascii="Times New Roman" w:hAnsi="Times New Roman" w:eastAsia="宋体"/>
                <w:b w:val="0"/>
                <w:sz w:val="21"/>
              </w:rPr>
              <w:t>57</w:t>
            </w:r>
          </w:p>
        </w:tc>
        <w:tc>
          <w:tcPr>
            <w:tcW w:type="dxa" w:w="1439"/>
          </w:tcPr>
          <w:p>
            <w:pPr>
              <w:spacing w:after="20" w:before="20"/>
            </w:pPr>
            <w:r/>
            <w:r>
              <w:rPr>
                <w:rFonts w:ascii="Times New Roman" w:hAnsi="Times New Roman" w:eastAsia="宋体"/>
                <w:b w:val="0"/>
                <w:sz w:val="21"/>
              </w:rPr>
              <w:t>电气信息学院</w:t>
            </w:r>
          </w:p>
        </w:tc>
        <w:tc>
          <w:tcPr>
            <w:tcW w:type="dxa" w:w="1439"/>
          </w:tcPr>
          <w:p>
            <w:pPr>
              <w:spacing w:after="20" w:before="20"/>
            </w:pPr>
            <w:r/>
            <w:r>
              <w:rPr>
                <w:rFonts w:ascii="Times New Roman" w:hAnsi="Times New Roman" w:eastAsia="宋体"/>
                <w:b w:val="0"/>
                <w:sz w:val="21"/>
              </w:rPr>
              <w:t>李零壹</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2203130119</w:t>
            </w:r>
          </w:p>
        </w:tc>
        <w:tc>
          <w:tcPr>
            <w:tcW w:type="dxa" w:w="1439"/>
          </w:tcPr>
          <w:p>
            <w:pPr>
              <w:spacing w:after="20" w:before="20"/>
            </w:pPr>
            <w:r/>
            <w:r>
              <w:rPr>
                <w:rFonts w:ascii="Times New Roman" w:hAnsi="Times New Roman" w:eastAsia="宋体"/>
                <w:b w:val="0"/>
                <w:sz w:val="21"/>
              </w:rPr>
              <w:t>测控技术与仪器</w:t>
            </w:r>
          </w:p>
        </w:tc>
      </w:tr>
      <w:tr>
        <w:tc>
          <w:tcPr>
            <w:tcW w:type="dxa" w:w="1439"/>
          </w:tcPr>
          <w:p>
            <w:pPr>
              <w:spacing w:after="20" w:before="20"/>
            </w:pPr>
            <w:r/>
            <w:r>
              <w:rPr>
                <w:rFonts w:ascii="Times New Roman" w:hAnsi="Times New Roman" w:eastAsia="宋体"/>
                <w:b w:val="0"/>
                <w:sz w:val="21"/>
              </w:rPr>
              <w:t>58</w:t>
            </w:r>
          </w:p>
        </w:tc>
        <w:tc>
          <w:tcPr>
            <w:tcW w:type="dxa" w:w="1439"/>
          </w:tcPr>
          <w:p>
            <w:pPr>
              <w:spacing w:after="20" w:before="20"/>
            </w:pPr>
            <w:r/>
            <w:r>
              <w:rPr>
                <w:rFonts w:ascii="Times New Roman" w:hAnsi="Times New Roman" w:eastAsia="宋体"/>
                <w:b w:val="0"/>
                <w:sz w:val="21"/>
              </w:rPr>
              <w:t>电气信息学院</w:t>
            </w:r>
          </w:p>
        </w:tc>
        <w:tc>
          <w:tcPr>
            <w:tcW w:type="dxa" w:w="1439"/>
          </w:tcPr>
          <w:p>
            <w:pPr>
              <w:spacing w:after="20" w:before="20"/>
            </w:pPr>
            <w:r/>
            <w:r>
              <w:rPr>
                <w:rFonts w:ascii="Times New Roman" w:hAnsi="Times New Roman" w:eastAsia="宋体"/>
                <w:b w:val="0"/>
                <w:sz w:val="21"/>
              </w:rPr>
              <w:t>罗佳怡</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2203130121</w:t>
            </w:r>
          </w:p>
        </w:tc>
        <w:tc>
          <w:tcPr>
            <w:tcW w:type="dxa" w:w="1439"/>
          </w:tcPr>
          <w:p>
            <w:pPr>
              <w:spacing w:after="20" w:before="20"/>
            </w:pPr>
            <w:r/>
            <w:r>
              <w:rPr>
                <w:rFonts w:ascii="Times New Roman" w:hAnsi="Times New Roman" w:eastAsia="宋体"/>
                <w:b w:val="0"/>
                <w:sz w:val="21"/>
              </w:rPr>
              <w:t>测控技术与仪器</w:t>
            </w:r>
          </w:p>
        </w:tc>
      </w:tr>
      <w:tr>
        <w:tc>
          <w:tcPr>
            <w:tcW w:type="dxa" w:w="1439"/>
          </w:tcPr>
          <w:p>
            <w:pPr>
              <w:spacing w:after="20" w:before="20"/>
            </w:pPr>
            <w:r/>
            <w:r>
              <w:rPr>
                <w:rFonts w:ascii="Times New Roman" w:hAnsi="Times New Roman" w:eastAsia="宋体"/>
                <w:b w:val="0"/>
                <w:sz w:val="21"/>
              </w:rPr>
              <w:t>59</w:t>
            </w:r>
          </w:p>
        </w:tc>
        <w:tc>
          <w:tcPr>
            <w:tcW w:type="dxa" w:w="1439"/>
          </w:tcPr>
          <w:p>
            <w:pPr>
              <w:spacing w:after="20" w:before="20"/>
            </w:pPr>
            <w:r/>
            <w:r>
              <w:rPr>
                <w:rFonts w:ascii="Times New Roman" w:hAnsi="Times New Roman" w:eastAsia="宋体"/>
                <w:b w:val="0"/>
                <w:sz w:val="21"/>
              </w:rPr>
              <w:t>电气信息学院</w:t>
            </w:r>
          </w:p>
        </w:tc>
        <w:tc>
          <w:tcPr>
            <w:tcW w:type="dxa" w:w="1439"/>
          </w:tcPr>
          <w:p>
            <w:pPr>
              <w:spacing w:after="20" w:before="20"/>
            </w:pPr>
            <w:r/>
            <w:r>
              <w:rPr>
                <w:rFonts w:ascii="Times New Roman" w:hAnsi="Times New Roman" w:eastAsia="宋体"/>
                <w:b w:val="0"/>
                <w:sz w:val="21"/>
              </w:rPr>
              <w:t>代小林</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2203180225</w:t>
            </w:r>
          </w:p>
        </w:tc>
        <w:tc>
          <w:tcPr>
            <w:tcW w:type="dxa" w:w="1439"/>
          </w:tcPr>
          <w:p>
            <w:pPr>
              <w:spacing w:after="20" w:before="20"/>
            </w:pPr>
            <w:r/>
            <w:r>
              <w:rPr>
                <w:rFonts w:ascii="Times New Roman" w:hAnsi="Times New Roman" w:eastAsia="宋体"/>
                <w:b w:val="0"/>
                <w:sz w:val="21"/>
              </w:rPr>
              <w:t>电气工程及其自动化(电力电子及电气传动方向)</w:t>
            </w:r>
          </w:p>
        </w:tc>
      </w:tr>
      <w:tr>
        <w:tc>
          <w:tcPr>
            <w:tcW w:type="dxa" w:w="1439"/>
          </w:tcPr>
          <w:p>
            <w:pPr>
              <w:spacing w:after="20" w:before="20"/>
            </w:pPr>
            <w:r/>
            <w:r>
              <w:rPr>
                <w:rFonts w:ascii="Times New Roman" w:hAnsi="Times New Roman" w:eastAsia="宋体"/>
                <w:b w:val="0"/>
                <w:sz w:val="21"/>
              </w:rPr>
              <w:t>60</w:t>
            </w:r>
          </w:p>
        </w:tc>
        <w:tc>
          <w:tcPr>
            <w:tcW w:type="dxa" w:w="1439"/>
          </w:tcPr>
          <w:p>
            <w:pPr>
              <w:spacing w:after="20" w:before="20"/>
            </w:pPr>
            <w:r/>
            <w:r>
              <w:rPr>
                <w:rFonts w:ascii="Times New Roman" w:hAnsi="Times New Roman" w:eastAsia="宋体"/>
                <w:b w:val="0"/>
                <w:sz w:val="21"/>
              </w:rPr>
              <w:t>电气信息学院</w:t>
            </w:r>
          </w:p>
        </w:tc>
        <w:tc>
          <w:tcPr>
            <w:tcW w:type="dxa" w:w="1439"/>
          </w:tcPr>
          <w:p>
            <w:pPr>
              <w:spacing w:after="20" w:before="20"/>
            </w:pPr>
            <w:r/>
            <w:r>
              <w:rPr>
                <w:rFonts w:ascii="Times New Roman" w:hAnsi="Times New Roman" w:eastAsia="宋体"/>
                <w:b w:val="0"/>
                <w:sz w:val="21"/>
              </w:rPr>
              <w:t>孙文杰</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2203180216</w:t>
            </w:r>
          </w:p>
        </w:tc>
        <w:tc>
          <w:tcPr>
            <w:tcW w:type="dxa" w:w="1439"/>
          </w:tcPr>
          <w:p>
            <w:pPr>
              <w:spacing w:after="20" w:before="20"/>
            </w:pPr>
            <w:r/>
            <w:r>
              <w:rPr>
                <w:rFonts w:ascii="Times New Roman" w:hAnsi="Times New Roman" w:eastAsia="宋体"/>
                <w:b w:val="0"/>
                <w:sz w:val="21"/>
              </w:rPr>
              <w:t>电气工程及其自动化（电力电子与电气传动方向）</w:t>
            </w:r>
          </w:p>
        </w:tc>
      </w:tr>
      <w:tr>
        <w:tc>
          <w:tcPr>
            <w:tcW w:type="dxa" w:w="1439"/>
          </w:tcPr>
          <w:p>
            <w:pPr>
              <w:spacing w:after="20" w:before="20"/>
            </w:pPr>
            <w:r/>
            <w:r>
              <w:rPr>
                <w:rFonts w:ascii="Times New Roman" w:hAnsi="Times New Roman" w:eastAsia="宋体"/>
                <w:b w:val="0"/>
                <w:sz w:val="21"/>
              </w:rPr>
              <w:t>61</w:t>
            </w:r>
          </w:p>
        </w:tc>
        <w:tc>
          <w:tcPr>
            <w:tcW w:type="dxa" w:w="1439"/>
          </w:tcPr>
          <w:p>
            <w:pPr>
              <w:spacing w:after="20" w:before="20"/>
            </w:pPr>
            <w:r/>
            <w:r>
              <w:rPr>
                <w:rFonts w:ascii="Times New Roman" w:hAnsi="Times New Roman" w:eastAsia="宋体"/>
                <w:b w:val="0"/>
                <w:sz w:val="21"/>
              </w:rPr>
              <w:t>电气信息学院</w:t>
            </w:r>
          </w:p>
        </w:tc>
        <w:tc>
          <w:tcPr>
            <w:tcW w:type="dxa" w:w="1439"/>
          </w:tcPr>
          <w:p>
            <w:pPr>
              <w:spacing w:after="20" w:before="20"/>
            </w:pPr>
            <w:r/>
            <w:r>
              <w:rPr>
                <w:rFonts w:ascii="Times New Roman" w:hAnsi="Times New Roman" w:eastAsia="宋体"/>
                <w:b w:val="0"/>
                <w:sz w:val="21"/>
              </w:rPr>
              <w:t>钟道瑞</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2203180205</w:t>
            </w:r>
          </w:p>
        </w:tc>
        <w:tc>
          <w:tcPr>
            <w:tcW w:type="dxa" w:w="1439"/>
          </w:tcPr>
          <w:p>
            <w:pPr>
              <w:spacing w:after="20" w:before="20"/>
            </w:pPr>
            <w:r/>
            <w:r>
              <w:rPr>
                <w:rFonts w:ascii="Times New Roman" w:hAnsi="Times New Roman" w:eastAsia="宋体"/>
                <w:b w:val="0"/>
                <w:sz w:val="21"/>
              </w:rPr>
              <w:t>电气工程及其自动化（电力系统及其自动化方向）</w:t>
            </w:r>
          </w:p>
        </w:tc>
      </w:tr>
      <w:tr>
        <w:tc>
          <w:tcPr>
            <w:tcW w:type="dxa" w:w="1439"/>
          </w:tcPr>
          <w:p>
            <w:pPr>
              <w:spacing w:after="20" w:before="20"/>
            </w:pPr>
            <w:r/>
            <w:r>
              <w:rPr>
                <w:rFonts w:ascii="Times New Roman" w:hAnsi="Times New Roman" w:eastAsia="宋体"/>
                <w:b w:val="0"/>
                <w:sz w:val="21"/>
              </w:rPr>
              <w:t>62</w:t>
            </w:r>
          </w:p>
        </w:tc>
        <w:tc>
          <w:tcPr>
            <w:tcW w:type="dxa" w:w="1439"/>
          </w:tcPr>
          <w:p>
            <w:pPr>
              <w:spacing w:after="20" w:before="20"/>
            </w:pPr>
            <w:r/>
            <w:r>
              <w:rPr>
                <w:rFonts w:ascii="Times New Roman" w:hAnsi="Times New Roman" w:eastAsia="宋体"/>
                <w:b w:val="0"/>
                <w:sz w:val="21"/>
              </w:rPr>
              <w:t>电气信息学院</w:t>
            </w:r>
          </w:p>
        </w:tc>
        <w:tc>
          <w:tcPr>
            <w:tcW w:type="dxa" w:w="1439"/>
          </w:tcPr>
          <w:p>
            <w:pPr>
              <w:spacing w:after="20" w:before="20"/>
            </w:pPr>
            <w:r/>
            <w:r>
              <w:rPr>
                <w:rFonts w:ascii="Times New Roman" w:hAnsi="Times New Roman" w:eastAsia="宋体"/>
                <w:b w:val="0"/>
                <w:sz w:val="21"/>
              </w:rPr>
              <w:t>姜枫洁</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2203180419</w:t>
            </w:r>
          </w:p>
        </w:tc>
        <w:tc>
          <w:tcPr>
            <w:tcW w:type="dxa" w:w="1439"/>
          </w:tcPr>
          <w:p>
            <w:pPr>
              <w:spacing w:after="20" w:before="20"/>
            </w:pPr>
            <w:r/>
            <w:r>
              <w:rPr>
                <w:rFonts w:ascii="Times New Roman" w:hAnsi="Times New Roman" w:eastAsia="宋体"/>
                <w:b w:val="0"/>
                <w:sz w:val="21"/>
              </w:rPr>
              <w:t>电气工程及其自动化（电力系统及其自动化方向）</w:t>
            </w:r>
          </w:p>
        </w:tc>
      </w:tr>
      <w:tr>
        <w:tc>
          <w:tcPr>
            <w:tcW w:type="dxa" w:w="1439"/>
          </w:tcPr>
          <w:p>
            <w:pPr>
              <w:spacing w:after="20" w:before="20"/>
            </w:pPr>
            <w:r/>
            <w:r>
              <w:rPr>
                <w:rFonts w:ascii="Times New Roman" w:hAnsi="Times New Roman" w:eastAsia="宋体"/>
                <w:b w:val="0"/>
                <w:sz w:val="21"/>
              </w:rPr>
              <w:t>63</w:t>
            </w:r>
          </w:p>
        </w:tc>
        <w:tc>
          <w:tcPr>
            <w:tcW w:type="dxa" w:w="1439"/>
          </w:tcPr>
          <w:p>
            <w:pPr>
              <w:spacing w:after="20" w:before="20"/>
            </w:pPr>
            <w:r/>
            <w:r>
              <w:rPr>
                <w:rFonts w:ascii="Times New Roman" w:hAnsi="Times New Roman" w:eastAsia="宋体"/>
                <w:b w:val="0"/>
                <w:sz w:val="21"/>
              </w:rPr>
              <w:t>电气信息学院</w:t>
            </w:r>
          </w:p>
        </w:tc>
        <w:tc>
          <w:tcPr>
            <w:tcW w:type="dxa" w:w="1439"/>
          </w:tcPr>
          <w:p>
            <w:pPr>
              <w:spacing w:after="20" w:before="20"/>
            </w:pPr>
            <w:r/>
            <w:r>
              <w:rPr>
                <w:rFonts w:ascii="Times New Roman" w:hAnsi="Times New Roman" w:eastAsia="宋体"/>
                <w:b w:val="0"/>
                <w:sz w:val="21"/>
              </w:rPr>
              <w:t>华紫莎</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2203040315</w:t>
            </w:r>
          </w:p>
        </w:tc>
        <w:tc>
          <w:tcPr>
            <w:tcW w:type="dxa" w:w="1439"/>
          </w:tcPr>
          <w:p>
            <w:pPr>
              <w:spacing w:after="20" w:before="20"/>
            </w:pPr>
            <w:r/>
            <w:r>
              <w:rPr>
                <w:rFonts w:ascii="Times New Roman" w:hAnsi="Times New Roman" w:eastAsia="宋体"/>
                <w:b w:val="0"/>
                <w:sz w:val="21"/>
              </w:rPr>
              <w:t>电气工程及其自动化（电力系统及其自动化方向）</w:t>
            </w:r>
          </w:p>
        </w:tc>
      </w:tr>
      <w:tr>
        <w:tc>
          <w:tcPr>
            <w:tcW w:type="dxa" w:w="1439"/>
          </w:tcPr>
          <w:p>
            <w:pPr>
              <w:spacing w:after="20" w:before="20"/>
            </w:pPr>
            <w:r/>
            <w:r>
              <w:rPr>
                <w:rFonts w:ascii="Times New Roman" w:hAnsi="Times New Roman" w:eastAsia="宋体"/>
                <w:b w:val="0"/>
                <w:sz w:val="21"/>
              </w:rPr>
              <w:t>64</w:t>
            </w:r>
          </w:p>
        </w:tc>
        <w:tc>
          <w:tcPr>
            <w:tcW w:type="dxa" w:w="1439"/>
          </w:tcPr>
          <w:p>
            <w:pPr>
              <w:spacing w:after="20" w:before="20"/>
            </w:pPr>
            <w:r/>
            <w:r>
              <w:rPr>
                <w:rFonts w:ascii="Times New Roman" w:hAnsi="Times New Roman" w:eastAsia="宋体"/>
                <w:b w:val="0"/>
                <w:sz w:val="21"/>
              </w:rPr>
              <w:t>电气信息学院</w:t>
            </w:r>
          </w:p>
        </w:tc>
        <w:tc>
          <w:tcPr>
            <w:tcW w:type="dxa" w:w="1439"/>
          </w:tcPr>
          <w:p>
            <w:pPr>
              <w:spacing w:after="20" w:before="20"/>
            </w:pPr>
            <w:r/>
            <w:r>
              <w:rPr>
                <w:rFonts w:ascii="Times New Roman" w:hAnsi="Times New Roman" w:eastAsia="宋体"/>
                <w:b w:val="0"/>
                <w:sz w:val="21"/>
              </w:rPr>
              <w:t>胡威</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2206110210</w:t>
            </w:r>
          </w:p>
        </w:tc>
        <w:tc>
          <w:tcPr>
            <w:tcW w:type="dxa" w:w="1439"/>
          </w:tcPr>
          <w:p>
            <w:pPr>
              <w:spacing w:after="20" w:before="20"/>
            </w:pPr>
            <w:r/>
            <w:r>
              <w:rPr>
                <w:rFonts w:ascii="Times New Roman" w:hAnsi="Times New Roman" w:eastAsia="宋体"/>
                <w:b w:val="0"/>
                <w:sz w:val="21"/>
              </w:rPr>
              <w:t>电子信息工程</w:t>
            </w:r>
          </w:p>
        </w:tc>
      </w:tr>
      <w:tr>
        <w:tc>
          <w:tcPr>
            <w:tcW w:type="dxa" w:w="1439"/>
          </w:tcPr>
          <w:p>
            <w:pPr>
              <w:spacing w:after="20" w:before="20"/>
            </w:pPr>
            <w:r/>
            <w:r>
              <w:rPr>
                <w:rFonts w:ascii="Times New Roman" w:hAnsi="Times New Roman" w:eastAsia="宋体"/>
                <w:b w:val="0"/>
                <w:sz w:val="21"/>
              </w:rPr>
              <w:t>65</w:t>
            </w:r>
          </w:p>
        </w:tc>
        <w:tc>
          <w:tcPr>
            <w:tcW w:type="dxa" w:w="1439"/>
          </w:tcPr>
          <w:p>
            <w:pPr>
              <w:spacing w:after="20" w:before="20"/>
            </w:pPr>
            <w:r/>
            <w:r>
              <w:rPr>
                <w:rFonts w:ascii="Times New Roman" w:hAnsi="Times New Roman" w:eastAsia="宋体"/>
                <w:b w:val="0"/>
                <w:sz w:val="21"/>
              </w:rPr>
              <w:t>电气信息学院</w:t>
            </w:r>
          </w:p>
        </w:tc>
        <w:tc>
          <w:tcPr>
            <w:tcW w:type="dxa" w:w="1439"/>
          </w:tcPr>
          <w:p>
            <w:pPr>
              <w:spacing w:after="20" w:before="20"/>
            </w:pPr>
            <w:r/>
            <w:r>
              <w:rPr>
                <w:rFonts w:ascii="Times New Roman" w:hAnsi="Times New Roman" w:eastAsia="宋体"/>
                <w:b w:val="0"/>
                <w:sz w:val="21"/>
              </w:rPr>
              <w:t>陈安琪</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2209030108</w:t>
            </w:r>
          </w:p>
        </w:tc>
        <w:tc>
          <w:tcPr>
            <w:tcW w:type="dxa" w:w="1439"/>
          </w:tcPr>
          <w:p>
            <w:pPr>
              <w:spacing w:after="20" w:before="20"/>
            </w:pPr>
            <w:r/>
            <w:r>
              <w:rPr>
                <w:rFonts w:ascii="Times New Roman" w:hAnsi="Times New Roman" w:eastAsia="宋体"/>
                <w:b w:val="0"/>
                <w:sz w:val="21"/>
              </w:rPr>
              <w:t>电子信息工程</w:t>
            </w:r>
          </w:p>
        </w:tc>
      </w:tr>
      <w:tr>
        <w:tc>
          <w:tcPr>
            <w:tcW w:type="dxa" w:w="1439"/>
          </w:tcPr>
          <w:p>
            <w:pPr>
              <w:spacing w:after="20" w:before="20"/>
            </w:pPr>
            <w:r/>
            <w:r>
              <w:rPr>
                <w:rFonts w:ascii="Times New Roman" w:hAnsi="Times New Roman" w:eastAsia="宋体"/>
                <w:b w:val="0"/>
                <w:sz w:val="21"/>
              </w:rPr>
              <w:t>66</w:t>
            </w:r>
          </w:p>
        </w:tc>
        <w:tc>
          <w:tcPr>
            <w:tcW w:type="dxa" w:w="1439"/>
          </w:tcPr>
          <w:p>
            <w:pPr>
              <w:spacing w:after="20" w:before="20"/>
            </w:pPr>
            <w:r/>
            <w:r>
              <w:rPr>
                <w:rFonts w:ascii="Times New Roman" w:hAnsi="Times New Roman" w:eastAsia="宋体"/>
                <w:b w:val="0"/>
                <w:sz w:val="21"/>
              </w:rPr>
              <w:t>电气信息学院</w:t>
            </w:r>
          </w:p>
        </w:tc>
        <w:tc>
          <w:tcPr>
            <w:tcW w:type="dxa" w:w="1439"/>
          </w:tcPr>
          <w:p>
            <w:pPr>
              <w:spacing w:after="20" w:before="20"/>
            </w:pPr>
            <w:r/>
            <w:r>
              <w:rPr>
                <w:rFonts w:ascii="Times New Roman" w:hAnsi="Times New Roman" w:eastAsia="宋体"/>
                <w:b w:val="0"/>
                <w:sz w:val="21"/>
              </w:rPr>
              <w:t>袁吉李</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2203150303</w:t>
            </w:r>
          </w:p>
        </w:tc>
        <w:tc>
          <w:tcPr>
            <w:tcW w:type="dxa" w:w="1439"/>
          </w:tcPr>
          <w:p>
            <w:pPr>
              <w:spacing w:after="20" w:before="20"/>
            </w:pPr>
            <w:r/>
            <w:r>
              <w:rPr>
                <w:rFonts w:ascii="Times New Roman" w:hAnsi="Times New Roman" w:eastAsia="宋体"/>
                <w:b w:val="0"/>
                <w:sz w:val="21"/>
              </w:rPr>
              <w:t>电子信息工程</w:t>
            </w:r>
          </w:p>
        </w:tc>
      </w:tr>
      <w:tr>
        <w:tc>
          <w:tcPr>
            <w:tcW w:type="dxa" w:w="1439"/>
          </w:tcPr>
          <w:p>
            <w:pPr>
              <w:spacing w:after="20" w:before="20"/>
            </w:pPr>
            <w:r/>
            <w:r>
              <w:rPr>
                <w:rFonts w:ascii="Times New Roman" w:hAnsi="Times New Roman" w:eastAsia="宋体"/>
                <w:b w:val="0"/>
                <w:sz w:val="21"/>
              </w:rPr>
              <w:t>67</w:t>
            </w:r>
          </w:p>
        </w:tc>
        <w:tc>
          <w:tcPr>
            <w:tcW w:type="dxa" w:w="1439"/>
          </w:tcPr>
          <w:p>
            <w:pPr>
              <w:spacing w:after="20" w:before="20"/>
            </w:pPr>
            <w:r/>
            <w:r>
              <w:rPr>
                <w:rFonts w:ascii="Times New Roman" w:hAnsi="Times New Roman" w:eastAsia="宋体"/>
                <w:b w:val="0"/>
                <w:sz w:val="21"/>
              </w:rPr>
              <w:t>电气信息学院</w:t>
            </w:r>
          </w:p>
        </w:tc>
        <w:tc>
          <w:tcPr>
            <w:tcW w:type="dxa" w:w="1439"/>
          </w:tcPr>
          <w:p>
            <w:pPr>
              <w:spacing w:after="20" w:before="20"/>
            </w:pPr>
            <w:r/>
            <w:r>
              <w:rPr>
                <w:rFonts w:ascii="Times New Roman" w:hAnsi="Times New Roman" w:eastAsia="宋体"/>
                <w:b w:val="0"/>
                <w:sz w:val="21"/>
              </w:rPr>
              <w:t>胡泽南</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2203150218</w:t>
            </w:r>
          </w:p>
        </w:tc>
        <w:tc>
          <w:tcPr>
            <w:tcW w:type="dxa" w:w="1439"/>
          </w:tcPr>
          <w:p>
            <w:pPr>
              <w:spacing w:after="20" w:before="20"/>
            </w:pPr>
            <w:r/>
            <w:r>
              <w:rPr>
                <w:rFonts w:ascii="Times New Roman" w:hAnsi="Times New Roman" w:eastAsia="宋体"/>
                <w:b w:val="0"/>
                <w:sz w:val="21"/>
              </w:rPr>
              <w:t>电子信息工程</w:t>
            </w:r>
          </w:p>
        </w:tc>
      </w:tr>
      <w:tr>
        <w:tc>
          <w:tcPr>
            <w:tcW w:type="dxa" w:w="1439"/>
          </w:tcPr>
          <w:p>
            <w:pPr>
              <w:spacing w:after="20" w:before="20"/>
            </w:pPr>
            <w:r/>
            <w:r>
              <w:rPr>
                <w:rFonts w:ascii="Times New Roman" w:hAnsi="Times New Roman" w:eastAsia="宋体"/>
                <w:b w:val="0"/>
                <w:sz w:val="21"/>
              </w:rPr>
              <w:t>68</w:t>
            </w:r>
          </w:p>
        </w:tc>
        <w:tc>
          <w:tcPr>
            <w:tcW w:type="dxa" w:w="1439"/>
          </w:tcPr>
          <w:p>
            <w:pPr>
              <w:spacing w:after="20" w:before="20"/>
            </w:pPr>
            <w:r/>
            <w:r>
              <w:rPr>
                <w:rFonts w:ascii="Times New Roman" w:hAnsi="Times New Roman" w:eastAsia="宋体"/>
                <w:b w:val="0"/>
                <w:sz w:val="21"/>
              </w:rPr>
              <w:t>电气信息学院</w:t>
            </w:r>
          </w:p>
        </w:tc>
        <w:tc>
          <w:tcPr>
            <w:tcW w:type="dxa" w:w="1439"/>
          </w:tcPr>
          <w:p>
            <w:pPr>
              <w:spacing w:after="20" w:before="20"/>
            </w:pPr>
            <w:r/>
            <w:r>
              <w:rPr>
                <w:rFonts w:ascii="Times New Roman" w:hAnsi="Times New Roman" w:eastAsia="宋体"/>
                <w:b w:val="0"/>
                <w:sz w:val="21"/>
              </w:rPr>
              <w:t>龚静怡</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2203150121</w:t>
            </w:r>
          </w:p>
        </w:tc>
        <w:tc>
          <w:tcPr>
            <w:tcW w:type="dxa" w:w="1439"/>
          </w:tcPr>
          <w:p>
            <w:pPr>
              <w:spacing w:after="20" w:before="20"/>
            </w:pPr>
            <w:r/>
            <w:r>
              <w:rPr>
                <w:rFonts w:ascii="Times New Roman" w:hAnsi="Times New Roman" w:eastAsia="宋体"/>
                <w:b w:val="0"/>
                <w:sz w:val="21"/>
              </w:rPr>
              <w:t>电子信息工程</w:t>
            </w:r>
          </w:p>
        </w:tc>
      </w:tr>
      <w:tr>
        <w:tc>
          <w:tcPr>
            <w:tcW w:type="dxa" w:w="1439"/>
          </w:tcPr>
          <w:p>
            <w:pPr>
              <w:spacing w:after="20" w:before="20"/>
            </w:pPr>
            <w:r/>
            <w:r>
              <w:rPr>
                <w:rFonts w:ascii="Times New Roman" w:hAnsi="Times New Roman" w:eastAsia="宋体"/>
                <w:b w:val="0"/>
                <w:sz w:val="21"/>
              </w:rPr>
              <w:t>69</w:t>
            </w:r>
          </w:p>
        </w:tc>
        <w:tc>
          <w:tcPr>
            <w:tcW w:type="dxa" w:w="1439"/>
          </w:tcPr>
          <w:p>
            <w:pPr>
              <w:spacing w:after="20" w:before="20"/>
            </w:pPr>
            <w:r/>
            <w:r>
              <w:rPr>
                <w:rFonts w:ascii="Times New Roman" w:hAnsi="Times New Roman" w:eastAsia="宋体"/>
                <w:b w:val="0"/>
                <w:sz w:val="21"/>
              </w:rPr>
              <w:t>电气信息学院</w:t>
            </w:r>
          </w:p>
        </w:tc>
        <w:tc>
          <w:tcPr>
            <w:tcW w:type="dxa" w:w="1439"/>
          </w:tcPr>
          <w:p>
            <w:pPr>
              <w:spacing w:after="20" w:before="20"/>
            </w:pPr>
            <w:r/>
            <w:r>
              <w:rPr>
                <w:rFonts w:ascii="Times New Roman" w:hAnsi="Times New Roman" w:eastAsia="宋体"/>
                <w:b w:val="0"/>
                <w:sz w:val="21"/>
              </w:rPr>
              <w:t>冯立群</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2203170228</w:t>
            </w:r>
          </w:p>
        </w:tc>
        <w:tc>
          <w:tcPr>
            <w:tcW w:type="dxa" w:w="1439"/>
          </w:tcPr>
          <w:p>
            <w:pPr>
              <w:spacing w:after="20" w:before="20"/>
            </w:pPr>
            <w:r/>
            <w:r>
              <w:rPr>
                <w:rFonts w:ascii="Times New Roman" w:hAnsi="Times New Roman" w:eastAsia="宋体"/>
                <w:b w:val="0"/>
                <w:sz w:val="21"/>
              </w:rPr>
              <w:t>通信工程</w:t>
            </w:r>
          </w:p>
        </w:tc>
      </w:tr>
      <w:tr>
        <w:tc>
          <w:tcPr>
            <w:tcW w:type="dxa" w:w="1439"/>
          </w:tcPr>
          <w:p>
            <w:pPr>
              <w:spacing w:after="20" w:before="20"/>
            </w:pPr>
            <w:r/>
            <w:r>
              <w:rPr>
                <w:rFonts w:ascii="Times New Roman" w:hAnsi="Times New Roman" w:eastAsia="宋体"/>
                <w:b w:val="0"/>
                <w:sz w:val="21"/>
              </w:rPr>
              <w:t>70</w:t>
            </w:r>
          </w:p>
        </w:tc>
        <w:tc>
          <w:tcPr>
            <w:tcW w:type="dxa" w:w="1439"/>
          </w:tcPr>
          <w:p>
            <w:pPr>
              <w:spacing w:after="20" w:before="20"/>
            </w:pPr>
            <w:r/>
            <w:r>
              <w:rPr>
                <w:rFonts w:ascii="Times New Roman" w:hAnsi="Times New Roman" w:eastAsia="宋体"/>
                <w:b w:val="0"/>
                <w:sz w:val="21"/>
              </w:rPr>
              <w:t>电气信息学院</w:t>
            </w:r>
          </w:p>
        </w:tc>
        <w:tc>
          <w:tcPr>
            <w:tcW w:type="dxa" w:w="1439"/>
          </w:tcPr>
          <w:p>
            <w:pPr>
              <w:spacing w:after="20" w:before="20"/>
            </w:pPr>
            <w:r/>
            <w:r>
              <w:rPr>
                <w:rFonts w:ascii="Times New Roman" w:hAnsi="Times New Roman" w:eastAsia="宋体"/>
                <w:b w:val="0"/>
                <w:sz w:val="21"/>
              </w:rPr>
              <w:t>汪巧玲</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2203170216</w:t>
            </w:r>
          </w:p>
        </w:tc>
        <w:tc>
          <w:tcPr>
            <w:tcW w:type="dxa" w:w="1439"/>
          </w:tcPr>
          <w:p>
            <w:pPr>
              <w:spacing w:after="20" w:before="20"/>
            </w:pPr>
            <w:r/>
            <w:r>
              <w:rPr>
                <w:rFonts w:ascii="Times New Roman" w:hAnsi="Times New Roman" w:eastAsia="宋体"/>
                <w:b w:val="0"/>
                <w:sz w:val="21"/>
              </w:rPr>
              <w:t>通信工程</w:t>
            </w:r>
          </w:p>
        </w:tc>
      </w:tr>
      <w:tr>
        <w:tc>
          <w:tcPr>
            <w:tcW w:type="dxa" w:w="1439"/>
          </w:tcPr>
          <w:p>
            <w:pPr>
              <w:spacing w:after="20" w:before="20"/>
            </w:pPr>
            <w:r/>
            <w:r>
              <w:rPr>
                <w:rFonts w:ascii="Times New Roman" w:hAnsi="Times New Roman" w:eastAsia="宋体"/>
                <w:b w:val="0"/>
                <w:sz w:val="21"/>
              </w:rPr>
              <w:t>71</w:t>
            </w:r>
          </w:p>
        </w:tc>
        <w:tc>
          <w:tcPr>
            <w:tcW w:type="dxa" w:w="1439"/>
          </w:tcPr>
          <w:p>
            <w:pPr>
              <w:spacing w:after="20" w:before="20"/>
            </w:pPr>
            <w:r/>
            <w:r>
              <w:rPr>
                <w:rFonts w:ascii="Times New Roman" w:hAnsi="Times New Roman" w:eastAsia="宋体"/>
                <w:b w:val="0"/>
                <w:sz w:val="21"/>
              </w:rPr>
              <w:t>电气信息学院</w:t>
            </w:r>
          </w:p>
        </w:tc>
        <w:tc>
          <w:tcPr>
            <w:tcW w:type="dxa" w:w="1439"/>
          </w:tcPr>
          <w:p>
            <w:pPr>
              <w:spacing w:after="20" w:before="20"/>
            </w:pPr>
            <w:r/>
            <w:r>
              <w:rPr>
                <w:rFonts w:ascii="Times New Roman" w:hAnsi="Times New Roman" w:eastAsia="宋体"/>
                <w:b w:val="0"/>
                <w:sz w:val="21"/>
              </w:rPr>
              <w:t>黄阳</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2203170203</w:t>
            </w:r>
          </w:p>
        </w:tc>
        <w:tc>
          <w:tcPr>
            <w:tcW w:type="dxa" w:w="1439"/>
          </w:tcPr>
          <w:p>
            <w:pPr>
              <w:spacing w:after="20" w:before="20"/>
            </w:pPr>
            <w:r/>
            <w:r>
              <w:rPr>
                <w:rFonts w:ascii="Times New Roman" w:hAnsi="Times New Roman" w:eastAsia="宋体"/>
                <w:b w:val="0"/>
                <w:sz w:val="21"/>
              </w:rPr>
              <w:t>通信工程</w:t>
            </w:r>
          </w:p>
        </w:tc>
      </w:tr>
      <w:tr>
        <w:tc>
          <w:tcPr>
            <w:tcW w:type="dxa" w:w="1439"/>
          </w:tcPr>
          <w:p>
            <w:pPr>
              <w:spacing w:after="20" w:before="20"/>
            </w:pPr>
            <w:r/>
            <w:r>
              <w:rPr>
                <w:rFonts w:ascii="Times New Roman" w:hAnsi="Times New Roman" w:eastAsia="宋体"/>
                <w:b w:val="0"/>
                <w:sz w:val="21"/>
              </w:rPr>
              <w:t>72</w:t>
            </w:r>
          </w:p>
        </w:tc>
        <w:tc>
          <w:tcPr>
            <w:tcW w:type="dxa" w:w="1439"/>
          </w:tcPr>
          <w:p>
            <w:pPr>
              <w:spacing w:after="20" w:before="20"/>
            </w:pPr>
            <w:r/>
            <w:r>
              <w:rPr>
                <w:rFonts w:ascii="Times New Roman" w:hAnsi="Times New Roman" w:eastAsia="宋体"/>
                <w:b w:val="0"/>
                <w:sz w:val="21"/>
              </w:rPr>
              <w:t>电气信息学院</w:t>
            </w:r>
          </w:p>
        </w:tc>
        <w:tc>
          <w:tcPr>
            <w:tcW w:type="dxa" w:w="1439"/>
          </w:tcPr>
          <w:p>
            <w:pPr>
              <w:spacing w:after="20" w:before="20"/>
            </w:pPr>
            <w:r/>
            <w:r>
              <w:rPr>
                <w:rFonts w:ascii="Times New Roman" w:hAnsi="Times New Roman" w:eastAsia="宋体"/>
                <w:b w:val="0"/>
                <w:sz w:val="21"/>
              </w:rPr>
              <w:t>彭仪然</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2203170108</w:t>
            </w:r>
          </w:p>
        </w:tc>
        <w:tc>
          <w:tcPr>
            <w:tcW w:type="dxa" w:w="1439"/>
          </w:tcPr>
          <w:p>
            <w:pPr>
              <w:spacing w:after="20" w:before="20"/>
            </w:pPr>
            <w:r/>
            <w:r>
              <w:rPr>
                <w:rFonts w:ascii="Times New Roman" w:hAnsi="Times New Roman" w:eastAsia="宋体"/>
                <w:b w:val="0"/>
                <w:sz w:val="21"/>
              </w:rPr>
              <w:t>通信工程</w:t>
            </w:r>
          </w:p>
        </w:tc>
      </w:tr>
      <w:tr>
        <w:tc>
          <w:tcPr>
            <w:tcW w:type="dxa" w:w="1439"/>
          </w:tcPr>
          <w:p>
            <w:pPr>
              <w:spacing w:after="20" w:before="20"/>
            </w:pPr>
            <w:r/>
            <w:r>
              <w:rPr>
                <w:rFonts w:ascii="Times New Roman" w:hAnsi="Times New Roman" w:eastAsia="宋体"/>
                <w:b w:val="0"/>
                <w:sz w:val="21"/>
              </w:rPr>
              <w:t>73</w:t>
            </w:r>
          </w:p>
        </w:tc>
        <w:tc>
          <w:tcPr>
            <w:tcW w:type="dxa" w:w="1439"/>
          </w:tcPr>
          <w:p>
            <w:pPr>
              <w:spacing w:after="20" w:before="20"/>
            </w:pPr>
            <w:r/>
            <w:r>
              <w:rPr>
                <w:rFonts w:ascii="Times New Roman" w:hAnsi="Times New Roman" w:eastAsia="宋体"/>
                <w:b w:val="0"/>
                <w:sz w:val="21"/>
              </w:rPr>
              <w:t>电气信息学院</w:t>
            </w:r>
          </w:p>
        </w:tc>
        <w:tc>
          <w:tcPr>
            <w:tcW w:type="dxa" w:w="1439"/>
          </w:tcPr>
          <w:p>
            <w:pPr>
              <w:spacing w:after="20" w:before="20"/>
            </w:pPr>
            <w:r/>
            <w:r>
              <w:rPr>
                <w:rFonts w:ascii="Times New Roman" w:hAnsi="Times New Roman" w:eastAsia="宋体"/>
                <w:b w:val="0"/>
                <w:sz w:val="21"/>
              </w:rPr>
              <w:t>孙楠</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2203210305</w:t>
            </w:r>
          </w:p>
        </w:tc>
        <w:tc>
          <w:tcPr>
            <w:tcW w:type="dxa" w:w="1439"/>
          </w:tcPr>
          <w:p>
            <w:pPr>
              <w:spacing w:after="20" w:before="20"/>
            </w:pPr>
            <w:r/>
            <w:r>
              <w:rPr>
                <w:rFonts w:ascii="Times New Roman" w:hAnsi="Times New Roman" w:eastAsia="宋体"/>
                <w:b w:val="0"/>
                <w:sz w:val="21"/>
              </w:rPr>
              <w:t>信息工程</w:t>
            </w:r>
          </w:p>
        </w:tc>
      </w:tr>
      <w:tr>
        <w:tc>
          <w:tcPr>
            <w:tcW w:type="dxa" w:w="1439"/>
          </w:tcPr>
          <w:p>
            <w:pPr>
              <w:spacing w:after="20" w:before="20"/>
            </w:pPr>
            <w:r/>
            <w:r>
              <w:rPr>
                <w:rFonts w:ascii="Times New Roman" w:hAnsi="Times New Roman" w:eastAsia="宋体"/>
                <w:b w:val="0"/>
                <w:sz w:val="21"/>
              </w:rPr>
              <w:t>74</w:t>
            </w:r>
          </w:p>
        </w:tc>
        <w:tc>
          <w:tcPr>
            <w:tcW w:type="dxa" w:w="1439"/>
          </w:tcPr>
          <w:p>
            <w:pPr>
              <w:spacing w:after="20" w:before="20"/>
            </w:pPr>
            <w:r/>
            <w:r>
              <w:rPr>
                <w:rFonts w:ascii="Times New Roman" w:hAnsi="Times New Roman" w:eastAsia="宋体"/>
                <w:b w:val="0"/>
                <w:sz w:val="21"/>
              </w:rPr>
              <w:t>电气信息学院</w:t>
            </w:r>
          </w:p>
        </w:tc>
        <w:tc>
          <w:tcPr>
            <w:tcW w:type="dxa" w:w="1439"/>
          </w:tcPr>
          <w:p>
            <w:pPr>
              <w:spacing w:after="20" w:before="20"/>
            </w:pPr>
            <w:r/>
            <w:r>
              <w:rPr>
                <w:rFonts w:ascii="Times New Roman" w:hAnsi="Times New Roman" w:eastAsia="宋体"/>
                <w:b w:val="0"/>
                <w:sz w:val="21"/>
              </w:rPr>
              <w:t>韩世扬</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2203210204</w:t>
            </w:r>
          </w:p>
        </w:tc>
        <w:tc>
          <w:tcPr>
            <w:tcW w:type="dxa" w:w="1439"/>
          </w:tcPr>
          <w:p>
            <w:pPr>
              <w:spacing w:after="20" w:before="20"/>
            </w:pPr>
            <w:r/>
            <w:r>
              <w:rPr>
                <w:rFonts w:ascii="Times New Roman" w:hAnsi="Times New Roman" w:eastAsia="宋体"/>
                <w:b w:val="0"/>
                <w:sz w:val="21"/>
              </w:rPr>
              <w:t>信息工程</w:t>
            </w:r>
          </w:p>
        </w:tc>
      </w:tr>
      <w:tr>
        <w:tc>
          <w:tcPr>
            <w:tcW w:type="dxa" w:w="1439"/>
          </w:tcPr>
          <w:p>
            <w:pPr>
              <w:spacing w:after="20" w:before="20"/>
            </w:pPr>
            <w:r/>
            <w:r>
              <w:rPr>
                <w:rFonts w:ascii="Times New Roman" w:hAnsi="Times New Roman" w:eastAsia="宋体"/>
                <w:b w:val="0"/>
                <w:sz w:val="21"/>
              </w:rPr>
              <w:t>75</w:t>
            </w:r>
          </w:p>
        </w:tc>
        <w:tc>
          <w:tcPr>
            <w:tcW w:type="dxa" w:w="1439"/>
          </w:tcPr>
          <w:p>
            <w:pPr>
              <w:spacing w:after="20" w:before="20"/>
            </w:pPr>
            <w:r/>
            <w:r>
              <w:rPr>
                <w:rFonts w:ascii="Times New Roman" w:hAnsi="Times New Roman" w:eastAsia="宋体"/>
                <w:b w:val="0"/>
                <w:sz w:val="21"/>
              </w:rPr>
              <w:t>电气信息学院</w:t>
            </w:r>
          </w:p>
        </w:tc>
        <w:tc>
          <w:tcPr>
            <w:tcW w:type="dxa" w:w="1439"/>
          </w:tcPr>
          <w:p>
            <w:pPr>
              <w:spacing w:after="20" w:before="20"/>
            </w:pPr>
            <w:r/>
            <w:r>
              <w:rPr>
                <w:rFonts w:ascii="Times New Roman" w:hAnsi="Times New Roman" w:eastAsia="宋体"/>
                <w:b w:val="0"/>
                <w:sz w:val="21"/>
              </w:rPr>
              <w:t>陶东博</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2203210202</w:t>
            </w:r>
          </w:p>
        </w:tc>
        <w:tc>
          <w:tcPr>
            <w:tcW w:type="dxa" w:w="1439"/>
          </w:tcPr>
          <w:p>
            <w:pPr>
              <w:spacing w:after="20" w:before="20"/>
            </w:pPr>
            <w:r/>
            <w:r>
              <w:rPr>
                <w:rFonts w:ascii="Times New Roman" w:hAnsi="Times New Roman" w:eastAsia="宋体"/>
                <w:b w:val="0"/>
                <w:sz w:val="21"/>
              </w:rPr>
              <w:t>信息工程</w:t>
            </w:r>
          </w:p>
        </w:tc>
      </w:tr>
      <w:tr>
        <w:tc>
          <w:tcPr>
            <w:tcW w:type="dxa" w:w="1439"/>
          </w:tcPr>
          <w:p>
            <w:pPr>
              <w:spacing w:after="20" w:before="20"/>
            </w:pPr>
            <w:r/>
            <w:r>
              <w:rPr>
                <w:rFonts w:ascii="Times New Roman" w:hAnsi="Times New Roman" w:eastAsia="宋体"/>
                <w:b w:val="0"/>
                <w:sz w:val="21"/>
              </w:rPr>
              <w:t>76</w:t>
            </w:r>
          </w:p>
        </w:tc>
        <w:tc>
          <w:tcPr>
            <w:tcW w:type="dxa" w:w="1439"/>
          </w:tcPr>
          <w:p>
            <w:pPr>
              <w:spacing w:after="20" w:before="20"/>
            </w:pPr>
            <w:r/>
            <w:r>
              <w:rPr>
                <w:rFonts w:ascii="Times New Roman" w:hAnsi="Times New Roman" w:eastAsia="宋体"/>
                <w:b w:val="0"/>
                <w:sz w:val="21"/>
              </w:rPr>
              <w:t>电气信息学院</w:t>
            </w:r>
          </w:p>
        </w:tc>
        <w:tc>
          <w:tcPr>
            <w:tcW w:type="dxa" w:w="1439"/>
          </w:tcPr>
          <w:p>
            <w:pPr>
              <w:spacing w:after="20" w:before="20"/>
            </w:pPr>
            <w:r/>
            <w:r>
              <w:rPr>
                <w:rFonts w:ascii="Times New Roman" w:hAnsi="Times New Roman" w:eastAsia="宋体"/>
                <w:b w:val="0"/>
                <w:sz w:val="21"/>
              </w:rPr>
              <w:t>夏梦菡</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2203040201</w:t>
            </w:r>
          </w:p>
        </w:tc>
        <w:tc>
          <w:tcPr>
            <w:tcW w:type="dxa" w:w="1439"/>
          </w:tcPr>
          <w:p>
            <w:pPr>
              <w:spacing w:after="20" w:before="20"/>
            </w:pPr>
            <w:r/>
            <w:r>
              <w:rPr>
                <w:rFonts w:ascii="Times New Roman" w:hAnsi="Times New Roman" w:eastAsia="宋体"/>
                <w:b w:val="0"/>
                <w:sz w:val="21"/>
              </w:rPr>
              <w:t>自动化（智能控制与技术方向）</w:t>
            </w:r>
          </w:p>
        </w:tc>
      </w:tr>
      <w:tr>
        <w:tc>
          <w:tcPr>
            <w:tcW w:type="dxa" w:w="1439"/>
          </w:tcPr>
          <w:p>
            <w:pPr>
              <w:spacing w:after="20" w:before="20"/>
            </w:pPr>
            <w:r/>
            <w:r>
              <w:rPr>
                <w:rFonts w:ascii="Times New Roman" w:hAnsi="Times New Roman" w:eastAsia="宋体"/>
                <w:b w:val="0"/>
                <w:sz w:val="21"/>
              </w:rPr>
              <w:t>77</w:t>
            </w:r>
          </w:p>
        </w:tc>
        <w:tc>
          <w:tcPr>
            <w:tcW w:type="dxa" w:w="1439"/>
          </w:tcPr>
          <w:p>
            <w:pPr>
              <w:spacing w:after="20" w:before="20"/>
            </w:pPr>
            <w:r/>
            <w:r>
              <w:rPr>
                <w:rFonts w:ascii="Times New Roman" w:hAnsi="Times New Roman" w:eastAsia="宋体"/>
                <w:b w:val="0"/>
                <w:sz w:val="21"/>
              </w:rPr>
              <w:t>电气信息学院</w:t>
            </w:r>
          </w:p>
        </w:tc>
        <w:tc>
          <w:tcPr>
            <w:tcW w:type="dxa" w:w="1439"/>
          </w:tcPr>
          <w:p>
            <w:pPr>
              <w:spacing w:after="20" w:before="20"/>
            </w:pPr>
            <w:r/>
            <w:r>
              <w:rPr>
                <w:rFonts w:ascii="Times New Roman" w:hAnsi="Times New Roman" w:eastAsia="宋体"/>
                <w:b w:val="0"/>
                <w:sz w:val="21"/>
              </w:rPr>
              <w:t>彭铖昊</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2203040311</w:t>
            </w:r>
          </w:p>
        </w:tc>
        <w:tc>
          <w:tcPr>
            <w:tcW w:type="dxa" w:w="1439"/>
          </w:tcPr>
          <w:p>
            <w:pPr>
              <w:spacing w:after="20" w:before="20"/>
            </w:pPr>
            <w:r/>
            <w:r>
              <w:rPr>
                <w:rFonts w:ascii="Times New Roman" w:hAnsi="Times New Roman" w:eastAsia="宋体"/>
                <w:b w:val="0"/>
                <w:sz w:val="21"/>
              </w:rPr>
              <w:t>自动化（工业自动化方向）</w:t>
            </w:r>
          </w:p>
        </w:tc>
      </w:tr>
      <w:tr>
        <w:tc>
          <w:tcPr>
            <w:tcW w:type="dxa" w:w="1439"/>
          </w:tcPr>
          <w:p>
            <w:pPr>
              <w:spacing w:after="20" w:before="20"/>
            </w:pPr>
            <w:r/>
            <w:r>
              <w:rPr>
                <w:rFonts w:ascii="Times New Roman" w:hAnsi="Times New Roman" w:eastAsia="宋体"/>
                <w:b w:val="0"/>
                <w:sz w:val="21"/>
              </w:rPr>
              <w:t>78</w:t>
            </w:r>
          </w:p>
        </w:tc>
        <w:tc>
          <w:tcPr>
            <w:tcW w:type="dxa" w:w="1439"/>
          </w:tcPr>
          <w:p>
            <w:pPr>
              <w:spacing w:after="20" w:before="20"/>
            </w:pPr>
            <w:r/>
            <w:r>
              <w:rPr>
                <w:rFonts w:ascii="Times New Roman" w:hAnsi="Times New Roman" w:eastAsia="宋体"/>
                <w:b w:val="0"/>
                <w:sz w:val="21"/>
              </w:rPr>
              <w:t>电气信息学院</w:t>
            </w:r>
          </w:p>
        </w:tc>
        <w:tc>
          <w:tcPr>
            <w:tcW w:type="dxa" w:w="1439"/>
          </w:tcPr>
          <w:p>
            <w:pPr>
              <w:spacing w:after="20" w:before="20"/>
            </w:pPr>
            <w:r/>
            <w:r>
              <w:rPr>
                <w:rFonts w:ascii="Times New Roman" w:hAnsi="Times New Roman" w:eastAsia="宋体"/>
                <w:b w:val="0"/>
                <w:sz w:val="21"/>
              </w:rPr>
              <w:t>胡欣妍</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2203040113</w:t>
            </w:r>
          </w:p>
        </w:tc>
        <w:tc>
          <w:tcPr>
            <w:tcW w:type="dxa" w:w="1439"/>
          </w:tcPr>
          <w:p>
            <w:pPr>
              <w:spacing w:after="20" w:before="20"/>
            </w:pPr>
            <w:r/>
            <w:r>
              <w:rPr>
                <w:rFonts w:ascii="Times New Roman" w:hAnsi="Times New Roman" w:eastAsia="宋体"/>
                <w:b w:val="0"/>
                <w:sz w:val="21"/>
              </w:rPr>
              <w:t>自动化（智能控制与技术方向）</w:t>
            </w:r>
          </w:p>
        </w:tc>
      </w:tr>
      <w:tr>
        <w:tc>
          <w:tcPr>
            <w:tcW w:type="dxa" w:w="1439"/>
          </w:tcPr>
          <w:p>
            <w:pPr>
              <w:spacing w:after="20" w:before="20"/>
            </w:pPr>
            <w:r/>
            <w:r>
              <w:rPr>
                <w:rFonts w:ascii="Times New Roman" w:hAnsi="Times New Roman" w:eastAsia="宋体"/>
                <w:b w:val="0"/>
                <w:sz w:val="21"/>
              </w:rPr>
              <w:t>79</w:t>
            </w:r>
          </w:p>
        </w:tc>
        <w:tc>
          <w:tcPr>
            <w:tcW w:type="dxa" w:w="1439"/>
          </w:tcPr>
          <w:p>
            <w:pPr>
              <w:spacing w:after="20" w:before="20"/>
            </w:pPr>
            <w:r/>
            <w:r>
              <w:rPr>
                <w:rFonts w:ascii="Times New Roman" w:hAnsi="Times New Roman" w:eastAsia="宋体"/>
                <w:b w:val="0"/>
                <w:sz w:val="21"/>
              </w:rPr>
              <w:t>电气信息学院</w:t>
            </w:r>
          </w:p>
        </w:tc>
        <w:tc>
          <w:tcPr>
            <w:tcW w:type="dxa" w:w="1439"/>
          </w:tcPr>
          <w:p>
            <w:pPr>
              <w:spacing w:after="20" w:before="20"/>
            </w:pPr>
            <w:r/>
            <w:r>
              <w:rPr>
                <w:rFonts w:ascii="Times New Roman" w:hAnsi="Times New Roman" w:eastAsia="宋体"/>
                <w:b w:val="0"/>
                <w:sz w:val="21"/>
              </w:rPr>
              <w:t>曹年刚</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2203040403</w:t>
            </w:r>
          </w:p>
        </w:tc>
        <w:tc>
          <w:tcPr>
            <w:tcW w:type="dxa" w:w="1439"/>
          </w:tcPr>
          <w:p>
            <w:pPr>
              <w:spacing w:after="20" w:before="20"/>
            </w:pPr>
            <w:r/>
            <w:r>
              <w:rPr>
                <w:rFonts w:ascii="Times New Roman" w:hAnsi="Times New Roman" w:eastAsia="宋体"/>
                <w:b w:val="0"/>
                <w:sz w:val="21"/>
              </w:rPr>
              <w:t>自动化（工业自动化方向）</w:t>
            </w:r>
          </w:p>
        </w:tc>
      </w:tr>
      <w:tr>
        <w:tc>
          <w:tcPr>
            <w:tcW w:type="dxa" w:w="1439"/>
          </w:tcPr>
          <w:p>
            <w:pPr>
              <w:spacing w:after="20" w:before="20"/>
            </w:pPr>
            <w:r/>
            <w:r>
              <w:rPr>
                <w:rFonts w:ascii="Times New Roman" w:hAnsi="Times New Roman" w:eastAsia="宋体"/>
                <w:b w:val="0"/>
                <w:sz w:val="21"/>
              </w:rPr>
              <w:t>80</w:t>
            </w:r>
          </w:p>
        </w:tc>
        <w:tc>
          <w:tcPr>
            <w:tcW w:type="dxa" w:w="1439"/>
          </w:tcPr>
          <w:p>
            <w:pPr>
              <w:spacing w:after="20" w:before="20"/>
            </w:pPr>
            <w:r/>
            <w:r>
              <w:rPr>
                <w:rFonts w:ascii="Times New Roman" w:hAnsi="Times New Roman" w:eastAsia="宋体"/>
                <w:b w:val="0"/>
                <w:sz w:val="21"/>
              </w:rPr>
              <w:t>电气信息学院</w:t>
            </w:r>
          </w:p>
        </w:tc>
        <w:tc>
          <w:tcPr>
            <w:tcW w:type="dxa" w:w="1439"/>
          </w:tcPr>
          <w:p>
            <w:pPr>
              <w:spacing w:after="20" w:before="20"/>
            </w:pPr>
            <w:r/>
            <w:r>
              <w:rPr>
                <w:rFonts w:ascii="Times New Roman" w:hAnsi="Times New Roman" w:eastAsia="宋体"/>
                <w:b w:val="0"/>
                <w:sz w:val="21"/>
              </w:rPr>
              <w:t>任子昂</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2216010405</w:t>
            </w:r>
          </w:p>
        </w:tc>
        <w:tc>
          <w:tcPr>
            <w:tcW w:type="dxa" w:w="1439"/>
          </w:tcPr>
          <w:p>
            <w:pPr>
              <w:spacing w:after="20" w:before="20"/>
            </w:pPr>
            <w:r/>
            <w:r>
              <w:rPr>
                <w:rFonts w:ascii="Times New Roman" w:hAnsi="Times New Roman" w:eastAsia="宋体"/>
                <w:b w:val="0"/>
                <w:sz w:val="21"/>
              </w:rPr>
              <w:t>自动化（智能控制与技术方向）</w:t>
            </w:r>
          </w:p>
        </w:tc>
      </w:tr>
      <w:tr>
        <w:tc>
          <w:tcPr>
            <w:tcW w:type="dxa" w:w="1439"/>
          </w:tcPr>
          <w:p>
            <w:pPr>
              <w:spacing w:after="20" w:before="20"/>
            </w:pPr>
            <w:r/>
            <w:r>
              <w:rPr>
                <w:rFonts w:ascii="Times New Roman" w:hAnsi="Times New Roman" w:eastAsia="宋体"/>
                <w:b w:val="0"/>
                <w:sz w:val="21"/>
              </w:rPr>
              <w:t>81</w:t>
            </w:r>
          </w:p>
        </w:tc>
        <w:tc>
          <w:tcPr>
            <w:tcW w:type="dxa" w:w="1439"/>
          </w:tcPr>
          <w:p>
            <w:pPr>
              <w:spacing w:after="20" w:before="20"/>
            </w:pPr>
            <w:r/>
            <w:r>
              <w:rPr>
                <w:rFonts w:ascii="Times New Roman" w:hAnsi="Times New Roman" w:eastAsia="宋体"/>
                <w:b w:val="0"/>
                <w:sz w:val="21"/>
              </w:rPr>
              <w:t>电气信息学院</w:t>
            </w:r>
          </w:p>
        </w:tc>
        <w:tc>
          <w:tcPr>
            <w:tcW w:type="dxa" w:w="1439"/>
          </w:tcPr>
          <w:p>
            <w:pPr>
              <w:spacing w:after="20" w:before="20"/>
            </w:pPr>
            <w:r/>
            <w:r>
              <w:rPr>
                <w:rFonts w:ascii="Times New Roman" w:hAnsi="Times New Roman" w:eastAsia="宋体"/>
                <w:b w:val="0"/>
                <w:sz w:val="21"/>
              </w:rPr>
              <w:t>张如涛</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2203040314</w:t>
            </w:r>
          </w:p>
        </w:tc>
        <w:tc>
          <w:tcPr>
            <w:tcW w:type="dxa" w:w="1439"/>
          </w:tcPr>
          <w:p>
            <w:pPr>
              <w:spacing w:after="20" w:before="20"/>
            </w:pPr>
            <w:r/>
            <w:r>
              <w:rPr>
                <w:rFonts w:ascii="Times New Roman" w:hAnsi="Times New Roman" w:eastAsia="宋体"/>
                <w:b w:val="0"/>
                <w:sz w:val="21"/>
              </w:rPr>
              <w:t>自动化（智能控制与技术）</w:t>
            </w:r>
          </w:p>
        </w:tc>
      </w:tr>
      <w:tr>
        <w:tc>
          <w:tcPr>
            <w:tcW w:type="dxa" w:w="1439"/>
          </w:tcPr>
          <w:p>
            <w:pPr>
              <w:spacing w:after="20" w:before="20"/>
            </w:pPr>
            <w:r/>
            <w:r>
              <w:rPr>
                <w:rFonts w:ascii="Times New Roman" w:hAnsi="Times New Roman" w:eastAsia="宋体"/>
                <w:b w:val="0"/>
                <w:sz w:val="21"/>
              </w:rPr>
              <w:t>82</w:t>
            </w:r>
          </w:p>
        </w:tc>
        <w:tc>
          <w:tcPr>
            <w:tcW w:type="dxa" w:w="1439"/>
          </w:tcPr>
          <w:p>
            <w:pPr>
              <w:spacing w:after="20" w:before="20"/>
            </w:pPr>
            <w:r/>
            <w:r>
              <w:rPr>
                <w:rFonts w:ascii="Times New Roman" w:hAnsi="Times New Roman" w:eastAsia="宋体"/>
                <w:b w:val="0"/>
                <w:sz w:val="21"/>
              </w:rPr>
              <w:t>土木工程与建筑学院</w:t>
            </w:r>
          </w:p>
        </w:tc>
        <w:tc>
          <w:tcPr>
            <w:tcW w:type="dxa" w:w="1439"/>
          </w:tcPr>
          <w:p>
            <w:pPr>
              <w:spacing w:after="20" w:before="20"/>
            </w:pPr>
            <w:r/>
            <w:r>
              <w:rPr>
                <w:rFonts w:ascii="Times New Roman" w:hAnsi="Times New Roman" w:eastAsia="宋体"/>
                <w:b w:val="0"/>
                <w:sz w:val="21"/>
              </w:rPr>
              <w:t>崔惠珍</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2104010104</w:t>
            </w:r>
          </w:p>
        </w:tc>
        <w:tc>
          <w:tcPr>
            <w:tcW w:type="dxa" w:w="1439"/>
          </w:tcPr>
          <w:p>
            <w:pPr>
              <w:spacing w:after="20" w:before="20"/>
            </w:pPr>
            <w:r/>
            <w:r>
              <w:rPr>
                <w:rFonts w:ascii="Times New Roman" w:hAnsi="Times New Roman" w:eastAsia="宋体"/>
                <w:b w:val="0"/>
                <w:sz w:val="21"/>
              </w:rPr>
              <w:t>城乡规划</w:t>
            </w:r>
          </w:p>
        </w:tc>
      </w:tr>
      <w:tr>
        <w:tc>
          <w:tcPr>
            <w:tcW w:type="dxa" w:w="1439"/>
          </w:tcPr>
          <w:p>
            <w:pPr>
              <w:spacing w:after="20" w:before="20"/>
            </w:pPr>
            <w:r/>
            <w:r>
              <w:rPr>
                <w:rFonts w:ascii="Times New Roman" w:hAnsi="Times New Roman" w:eastAsia="宋体"/>
                <w:b w:val="0"/>
                <w:sz w:val="21"/>
              </w:rPr>
              <w:t>83</w:t>
            </w:r>
          </w:p>
        </w:tc>
        <w:tc>
          <w:tcPr>
            <w:tcW w:type="dxa" w:w="1439"/>
          </w:tcPr>
          <w:p>
            <w:pPr>
              <w:spacing w:after="20" w:before="20"/>
            </w:pPr>
            <w:r/>
            <w:r>
              <w:rPr>
                <w:rFonts w:ascii="Times New Roman" w:hAnsi="Times New Roman" w:eastAsia="宋体"/>
                <w:b w:val="0"/>
                <w:sz w:val="21"/>
              </w:rPr>
              <w:t>土木工程与建筑学院</w:t>
            </w:r>
          </w:p>
        </w:tc>
        <w:tc>
          <w:tcPr>
            <w:tcW w:type="dxa" w:w="1439"/>
          </w:tcPr>
          <w:p>
            <w:pPr>
              <w:spacing w:after="20" w:before="20"/>
            </w:pPr>
            <w:r/>
            <w:r>
              <w:rPr>
                <w:rFonts w:ascii="Times New Roman" w:hAnsi="Times New Roman" w:eastAsia="宋体"/>
                <w:b w:val="0"/>
                <w:sz w:val="21"/>
              </w:rPr>
              <w:t>阙亦羚</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2204090113</w:t>
            </w:r>
          </w:p>
        </w:tc>
        <w:tc>
          <w:tcPr>
            <w:tcW w:type="dxa" w:w="1439"/>
          </w:tcPr>
          <w:p>
            <w:pPr>
              <w:spacing w:after="20" w:before="20"/>
            </w:pPr>
            <w:r/>
            <w:r>
              <w:rPr>
                <w:rFonts w:ascii="Times New Roman" w:hAnsi="Times New Roman" w:eastAsia="宋体"/>
                <w:b w:val="0"/>
                <w:sz w:val="21"/>
              </w:rPr>
              <w:t>工程管理</w:t>
            </w:r>
          </w:p>
        </w:tc>
      </w:tr>
      <w:tr>
        <w:tc>
          <w:tcPr>
            <w:tcW w:type="dxa" w:w="1439"/>
          </w:tcPr>
          <w:p>
            <w:pPr>
              <w:spacing w:after="20" w:before="20"/>
            </w:pPr>
            <w:r/>
            <w:r>
              <w:rPr>
                <w:rFonts w:ascii="Times New Roman" w:hAnsi="Times New Roman" w:eastAsia="宋体"/>
                <w:b w:val="0"/>
                <w:sz w:val="21"/>
              </w:rPr>
              <w:t>84</w:t>
            </w:r>
          </w:p>
        </w:tc>
        <w:tc>
          <w:tcPr>
            <w:tcW w:type="dxa" w:w="1439"/>
          </w:tcPr>
          <w:p>
            <w:pPr>
              <w:spacing w:after="20" w:before="20"/>
            </w:pPr>
            <w:r/>
            <w:r>
              <w:rPr>
                <w:rFonts w:ascii="Times New Roman" w:hAnsi="Times New Roman" w:eastAsia="宋体"/>
                <w:b w:val="0"/>
                <w:sz w:val="21"/>
              </w:rPr>
              <w:t>土木工程与建筑学院</w:t>
            </w:r>
          </w:p>
        </w:tc>
        <w:tc>
          <w:tcPr>
            <w:tcW w:type="dxa" w:w="1439"/>
          </w:tcPr>
          <w:p>
            <w:pPr>
              <w:spacing w:after="20" w:before="20"/>
            </w:pPr>
            <w:r/>
            <w:r>
              <w:rPr>
                <w:rFonts w:ascii="Times New Roman" w:hAnsi="Times New Roman" w:eastAsia="宋体"/>
                <w:b w:val="0"/>
                <w:sz w:val="21"/>
              </w:rPr>
              <w:t>黄念</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2204090120</w:t>
            </w:r>
          </w:p>
        </w:tc>
        <w:tc>
          <w:tcPr>
            <w:tcW w:type="dxa" w:w="1439"/>
          </w:tcPr>
          <w:p>
            <w:pPr>
              <w:spacing w:after="20" w:before="20"/>
            </w:pPr>
            <w:r/>
            <w:r>
              <w:rPr>
                <w:rFonts w:ascii="Times New Roman" w:hAnsi="Times New Roman" w:eastAsia="宋体"/>
                <w:b w:val="0"/>
                <w:sz w:val="21"/>
              </w:rPr>
              <w:t>工程管理</w:t>
            </w:r>
          </w:p>
        </w:tc>
      </w:tr>
      <w:tr>
        <w:tc>
          <w:tcPr>
            <w:tcW w:type="dxa" w:w="1439"/>
          </w:tcPr>
          <w:p>
            <w:pPr>
              <w:spacing w:after="20" w:before="20"/>
            </w:pPr>
            <w:r/>
            <w:r>
              <w:rPr>
                <w:rFonts w:ascii="Times New Roman" w:hAnsi="Times New Roman" w:eastAsia="宋体"/>
                <w:b w:val="0"/>
                <w:sz w:val="21"/>
              </w:rPr>
              <w:t>85</w:t>
            </w:r>
          </w:p>
        </w:tc>
        <w:tc>
          <w:tcPr>
            <w:tcW w:type="dxa" w:w="1439"/>
          </w:tcPr>
          <w:p>
            <w:pPr>
              <w:spacing w:after="20" w:before="20"/>
            </w:pPr>
            <w:r/>
            <w:r>
              <w:rPr>
                <w:rFonts w:ascii="Times New Roman" w:hAnsi="Times New Roman" w:eastAsia="宋体"/>
                <w:b w:val="0"/>
                <w:sz w:val="21"/>
              </w:rPr>
              <w:t>土木工程与建筑学院</w:t>
            </w:r>
          </w:p>
        </w:tc>
        <w:tc>
          <w:tcPr>
            <w:tcW w:type="dxa" w:w="1439"/>
          </w:tcPr>
          <w:p>
            <w:pPr>
              <w:spacing w:after="20" w:before="20"/>
            </w:pPr>
            <w:r/>
            <w:r>
              <w:rPr>
                <w:rFonts w:ascii="Times New Roman" w:hAnsi="Times New Roman" w:eastAsia="宋体"/>
                <w:b w:val="0"/>
                <w:sz w:val="21"/>
              </w:rPr>
              <w:t>赵思杰</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2104010234</w:t>
            </w:r>
          </w:p>
        </w:tc>
        <w:tc>
          <w:tcPr>
            <w:tcW w:type="dxa" w:w="1439"/>
          </w:tcPr>
          <w:p>
            <w:pPr>
              <w:spacing w:after="20" w:before="20"/>
            </w:pPr>
            <w:r/>
            <w:r>
              <w:rPr>
                <w:rFonts w:ascii="Times New Roman" w:hAnsi="Times New Roman" w:eastAsia="宋体"/>
                <w:b w:val="0"/>
                <w:sz w:val="21"/>
              </w:rPr>
              <w:t>建筑学</w:t>
            </w:r>
          </w:p>
        </w:tc>
      </w:tr>
      <w:tr>
        <w:tc>
          <w:tcPr>
            <w:tcW w:type="dxa" w:w="1439"/>
          </w:tcPr>
          <w:p>
            <w:pPr>
              <w:spacing w:after="20" w:before="20"/>
            </w:pPr>
            <w:r/>
            <w:r>
              <w:rPr>
                <w:rFonts w:ascii="Times New Roman" w:hAnsi="Times New Roman" w:eastAsia="宋体"/>
                <w:b w:val="0"/>
                <w:sz w:val="21"/>
              </w:rPr>
              <w:t>86</w:t>
            </w:r>
          </w:p>
        </w:tc>
        <w:tc>
          <w:tcPr>
            <w:tcW w:type="dxa" w:w="1439"/>
          </w:tcPr>
          <w:p>
            <w:pPr>
              <w:spacing w:after="20" w:before="20"/>
            </w:pPr>
            <w:r/>
            <w:r>
              <w:rPr>
                <w:rFonts w:ascii="Times New Roman" w:hAnsi="Times New Roman" w:eastAsia="宋体"/>
                <w:b w:val="0"/>
                <w:sz w:val="21"/>
              </w:rPr>
              <w:t>土木工程与建筑学院</w:t>
            </w:r>
          </w:p>
        </w:tc>
        <w:tc>
          <w:tcPr>
            <w:tcW w:type="dxa" w:w="1439"/>
          </w:tcPr>
          <w:p>
            <w:pPr>
              <w:spacing w:after="20" w:before="20"/>
            </w:pPr>
            <w:r/>
            <w:r>
              <w:rPr>
                <w:rFonts w:ascii="Times New Roman" w:hAnsi="Times New Roman" w:eastAsia="宋体"/>
                <w:b w:val="0"/>
                <w:sz w:val="21"/>
              </w:rPr>
              <w:t>肖幕成</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2104010126</w:t>
            </w:r>
          </w:p>
        </w:tc>
        <w:tc>
          <w:tcPr>
            <w:tcW w:type="dxa" w:w="1439"/>
          </w:tcPr>
          <w:p>
            <w:pPr>
              <w:spacing w:after="20" w:before="20"/>
            </w:pPr>
            <w:r/>
            <w:r>
              <w:rPr>
                <w:rFonts w:ascii="Times New Roman" w:hAnsi="Times New Roman" w:eastAsia="宋体"/>
                <w:b w:val="0"/>
                <w:sz w:val="21"/>
              </w:rPr>
              <w:t>建筑学</w:t>
            </w:r>
          </w:p>
        </w:tc>
      </w:tr>
      <w:tr>
        <w:tc>
          <w:tcPr>
            <w:tcW w:type="dxa" w:w="1439"/>
          </w:tcPr>
          <w:p>
            <w:pPr>
              <w:spacing w:after="20" w:before="20"/>
            </w:pPr>
            <w:r/>
            <w:r>
              <w:rPr>
                <w:rFonts w:ascii="Times New Roman" w:hAnsi="Times New Roman" w:eastAsia="宋体"/>
                <w:b w:val="0"/>
                <w:sz w:val="21"/>
              </w:rPr>
              <w:t>87</w:t>
            </w:r>
          </w:p>
        </w:tc>
        <w:tc>
          <w:tcPr>
            <w:tcW w:type="dxa" w:w="1439"/>
          </w:tcPr>
          <w:p>
            <w:pPr>
              <w:spacing w:after="20" w:before="20"/>
            </w:pPr>
            <w:r/>
            <w:r>
              <w:rPr>
                <w:rFonts w:ascii="Times New Roman" w:hAnsi="Times New Roman" w:eastAsia="宋体"/>
                <w:b w:val="0"/>
                <w:sz w:val="21"/>
              </w:rPr>
              <w:t>土木工程与建筑学院</w:t>
            </w:r>
          </w:p>
        </w:tc>
        <w:tc>
          <w:tcPr>
            <w:tcW w:type="dxa" w:w="1439"/>
          </w:tcPr>
          <w:p>
            <w:pPr>
              <w:spacing w:after="20" w:before="20"/>
            </w:pPr>
            <w:r/>
            <w:r>
              <w:rPr>
                <w:rFonts w:ascii="Times New Roman" w:hAnsi="Times New Roman" w:eastAsia="宋体"/>
                <w:b w:val="0"/>
                <w:sz w:val="21"/>
              </w:rPr>
              <w:t>裴俊文</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2204040415</w:t>
            </w:r>
          </w:p>
        </w:tc>
        <w:tc>
          <w:tcPr>
            <w:tcW w:type="dxa" w:w="1439"/>
          </w:tcPr>
          <w:p>
            <w:pPr>
              <w:spacing w:after="20" w:before="20"/>
            </w:pPr>
            <w:r/>
            <w:r>
              <w:rPr>
                <w:rFonts w:ascii="Times New Roman" w:hAnsi="Times New Roman" w:eastAsia="宋体"/>
                <w:b w:val="0"/>
                <w:sz w:val="21"/>
              </w:rPr>
              <w:t>土木工程（道桥工程方向）</w:t>
            </w:r>
          </w:p>
        </w:tc>
      </w:tr>
      <w:tr>
        <w:tc>
          <w:tcPr>
            <w:tcW w:type="dxa" w:w="1439"/>
          </w:tcPr>
          <w:p>
            <w:pPr>
              <w:spacing w:after="20" w:before="20"/>
            </w:pPr>
            <w:r/>
            <w:r>
              <w:rPr>
                <w:rFonts w:ascii="Times New Roman" w:hAnsi="Times New Roman" w:eastAsia="宋体"/>
                <w:b w:val="0"/>
                <w:sz w:val="21"/>
              </w:rPr>
              <w:t>88</w:t>
            </w:r>
          </w:p>
        </w:tc>
        <w:tc>
          <w:tcPr>
            <w:tcW w:type="dxa" w:w="1439"/>
          </w:tcPr>
          <w:p>
            <w:pPr>
              <w:spacing w:after="20" w:before="20"/>
            </w:pPr>
            <w:r/>
            <w:r>
              <w:rPr>
                <w:rFonts w:ascii="Times New Roman" w:hAnsi="Times New Roman" w:eastAsia="宋体"/>
                <w:b w:val="0"/>
                <w:sz w:val="21"/>
              </w:rPr>
              <w:t>土木工程与建筑学院</w:t>
            </w:r>
          </w:p>
        </w:tc>
        <w:tc>
          <w:tcPr>
            <w:tcW w:type="dxa" w:w="1439"/>
          </w:tcPr>
          <w:p>
            <w:pPr>
              <w:spacing w:after="20" w:before="20"/>
            </w:pPr>
            <w:r/>
            <w:r>
              <w:rPr>
                <w:rFonts w:ascii="Times New Roman" w:hAnsi="Times New Roman" w:eastAsia="宋体"/>
                <w:b w:val="0"/>
                <w:sz w:val="21"/>
              </w:rPr>
              <w:t>汪文萱</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2204040112</w:t>
            </w:r>
          </w:p>
        </w:tc>
        <w:tc>
          <w:tcPr>
            <w:tcW w:type="dxa" w:w="1439"/>
          </w:tcPr>
          <w:p>
            <w:pPr>
              <w:spacing w:after="20" w:before="20"/>
            </w:pPr>
            <w:r/>
            <w:r>
              <w:rPr>
                <w:rFonts w:ascii="Times New Roman" w:hAnsi="Times New Roman" w:eastAsia="宋体"/>
                <w:b w:val="0"/>
                <w:sz w:val="21"/>
              </w:rPr>
              <w:t>土木工程（道桥工程方向）</w:t>
            </w:r>
          </w:p>
        </w:tc>
      </w:tr>
      <w:tr>
        <w:tc>
          <w:tcPr>
            <w:tcW w:type="dxa" w:w="1439"/>
          </w:tcPr>
          <w:p>
            <w:pPr>
              <w:spacing w:after="20" w:before="20"/>
            </w:pPr>
            <w:r/>
            <w:r>
              <w:rPr>
                <w:rFonts w:ascii="Times New Roman" w:hAnsi="Times New Roman" w:eastAsia="宋体"/>
                <w:b w:val="0"/>
                <w:sz w:val="21"/>
              </w:rPr>
              <w:t>89</w:t>
            </w:r>
          </w:p>
        </w:tc>
        <w:tc>
          <w:tcPr>
            <w:tcW w:type="dxa" w:w="1439"/>
          </w:tcPr>
          <w:p>
            <w:pPr>
              <w:spacing w:after="20" w:before="20"/>
            </w:pPr>
            <w:r/>
            <w:r>
              <w:rPr>
                <w:rFonts w:ascii="Times New Roman" w:hAnsi="Times New Roman" w:eastAsia="宋体"/>
                <w:b w:val="0"/>
                <w:sz w:val="21"/>
              </w:rPr>
              <w:t>土木工程与建筑学院</w:t>
            </w:r>
          </w:p>
        </w:tc>
        <w:tc>
          <w:tcPr>
            <w:tcW w:type="dxa" w:w="1439"/>
          </w:tcPr>
          <w:p>
            <w:pPr>
              <w:spacing w:after="20" w:before="20"/>
            </w:pPr>
            <w:r/>
            <w:r>
              <w:rPr>
                <w:rFonts w:ascii="Times New Roman" w:hAnsi="Times New Roman" w:eastAsia="宋体"/>
                <w:b w:val="0"/>
                <w:sz w:val="21"/>
              </w:rPr>
              <w:t>马月坤</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2204040104</w:t>
            </w:r>
          </w:p>
        </w:tc>
        <w:tc>
          <w:tcPr>
            <w:tcW w:type="dxa" w:w="1439"/>
          </w:tcPr>
          <w:p>
            <w:pPr>
              <w:spacing w:after="20" w:before="20"/>
            </w:pPr>
            <w:r/>
            <w:r>
              <w:rPr>
                <w:rFonts w:ascii="Times New Roman" w:hAnsi="Times New Roman" w:eastAsia="宋体"/>
                <w:b w:val="0"/>
                <w:sz w:val="21"/>
              </w:rPr>
              <w:t>土木工程（地下工程方向）</w:t>
            </w:r>
          </w:p>
        </w:tc>
      </w:tr>
      <w:tr>
        <w:tc>
          <w:tcPr>
            <w:tcW w:type="dxa" w:w="1439"/>
          </w:tcPr>
          <w:p>
            <w:pPr>
              <w:spacing w:after="20" w:before="20"/>
            </w:pPr>
            <w:r/>
            <w:r>
              <w:rPr>
                <w:rFonts w:ascii="Times New Roman" w:hAnsi="Times New Roman" w:eastAsia="宋体"/>
                <w:b w:val="0"/>
                <w:sz w:val="21"/>
              </w:rPr>
              <w:t>90</w:t>
            </w:r>
          </w:p>
        </w:tc>
        <w:tc>
          <w:tcPr>
            <w:tcW w:type="dxa" w:w="1439"/>
          </w:tcPr>
          <w:p>
            <w:pPr>
              <w:spacing w:after="20" w:before="20"/>
            </w:pPr>
            <w:r/>
            <w:r>
              <w:rPr>
                <w:rFonts w:ascii="Times New Roman" w:hAnsi="Times New Roman" w:eastAsia="宋体"/>
                <w:b w:val="0"/>
                <w:sz w:val="21"/>
              </w:rPr>
              <w:t>土木工程与建筑学院</w:t>
            </w:r>
          </w:p>
        </w:tc>
        <w:tc>
          <w:tcPr>
            <w:tcW w:type="dxa" w:w="1439"/>
          </w:tcPr>
          <w:p>
            <w:pPr>
              <w:spacing w:after="20" w:before="20"/>
            </w:pPr>
            <w:r/>
            <w:r>
              <w:rPr>
                <w:rFonts w:ascii="Times New Roman" w:hAnsi="Times New Roman" w:eastAsia="宋体"/>
                <w:b w:val="0"/>
                <w:sz w:val="21"/>
              </w:rPr>
              <w:t>张运超</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2204040615</w:t>
            </w:r>
          </w:p>
        </w:tc>
        <w:tc>
          <w:tcPr>
            <w:tcW w:type="dxa" w:w="1439"/>
          </w:tcPr>
          <w:p>
            <w:pPr>
              <w:spacing w:after="20" w:before="20"/>
            </w:pPr>
            <w:r/>
            <w:r>
              <w:rPr>
                <w:rFonts w:ascii="Times New Roman" w:hAnsi="Times New Roman" w:eastAsia="宋体"/>
                <w:b w:val="0"/>
                <w:sz w:val="21"/>
              </w:rPr>
              <w:t>土木工程（地下工程方向）</w:t>
            </w:r>
          </w:p>
        </w:tc>
      </w:tr>
      <w:tr>
        <w:tc>
          <w:tcPr>
            <w:tcW w:type="dxa" w:w="1439"/>
          </w:tcPr>
          <w:p>
            <w:pPr>
              <w:spacing w:after="20" w:before="20"/>
            </w:pPr>
            <w:r/>
            <w:r>
              <w:rPr>
                <w:rFonts w:ascii="Times New Roman" w:hAnsi="Times New Roman" w:eastAsia="宋体"/>
                <w:b w:val="0"/>
                <w:sz w:val="21"/>
              </w:rPr>
              <w:t>91</w:t>
            </w:r>
          </w:p>
        </w:tc>
        <w:tc>
          <w:tcPr>
            <w:tcW w:type="dxa" w:w="1439"/>
          </w:tcPr>
          <w:p>
            <w:pPr>
              <w:spacing w:after="20" w:before="20"/>
            </w:pPr>
            <w:r/>
            <w:r>
              <w:rPr>
                <w:rFonts w:ascii="Times New Roman" w:hAnsi="Times New Roman" w:eastAsia="宋体"/>
                <w:b w:val="0"/>
                <w:sz w:val="21"/>
              </w:rPr>
              <w:t>土木工程与建筑学院</w:t>
            </w:r>
          </w:p>
        </w:tc>
        <w:tc>
          <w:tcPr>
            <w:tcW w:type="dxa" w:w="1439"/>
          </w:tcPr>
          <w:p>
            <w:pPr>
              <w:spacing w:after="20" w:before="20"/>
            </w:pPr>
            <w:r/>
            <w:r>
              <w:rPr>
                <w:rFonts w:ascii="Times New Roman" w:hAnsi="Times New Roman" w:eastAsia="宋体"/>
                <w:b w:val="0"/>
                <w:sz w:val="21"/>
              </w:rPr>
              <w:t>余恩童</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2204040305</w:t>
            </w:r>
          </w:p>
        </w:tc>
        <w:tc>
          <w:tcPr>
            <w:tcW w:type="dxa" w:w="1439"/>
          </w:tcPr>
          <w:p>
            <w:pPr>
              <w:spacing w:after="20" w:before="20"/>
            </w:pPr>
            <w:r/>
            <w:r>
              <w:rPr>
                <w:rFonts w:ascii="Times New Roman" w:hAnsi="Times New Roman" w:eastAsia="宋体"/>
                <w:b w:val="0"/>
                <w:sz w:val="21"/>
              </w:rPr>
              <w:t>土木工程（地下工程方向）</w:t>
            </w:r>
          </w:p>
        </w:tc>
      </w:tr>
      <w:tr>
        <w:tc>
          <w:tcPr>
            <w:tcW w:type="dxa" w:w="1439"/>
          </w:tcPr>
          <w:p>
            <w:pPr>
              <w:spacing w:after="20" w:before="20"/>
            </w:pPr>
            <w:r/>
            <w:r>
              <w:rPr>
                <w:rFonts w:ascii="Times New Roman" w:hAnsi="Times New Roman" w:eastAsia="宋体"/>
                <w:b w:val="0"/>
                <w:sz w:val="21"/>
              </w:rPr>
              <w:t>92</w:t>
            </w:r>
          </w:p>
        </w:tc>
        <w:tc>
          <w:tcPr>
            <w:tcW w:type="dxa" w:w="1439"/>
          </w:tcPr>
          <w:p>
            <w:pPr>
              <w:spacing w:after="20" w:before="20"/>
            </w:pPr>
            <w:r/>
            <w:r>
              <w:rPr>
                <w:rFonts w:ascii="Times New Roman" w:hAnsi="Times New Roman" w:eastAsia="宋体"/>
                <w:b w:val="0"/>
                <w:sz w:val="21"/>
              </w:rPr>
              <w:t>土木工程与建筑学院</w:t>
            </w:r>
          </w:p>
        </w:tc>
        <w:tc>
          <w:tcPr>
            <w:tcW w:type="dxa" w:w="1439"/>
          </w:tcPr>
          <w:p>
            <w:pPr>
              <w:spacing w:after="20" w:before="20"/>
            </w:pPr>
            <w:r/>
            <w:r>
              <w:rPr>
                <w:rFonts w:ascii="Times New Roman" w:hAnsi="Times New Roman" w:eastAsia="宋体"/>
                <w:b w:val="0"/>
                <w:sz w:val="21"/>
              </w:rPr>
              <w:t>许添</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2204040420</w:t>
            </w:r>
          </w:p>
        </w:tc>
        <w:tc>
          <w:tcPr>
            <w:tcW w:type="dxa" w:w="1439"/>
          </w:tcPr>
          <w:p>
            <w:pPr>
              <w:spacing w:after="20" w:before="20"/>
            </w:pPr>
            <w:r/>
            <w:r>
              <w:rPr>
                <w:rFonts w:ascii="Times New Roman" w:hAnsi="Times New Roman" w:eastAsia="宋体"/>
                <w:b w:val="0"/>
                <w:sz w:val="21"/>
              </w:rPr>
              <w:t>土木工程（建筑工程方向）</w:t>
            </w:r>
          </w:p>
        </w:tc>
      </w:tr>
      <w:tr>
        <w:tc>
          <w:tcPr>
            <w:tcW w:type="dxa" w:w="1439"/>
          </w:tcPr>
          <w:p>
            <w:pPr>
              <w:spacing w:after="20" w:before="20"/>
            </w:pPr>
            <w:r/>
            <w:r>
              <w:rPr>
                <w:rFonts w:ascii="Times New Roman" w:hAnsi="Times New Roman" w:eastAsia="宋体"/>
                <w:b w:val="0"/>
                <w:sz w:val="21"/>
              </w:rPr>
              <w:t>93</w:t>
            </w:r>
          </w:p>
        </w:tc>
        <w:tc>
          <w:tcPr>
            <w:tcW w:type="dxa" w:w="1439"/>
          </w:tcPr>
          <w:p>
            <w:pPr>
              <w:spacing w:after="20" w:before="20"/>
            </w:pPr>
            <w:r/>
            <w:r>
              <w:rPr>
                <w:rFonts w:ascii="Times New Roman" w:hAnsi="Times New Roman" w:eastAsia="宋体"/>
                <w:b w:val="0"/>
                <w:sz w:val="21"/>
              </w:rPr>
              <w:t>土木工程与建筑学院</w:t>
            </w:r>
          </w:p>
        </w:tc>
        <w:tc>
          <w:tcPr>
            <w:tcW w:type="dxa" w:w="1439"/>
          </w:tcPr>
          <w:p>
            <w:pPr>
              <w:spacing w:after="20" w:before="20"/>
            </w:pPr>
            <w:r/>
            <w:r>
              <w:rPr>
                <w:rFonts w:ascii="Times New Roman" w:hAnsi="Times New Roman" w:eastAsia="宋体"/>
                <w:b w:val="0"/>
                <w:sz w:val="21"/>
              </w:rPr>
              <w:t>康子纯</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2204230121</w:t>
            </w:r>
          </w:p>
        </w:tc>
        <w:tc>
          <w:tcPr>
            <w:tcW w:type="dxa" w:w="1439"/>
          </w:tcPr>
          <w:p>
            <w:pPr>
              <w:spacing w:after="20" w:before="20"/>
            </w:pPr>
            <w:r/>
            <w:r>
              <w:rPr>
                <w:rFonts w:ascii="Times New Roman" w:hAnsi="Times New Roman" w:eastAsia="宋体"/>
                <w:b w:val="0"/>
                <w:sz w:val="21"/>
              </w:rPr>
              <w:t>土木工程（智慧土木方向）</w:t>
            </w:r>
          </w:p>
        </w:tc>
      </w:tr>
      <w:tr>
        <w:tc>
          <w:tcPr>
            <w:tcW w:type="dxa" w:w="1439"/>
          </w:tcPr>
          <w:p>
            <w:pPr>
              <w:spacing w:after="20" w:before="20"/>
            </w:pPr>
            <w:r/>
            <w:r>
              <w:rPr>
                <w:rFonts w:ascii="Times New Roman" w:hAnsi="Times New Roman" w:eastAsia="宋体"/>
                <w:b w:val="0"/>
                <w:sz w:val="21"/>
              </w:rPr>
              <w:t>94</w:t>
            </w:r>
          </w:p>
        </w:tc>
        <w:tc>
          <w:tcPr>
            <w:tcW w:type="dxa" w:w="1439"/>
          </w:tcPr>
          <w:p>
            <w:pPr>
              <w:spacing w:after="20" w:before="20"/>
            </w:pPr>
            <w:r/>
            <w:r>
              <w:rPr>
                <w:rFonts w:ascii="Times New Roman" w:hAnsi="Times New Roman" w:eastAsia="宋体"/>
                <w:b w:val="0"/>
                <w:sz w:val="21"/>
              </w:rPr>
              <w:t>土木工程与建筑学院</w:t>
            </w:r>
          </w:p>
        </w:tc>
        <w:tc>
          <w:tcPr>
            <w:tcW w:type="dxa" w:w="1439"/>
          </w:tcPr>
          <w:p>
            <w:pPr>
              <w:spacing w:after="20" w:before="20"/>
            </w:pPr>
            <w:r/>
            <w:r>
              <w:rPr>
                <w:rFonts w:ascii="Times New Roman" w:hAnsi="Times New Roman" w:eastAsia="宋体"/>
                <w:b w:val="0"/>
                <w:sz w:val="21"/>
              </w:rPr>
              <w:t>辜青阳</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2204230103</w:t>
            </w:r>
          </w:p>
        </w:tc>
        <w:tc>
          <w:tcPr>
            <w:tcW w:type="dxa" w:w="1439"/>
          </w:tcPr>
          <w:p>
            <w:pPr>
              <w:spacing w:after="20" w:before="20"/>
            </w:pPr>
            <w:r/>
            <w:r>
              <w:rPr>
                <w:rFonts w:ascii="Times New Roman" w:hAnsi="Times New Roman" w:eastAsia="宋体"/>
                <w:b w:val="0"/>
                <w:sz w:val="21"/>
              </w:rPr>
              <w:t>土木工程（智慧土木方向）</w:t>
            </w:r>
          </w:p>
        </w:tc>
      </w:tr>
      <w:tr>
        <w:tc>
          <w:tcPr>
            <w:tcW w:type="dxa" w:w="1439"/>
          </w:tcPr>
          <w:p>
            <w:pPr>
              <w:spacing w:after="20" w:before="20"/>
            </w:pPr>
            <w:r/>
            <w:r>
              <w:rPr>
                <w:rFonts w:ascii="Times New Roman" w:hAnsi="Times New Roman" w:eastAsia="宋体"/>
                <w:b w:val="0"/>
                <w:sz w:val="21"/>
              </w:rPr>
              <w:t>95</w:t>
            </w:r>
          </w:p>
        </w:tc>
        <w:tc>
          <w:tcPr>
            <w:tcW w:type="dxa" w:w="1439"/>
          </w:tcPr>
          <w:p>
            <w:pPr>
              <w:spacing w:after="20" w:before="20"/>
            </w:pPr>
            <w:r/>
            <w:r>
              <w:rPr>
                <w:rFonts w:ascii="Times New Roman" w:hAnsi="Times New Roman" w:eastAsia="宋体"/>
                <w:b w:val="0"/>
                <w:sz w:val="21"/>
              </w:rPr>
              <w:t>土木工程与建筑学院</w:t>
            </w:r>
          </w:p>
        </w:tc>
        <w:tc>
          <w:tcPr>
            <w:tcW w:type="dxa" w:w="1439"/>
          </w:tcPr>
          <w:p>
            <w:pPr>
              <w:spacing w:after="20" w:before="20"/>
            </w:pPr>
            <w:r/>
            <w:r>
              <w:rPr>
                <w:rFonts w:ascii="Times New Roman" w:hAnsi="Times New Roman" w:eastAsia="宋体"/>
                <w:b w:val="0"/>
                <w:sz w:val="21"/>
              </w:rPr>
              <w:t>王雨茜</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2204230130</w:t>
            </w:r>
          </w:p>
        </w:tc>
        <w:tc>
          <w:tcPr>
            <w:tcW w:type="dxa" w:w="1439"/>
          </w:tcPr>
          <w:p>
            <w:pPr>
              <w:spacing w:after="20" w:before="20"/>
            </w:pPr>
            <w:r/>
            <w:r>
              <w:rPr>
                <w:rFonts w:ascii="Times New Roman" w:hAnsi="Times New Roman" w:eastAsia="宋体"/>
                <w:b w:val="0"/>
                <w:sz w:val="21"/>
              </w:rPr>
              <w:t>土木工程（智慧土木方向）</w:t>
            </w:r>
          </w:p>
        </w:tc>
      </w:tr>
      <w:tr>
        <w:tc>
          <w:tcPr>
            <w:tcW w:type="dxa" w:w="1439"/>
          </w:tcPr>
          <w:p>
            <w:pPr>
              <w:spacing w:after="20" w:before="20"/>
            </w:pPr>
            <w:r/>
            <w:r>
              <w:rPr>
                <w:rFonts w:ascii="Times New Roman" w:hAnsi="Times New Roman" w:eastAsia="宋体"/>
                <w:b w:val="0"/>
                <w:sz w:val="21"/>
              </w:rPr>
              <w:t>96</w:t>
            </w:r>
          </w:p>
        </w:tc>
        <w:tc>
          <w:tcPr>
            <w:tcW w:type="dxa" w:w="1439"/>
          </w:tcPr>
          <w:p>
            <w:pPr>
              <w:spacing w:after="20" w:before="20"/>
            </w:pPr>
            <w:r/>
            <w:r>
              <w:rPr>
                <w:rFonts w:ascii="Times New Roman" w:hAnsi="Times New Roman" w:eastAsia="宋体"/>
                <w:b w:val="0"/>
                <w:sz w:val="21"/>
              </w:rPr>
              <w:t>材料科学与工程学院</w:t>
            </w:r>
          </w:p>
        </w:tc>
        <w:tc>
          <w:tcPr>
            <w:tcW w:type="dxa" w:w="1439"/>
          </w:tcPr>
          <w:p>
            <w:pPr>
              <w:spacing w:after="20" w:before="20"/>
            </w:pPr>
            <w:r/>
            <w:r>
              <w:rPr>
                <w:rFonts w:ascii="Times New Roman" w:hAnsi="Times New Roman" w:eastAsia="宋体"/>
                <w:b w:val="0"/>
                <w:sz w:val="21"/>
              </w:rPr>
              <w:t>祝洋</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2205280201</w:t>
            </w:r>
          </w:p>
        </w:tc>
        <w:tc>
          <w:tcPr>
            <w:tcW w:type="dxa" w:w="1439"/>
          </w:tcPr>
          <w:p>
            <w:pPr>
              <w:spacing w:after="20" w:before="20"/>
            </w:pPr>
            <w:r/>
            <w:r>
              <w:rPr>
                <w:rFonts w:ascii="Times New Roman" w:hAnsi="Times New Roman" w:eastAsia="宋体"/>
                <w:b w:val="0"/>
                <w:sz w:val="21"/>
              </w:rPr>
              <w:t>高分子材料与工程（功能复合材料与绿色制造方向）</w:t>
            </w:r>
          </w:p>
        </w:tc>
      </w:tr>
      <w:tr>
        <w:tc>
          <w:tcPr>
            <w:tcW w:type="dxa" w:w="1439"/>
          </w:tcPr>
          <w:p>
            <w:pPr>
              <w:spacing w:after="20" w:before="20"/>
            </w:pPr>
            <w:r/>
            <w:r>
              <w:rPr>
                <w:rFonts w:ascii="Times New Roman" w:hAnsi="Times New Roman" w:eastAsia="宋体"/>
                <w:b w:val="0"/>
                <w:sz w:val="21"/>
              </w:rPr>
              <w:t>97</w:t>
            </w:r>
          </w:p>
        </w:tc>
        <w:tc>
          <w:tcPr>
            <w:tcW w:type="dxa" w:w="1439"/>
          </w:tcPr>
          <w:p>
            <w:pPr>
              <w:spacing w:after="20" w:before="20"/>
            </w:pPr>
            <w:r/>
            <w:r>
              <w:rPr>
                <w:rFonts w:ascii="Times New Roman" w:hAnsi="Times New Roman" w:eastAsia="宋体"/>
                <w:b w:val="0"/>
                <w:sz w:val="21"/>
              </w:rPr>
              <w:t>材料科学与工程学院</w:t>
            </w:r>
          </w:p>
        </w:tc>
        <w:tc>
          <w:tcPr>
            <w:tcW w:type="dxa" w:w="1439"/>
          </w:tcPr>
          <w:p>
            <w:pPr>
              <w:spacing w:after="20" w:before="20"/>
            </w:pPr>
            <w:r/>
            <w:r>
              <w:rPr>
                <w:rFonts w:ascii="Times New Roman" w:hAnsi="Times New Roman" w:eastAsia="宋体"/>
                <w:b w:val="0"/>
                <w:sz w:val="21"/>
              </w:rPr>
              <w:t>吴宇轩</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2205010207</w:t>
            </w:r>
          </w:p>
        </w:tc>
        <w:tc>
          <w:tcPr>
            <w:tcW w:type="dxa" w:w="1439"/>
          </w:tcPr>
          <w:p>
            <w:pPr>
              <w:spacing w:after="20" w:before="20"/>
            </w:pPr>
            <w:r/>
            <w:r>
              <w:rPr>
                <w:rFonts w:ascii="Times New Roman" w:hAnsi="Times New Roman" w:eastAsia="宋体"/>
                <w:b w:val="0"/>
                <w:sz w:val="21"/>
              </w:rPr>
              <w:t>高分子材料与工程</w:t>
            </w:r>
          </w:p>
        </w:tc>
      </w:tr>
      <w:tr>
        <w:tc>
          <w:tcPr>
            <w:tcW w:type="dxa" w:w="1439"/>
          </w:tcPr>
          <w:p>
            <w:pPr>
              <w:spacing w:after="20" w:before="20"/>
            </w:pPr>
            <w:r/>
            <w:r>
              <w:rPr>
                <w:rFonts w:ascii="Times New Roman" w:hAnsi="Times New Roman" w:eastAsia="宋体"/>
                <w:b w:val="0"/>
                <w:sz w:val="21"/>
              </w:rPr>
              <w:t>98</w:t>
            </w:r>
          </w:p>
        </w:tc>
        <w:tc>
          <w:tcPr>
            <w:tcW w:type="dxa" w:w="1439"/>
          </w:tcPr>
          <w:p>
            <w:pPr>
              <w:spacing w:after="20" w:before="20"/>
            </w:pPr>
            <w:r/>
            <w:r>
              <w:rPr>
                <w:rFonts w:ascii="Times New Roman" w:hAnsi="Times New Roman" w:eastAsia="宋体"/>
                <w:b w:val="0"/>
                <w:sz w:val="21"/>
              </w:rPr>
              <w:t>材料科学与工程学院</w:t>
            </w:r>
          </w:p>
        </w:tc>
        <w:tc>
          <w:tcPr>
            <w:tcW w:type="dxa" w:w="1439"/>
          </w:tcPr>
          <w:p>
            <w:pPr>
              <w:spacing w:after="20" w:before="20"/>
            </w:pPr>
            <w:r/>
            <w:r>
              <w:rPr>
                <w:rFonts w:ascii="Times New Roman" w:hAnsi="Times New Roman" w:eastAsia="宋体"/>
                <w:b w:val="0"/>
                <w:sz w:val="21"/>
              </w:rPr>
              <w:t>龚学海</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2205010201</w:t>
            </w:r>
          </w:p>
        </w:tc>
        <w:tc>
          <w:tcPr>
            <w:tcW w:type="dxa" w:w="1439"/>
          </w:tcPr>
          <w:p>
            <w:pPr>
              <w:spacing w:after="20" w:before="20"/>
            </w:pPr>
            <w:r/>
            <w:r>
              <w:rPr>
                <w:rFonts w:ascii="Times New Roman" w:hAnsi="Times New Roman" w:eastAsia="宋体"/>
                <w:b w:val="0"/>
                <w:sz w:val="21"/>
              </w:rPr>
              <w:t>高分子材料与工程</w:t>
            </w:r>
          </w:p>
        </w:tc>
      </w:tr>
      <w:tr>
        <w:tc>
          <w:tcPr>
            <w:tcW w:type="dxa" w:w="1439"/>
          </w:tcPr>
          <w:p>
            <w:pPr>
              <w:spacing w:after="20" w:before="20"/>
            </w:pPr>
            <w:r/>
            <w:r>
              <w:rPr>
                <w:rFonts w:ascii="Times New Roman" w:hAnsi="Times New Roman" w:eastAsia="宋体"/>
                <w:b w:val="0"/>
                <w:sz w:val="21"/>
              </w:rPr>
              <w:t>99</w:t>
            </w:r>
          </w:p>
        </w:tc>
        <w:tc>
          <w:tcPr>
            <w:tcW w:type="dxa" w:w="1439"/>
          </w:tcPr>
          <w:p>
            <w:pPr>
              <w:spacing w:after="20" w:before="20"/>
            </w:pPr>
            <w:r/>
            <w:r>
              <w:rPr>
                <w:rFonts w:ascii="Times New Roman" w:hAnsi="Times New Roman" w:eastAsia="宋体"/>
                <w:b w:val="0"/>
                <w:sz w:val="21"/>
              </w:rPr>
              <w:t>材料科学与工程学院</w:t>
            </w:r>
          </w:p>
        </w:tc>
        <w:tc>
          <w:tcPr>
            <w:tcW w:type="dxa" w:w="1439"/>
          </w:tcPr>
          <w:p>
            <w:pPr>
              <w:spacing w:after="20" w:before="20"/>
            </w:pPr>
            <w:r/>
            <w:r>
              <w:rPr>
                <w:rFonts w:ascii="Times New Roman" w:hAnsi="Times New Roman" w:eastAsia="宋体"/>
                <w:b w:val="0"/>
                <w:sz w:val="21"/>
              </w:rPr>
              <w:t>夏慧颖</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2205280113</w:t>
            </w:r>
          </w:p>
        </w:tc>
        <w:tc>
          <w:tcPr>
            <w:tcW w:type="dxa" w:w="1439"/>
          </w:tcPr>
          <w:p>
            <w:pPr>
              <w:spacing w:after="20" w:before="20"/>
            </w:pPr>
            <w:r/>
            <w:r>
              <w:rPr>
                <w:rFonts w:ascii="Times New Roman" w:hAnsi="Times New Roman" w:eastAsia="宋体"/>
                <w:b w:val="0"/>
                <w:sz w:val="21"/>
              </w:rPr>
              <w:t>高分子材料与工程（功能复合材料与绿色制造方向）</w:t>
            </w:r>
          </w:p>
        </w:tc>
      </w:tr>
      <w:tr>
        <w:tc>
          <w:tcPr>
            <w:tcW w:type="dxa" w:w="1439"/>
          </w:tcPr>
          <w:p>
            <w:pPr>
              <w:spacing w:after="20" w:before="20"/>
            </w:pPr>
            <w:r/>
            <w:r>
              <w:rPr>
                <w:rFonts w:ascii="Times New Roman" w:hAnsi="Times New Roman" w:eastAsia="宋体"/>
                <w:b w:val="0"/>
                <w:sz w:val="21"/>
              </w:rPr>
              <w:t>100</w:t>
            </w:r>
          </w:p>
        </w:tc>
        <w:tc>
          <w:tcPr>
            <w:tcW w:type="dxa" w:w="1439"/>
          </w:tcPr>
          <w:p>
            <w:pPr>
              <w:spacing w:after="20" w:before="20"/>
            </w:pPr>
            <w:r/>
            <w:r>
              <w:rPr>
                <w:rFonts w:ascii="Times New Roman" w:hAnsi="Times New Roman" w:eastAsia="宋体"/>
                <w:b w:val="0"/>
                <w:sz w:val="21"/>
              </w:rPr>
              <w:t>材料科学与工程学院</w:t>
            </w:r>
          </w:p>
        </w:tc>
        <w:tc>
          <w:tcPr>
            <w:tcW w:type="dxa" w:w="1439"/>
          </w:tcPr>
          <w:p>
            <w:pPr>
              <w:spacing w:after="20" w:before="20"/>
            </w:pPr>
            <w:r/>
            <w:r>
              <w:rPr>
                <w:rFonts w:ascii="Times New Roman" w:hAnsi="Times New Roman" w:eastAsia="宋体"/>
                <w:b w:val="0"/>
                <w:sz w:val="21"/>
              </w:rPr>
              <w:t>黄露</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2205280217</w:t>
            </w:r>
          </w:p>
        </w:tc>
        <w:tc>
          <w:tcPr>
            <w:tcW w:type="dxa" w:w="1439"/>
          </w:tcPr>
          <w:p>
            <w:pPr>
              <w:spacing w:after="20" w:before="20"/>
            </w:pPr>
            <w:r/>
            <w:r>
              <w:rPr>
                <w:rFonts w:ascii="Times New Roman" w:hAnsi="Times New Roman" w:eastAsia="宋体"/>
                <w:b w:val="0"/>
                <w:sz w:val="21"/>
              </w:rPr>
              <w:t>高分子材料与工程（功能复合材料与绿色制造方向）</w:t>
            </w:r>
          </w:p>
        </w:tc>
      </w:tr>
      <w:tr>
        <w:tc>
          <w:tcPr>
            <w:tcW w:type="dxa" w:w="1439"/>
          </w:tcPr>
          <w:p>
            <w:pPr>
              <w:spacing w:after="20" w:before="20"/>
            </w:pPr>
            <w:r/>
            <w:r>
              <w:rPr>
                <w:rFonts w:ascii="Times New Roman" w:hAnsi="Times New Roman" w:eastAsia="宋体"/>
                <w:b w:val="0"/>
                <w:sz w:val="21"/>
              </w:rPr>
              <w:t>101</w:t>
            </w:r>
          </w:p>
        </w:tc>
        <w:tc>
          <w:tcPr>
            <w:tcW w:type="dxa" w:w="1439"/>
          </w:tcPr>
          <w:p>
            <w:pPr>
              <w:spacing w:after="20" w:before="20"/>
            </w:pPr>
            <w:r/>
            <w:r>
              <w:rPr>
                <w:rFonts w:ascii="Times New Roman" w:hAnsi="Times New Roman" w:eastAsia="宋体"/>
                <w:b w:val="0"/>
                <w:sz w:val="21"/>
              </w:rPr>
              <w:t>材料科学与工程学院</w:t>
            </w:r>
          </w:p>
        </w:tc>
        <w:tc>
          <w:tcPr>
            <w:tcW w:type="dxa" w:w="1439"/>
          </w:tcPr>
          <w:p>
            <w:pPr>
              <w:spacing w:after="20" w:before="20"/>
            </w:pPr>
            <w:r/>
            <w:r>
              <w:rPr>
                <w:rFonts w:ascii="Times New Roman" w:hAnsi="Times New Roman" w:eastAsia="宋体"/>
                <w:b w:val="0"/>
                <w:sz w:val="21"/>
              </w:rPr>
              <w:t>邹博威</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2205010622</w:t>
            </w:r>
          </w:p>
        </w:tc>
        <w:tc>
          <w:tcPr>
            <w:tcW w:type="dxa" w:w="1439"/>
          </w:tcPr>
          <w:p>
            <w:pPr>
              <w:spacing w:after="20" w:before="20"/>
            </w:pPr>
            <w:r/>
            <w:r>
              <w:rPr>
                <w:rFonts w:ascii="Times New Roman" w:hAnsi="Times New Roman" w:eastAsia="宋体"/>
                <w:b w:val="0"/>
                <w:sz w:val="21"/>
              </w:rPr>
              <w:t>高分子材料与工程</w:t>
            </w:r>
          </w:p>
        </w:tc>
      </w:tr>
      <w:tr>
        <w:tc>
          <w:tcPr>
            <w:tcW w:type="dxa" w:w="1439"/>
          </w:tcPr>
          <w:p>
            <w:pPr>
              <w:spacing w:after="20" w:before="20"/>
            </w:pPr>
            <w:r/>
            <w:r>
              <w:rPr>
                <w:rFonts w:ascii="Times New Roman" w:hAnsi="Times New Roman" w:eastAsia="宋体"/>
                <w:b w:val="0"/>
                <w:sz w:val="21"/>
              </w:rPr>
              <w:t>102</w:t>
            </w:r>
          </w:p>
        </w:tc>
        <w:tc>
          <w:tcPr>
            <w:tcW w:type="dxa" w:w="1439"/>
          </w:tcPr>
          <w:p>
            <w:pPr>
              <w:spacing w:after="20" w:before="20"/>
            </w:pPr>
            <w:r/>
            <w:r>
              <w:rPr>
                <w:rFonts w:ascii="Times New Roman" w:hAnsi="Times New Roman" w:eastAsia="宋体"/>
                <w:b w:val="0"/>
                <w:sz w:val="21"/>
              </w:rPr>
              <w:t>材料科学与工程学院</w:t>
            </w:r>
          </w:p>
        </w:tc>
        <w:tc>
          <w:tcPr>
            <w:tcW w:type="dxa" w:w="1439"/>
          </w:tcPr>
          <w:p>
            <w:pPr>
              <w:spacing w:after="20" w:before="20"/>
            </w:pPr>
            <w:r/>
            <w:r>
              <w:rPr>
                <w:rFonts w:ascii="Times New Roman" w:hAnsi="Times New Roman" w:eastAsia="宋体"/>
                <w:b w:val="0"/>
                <w:sz w:val="21"/>
              </w:rPr>
              <w:t>柳德鑫</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2205280107</w:t>
            </w:r>
          </w:p>
        </w:tc>
        <w:tc>
          <w:tcPr>
            <w:tcW w:type="dxa" w:w="1439"/>
          </w:tcPr>
          <w:p>
            <w:pPr>
              <w:spacing w:after="20" w:before="20"/>
            </w:pPr>
            <w:r/>
            <w:r>
              <w:rPr>
                <w:rFonts w:ascii="Times New Roman" w:hAnsi="Times New Roman" w:eastAsia="宋体"/>
                <w:b w:val="0"/>
                <w:sz w:val="21"/>
              </w:rPr>
              <w:t>高分子材料与工程（功能复合材料与绿色制造方向）</w:t>
            </w:r>
          </w:p>
        </w:tc>
      </w:tr>
      <w:tr>
        <w:tc>
          <w:tcPr>
            <w:tcW w:type="dxa" w:w="1439"/>
          </w:tcPr>
          <w:p>
            <w:pPr>
              <w:spacing w:after="20" w:before="20"/>
            </w:pPr>
            <w:r/>
            <w:r>
              <w:rPr>
                <w:rFonts w:ascii="Times New Roman" w:hAnsi="Times New Roman" w:eastAsia="宋体"/>
                <w:b w:val="0"/>
                <w:sz w:val="21"/>
              </w:rPr>
              <w:t>103</w:t>
            </w:r>
          </w:p>
        </w:tc>
        <w:tc>
          <w:tcPr>
            <w:tcW w:type="dxa" w:w="1439"/>
          </w:tcPr>
          <w:p>
            <w:pPr>
              <w:spacing w:after="20" w:before="20"/>
            </w:pPr>
            <w:r/>
            <w:r>
              <w:rPr>
                <w:rFonts w:ascii="Times New Roman" w:hAnsi="Times New Roman" w:eastAsia="宋体"/>
                <w:b w:val="0"/>
                <w:sz w:val="21"/>
              </w:rPr>
              <w:t>材料科学与工程学院</w:t>
            </w:r>
          </w:p>
        </w:tc>
        <w:tc>
          <w:tcPr>
            <w:tcW w:type="dxa" w:w="1439"/>
          </w:tcPr>
          <w:p>
            <w:pPr>
              <w:spacing w:after="20" w:before="20"/>
            </w:pPr>
            <w:r/>
            <w:r>
              <w:rPr>
                <w:rFonts w:ascii="Times New Roman" w:hAnsi="Times New Roman" w:eastAsia="宋体"/>
                <w:b w:val="0"/>
                <w:sz w:val="21"/>
              </w:rPr>
              <w:t>柯邦国</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2205010209</w:t>
            </w:r>
          </w:p>
        </w:tc>
        <w:tc>
          <w:tcPr>
            <w:tcW w:type="dxa" w:w="1439"/>
          </w:tcPr>
          <w:p>
            <w:pPr>
              <w:spacing w:after="20" w:before="20"/>
            </w:pPr>
            <w:r/>
            <w:r>
              <w:rPr>
                <w:rFonts w:ascii="Times New Roman" w:hAnsi="Times New Roman" w:eastAsia="宋体"/>
                <w:b w:val="0"/>
                <w:sz w:val="21"/>
              </w:rPr>
              <w:t>高分子材料与工程</w:t>
            </w:r>
          </w:p>
        </w:tc>
      </w:tr>
      <w:tr>
        <w:tc>
          <w:tcPr>
            <w:tcW w:type="dxa" w:w="1439"/>
          </w:tcPr>
          <w:p>
            <w:pPr>
              <w:spacing w:after="20" w:before="20"/>
            </w:pPr>
            <w:r/>
            <w:r>
              <w:rPr>
                <w:rFonts w:ascii="Times New Roman" w:hAnsi="Times New Roman" w:eastAsia="宋体"/>
                <w:b w:val="0"/>
                <w:sz w:val="21"/>
              </w:rPr>
              <w:t>104</w:t>
            </w:r>
          </w:p>
        </w:tc>
        <w:tc>
          <w:tcPr>
            <w:tcW w:type="dxa" w:w="1439"/>
          </w:tcPr>
          <w:p>
            <w:pPr>
              <w:spacing w:after="20" w:before="20"/>
            </w:pPr>
            <w:r/>
            <w:r>
              <w:rPr>
                <w:rFonts w:ascii="Times New Roman" w:hAnsi="Times New Roman" w:eastAsia="宋体"/>
                <w:b w:val="0"/>
                <w:sz w:val="21"/>
              </w:rPr>
              <w:t>材料科学与工程学院</w:t>
            </w:r>
          </w:p>
        </w:tc>
        <w:tc>
          <w:tcPr>
            <w:tcW w:type="dxa" w:w="1439"/>
          </w:tcPr>
          <w:p>
            <w:pPr>
              <w:spacing w:after="20" w:before="20"/>
            </w:pPr>
            <w:r/>
            <w:r>
              <w:rPr>
                <w:rFonts w:ascii="Times New Roman" w:hAnsi="Times New Roman" w:eastAsia="宋体"/>
                <w:b w:val="0"/>
                <w:sz w:val="21"/>
              </w:rPr>
              <w:t>龚旭昕</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2205010510</w:t>
            </w:r>
          </w:p>
        </w:tc>
        <w:tc>
          <w:tcPr>
            <w:tcW w:type="dxa" w:w="1439"/>
          </w:tcPr>
          <w:p>
            <w:pPr>
              <w:spacing w:after="20" w:before="20"/>
            </w:pPr>
            <w:r/>
            <w:r>
              <w:rPr>
                <w:rFonts w:ascii="Times New Roman" w:hAnsi="Times New Roman" w:eastAsia="宋体"/>
                <w:b w:val="0"/>
                <w:sz w:val="21"/>
              </w:rPr>
              <w:t>高分子材料与工程</w:t>
            </w:r>
          </w:p>
        </w:tc>
      </w:tr>
      <w:tr>
        <w:tc>
          <w:tcPr>
            <w:tcW w:type="dxa" w:w="1439"/>
          </w:tcPr>
          <w:p>
            <w:pPr>
              <w:spacing w:after="20" w:before="20"/>
            </w:pPr>
            <w:r/>
            <w:r>
              <w:rPr>
                <w:rFonts w:ascii="Times New Roman" w:hAnsi="Times New Roman" w:eastAsia="宋体"/>
                <w:b w:val="0"/>
                <w:sz w:val="21"/>
              </w:rPr>
              <w:t>105</w:t>
            </w:r>
          </w:p>
        </w:tc>
        <w:tc>
          <w:tcPr>
            <w:tcW w:type="dxa" w:w="1439"/>
          </w:tcPr>
          <w:p>
            <w:pPr>
              <w:spacing w:after="20" w:before="20"/>
            </w:pPr>
            <w:r/>
            <w:r>
              <w:rPr>
                <w:rFonts w:ascii="Times New Roman" w:hAnsi="Times New Roman" w:eastAsia="宋体"/>
                <w:b w:val="0"/>
                <w:sz w:val="21"/>
              </w:rPr>
              <w:t>材料科学与工程学院</w:t>
            </w:r>
          </w:p>
        </w:tc>
        <w:tc>
          <w:tcPr>
            <w:tcW w:type="dxa" w:w="1439"/>
          </w:tcPr>
          <w:p>
            <w:pPr>
              <w:spacing w:after="20" w:before="20"/>
            </w:pPr>
            <w:r/>
            <w:r>
              <w:rPr>
                <w:rFonts w:ascii="Times New Roman" w:hAnsi="Times New Roman" w:eastAsia="宋体"/>
                <w:b w:val="0"/>
                <w:sz w:val="21"/>
              </w:rPr>
              <w:t>田雨</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2205010405</w:t>
            </w:r>
          </w:p>
        </w:tc>
        <w:tc>
          <w:tcPr>
            <w:tcW w:type="dxa" w:w="1439"/>
          </w:tcPr>
          <w:p>
            <w:pPr>
              <w:spacing w:after="20" w:before="20"/>
            </w:pPr>
            <w:r/>
            <w:r>
              <w:rPr>
                <w:rFonts w:ascii="Times New Roman" w:hAnsi="Times New Roman" w:eastAsia="宋体"/>
                <w:b w:val="0"/>
                <w:sz w:val="21"/>
              </w:rPr>
              <w:t>无机非金属材料工程</w:t>
            </w:r>
          </w:p>
        </w:tc>
      </w:tr>
      <w:tr>
        <w:tc>
          <w:tcPr>
            <w:tcW w:type="dxa" w:w="1439"/>
          </w:tcPr>
          <w:p>
            <w:pPr>
              <w:spacing w:after="20" w:before="20"/>
            </w:pPr>
            <w:r/>
            <w:r>
              <w:rPr>
                <w:rFonts w:ascii="Times New Roman" w:hAnsi="Times New Roman" w:eastAsia="宋体"/>
                <w:b w:val="0"/>
                <w:sz w:val="21"/>
              </w:rPr>
              <w:t>106</w:t>
            </w:r>
          </w:p>
        </w:tc>
        <w:tc>
          <w:tcPr>
            <w:tcW w:type="dxa" w:w="1439"/>
          </w:tcPr>
          <w:p>
            <w:pPr>
              <w:spacing w:after="20" w:before="20"/>
            </w:pPr>
            <w:r/>
            <w:r>
              <w:rPr>
                <w:rFonts w:ascii="Times New Roman" w:hAnsi="Times New Roman" w:eastAsia="宋体"/>
                <w:b w:val="0"/>
                <w:sz w:val="21"/>
              </w:rPr>
              <w:t>材料科学与工程学院</w:t>
            </w:r>
          </w:p>
        </w:tc>
        <w:tc>
          <w:tcPr>
            <w:tcW w:type="dxa" w:w="1439"/>
          </w:tcPr>
          <w:p>
            <w:pPr>
              <w:spacing w:after="20" w:before="20"/>
            </w:pPr>
            <w:r/>
            <w:r>
              <w:rPr>
                <w:rFonts w:ascii="Times New Roman" w:hAnsi="Times New Roman" w:eastAsia="宋体"/>
                <w:b w:val="0"/>
                <w:sz w:val="21"/>
              </w:rPr>
              <w:t>何旋</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2205010422</w:t>
            </w:r>
          </w:p>
        </w:tc>
        <w:tc>
          <w:tcPr>
            <w:tcW w:type="dxa" w:w="1439"/>
          </w:tcPr>
          <w:p>
            <w:pPr>
              <w:spacing w:after="20" w:before="20"/>
            </w:pPr>
            <w:r/>
            <w:r>
              <w:rPr>
                <w:rFonts w:ascii="Times New Roman" w:hAnsi="Times New Roman" w:eastAsia="宋体"/>
                <w:b w:val="0"/>
                <w:sz w:val="21"/>
              </w:rPr>
              <w:t>无机非金属材料工程</w:t>
            </w:r>
          </w:p>
        </w:tc>
      </w:tr>
      <w:tr>
        <w:tc>
          <w:tcPr>
            <w:tcW w:type="dxa" w:w="1439"/>
          </w:tcPr>
          <w:p>
            <w:pPr>
              <w:spacing w:after="20" w:before="20"/>
            </w:pPr>
            <w:r/>
            <w:r>
              <w:rPr>
                <w:rFonts w:ascii="Times New Roman" w:hAnsi="Times New Roman" w:eastAsia="宋体"/>
                <w:b w:val="0"/>
                <w:sz w:val="21"/>
              </w:rPr>
              <w:t>107</w:t>
            </w:r>
          </w:p>
        </w:tc>
        <w:tc>
          <w:tcPr>
            <w:tcW w:type="dxa" w:w="1439"/>
          </w:tcPr>
          <w:p>
            <w:pPr>
              <w:spacing w:after="20" w:before="20"/>
            </w:pPr>
            <w:r/>
            <w:r>
              <w:rPr>
                <w:rFonts w:ascii="Times New Roman" w:hAnsi="Times New Roman" w:eastAsia="宋体"/>
                <w:b w:val="0"/>
                <w:sz w:val="21"/>
              </w:rPr>
              <w:t>材料科学与工程学院</w:t>
            </w:r>
          </w:p>
        </w:tc>
        <w:tc>
          <w:tcPr>
            <w:tcW w:type="dxa" w:w="1439"/>
          </w:tcPr>
          <w:p>
            <w:pPr>
              <w:spacing w:after="20" w:before="20"/>
            </w:pPr>
            <w:r/>
            <w:r>
              <w:rPr>
                <w:rFonts w:ascii="Times New Roman" w:hAnsi="Times New Roman" w:eastAsia="宋体"/>
                <w:b w:val="0"/>
                <w:sz w:val="21"/>
              </w:rPr>
              <w:t>郭志扬</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2205010414</w:t>
            </w:r>
          </w:p>
        </w:tc>
        <w:tc>
          <w:tcPr>
            <w:tcW w:type="dxa" w:w="1439"/>
          </w:tcPr>
          <w:p>
            <w:pPr>
              <w:spacing w:after="20" w:before="20"/>
            </w:pPr>
            <w:r/>
            <w:r>
              <w:rPr>
                <w:rFonts w:ascii="Times New Roman" w:hAnsi="Times New Roman" w:eastAsia="宋体"/>
                <w:b w:val="0"/>
                <w:sz w:val="21"/>
              </w:rPr>
              <w:t>无机非金属材料工程</w:t>
            </w:r>
          </w:p>
        </w:tc>
      </w:tr>
      <w:tr>
        <w:tc>
          <w:tcPr>
            <w:tcW w:type="dxa" w:w="1439"/>
          </w:tcPr>
          <w:p>
            <w:pPr>
              <w:spacing w:after="20" w:before="20"/>
            </w:pPr>
            <w:r/>
            <w:r>
              <w:rPr>
                <w:rFonts w:ascii="Times New Roman" w:hAnsi="Times New Roman" w:eastAsia="宋体"/>
                <w:b w:val="0"/>
                <w:sz w:val="21"/>
              </w:rPr>
              <w:t>108</w:t>
            </w:r>
          </w:p>
        </w:tc>
        <w:tc>
          <w:tcPr>
            <w:tcW w:type="dxa" w:w="1439"/>
          </w:tcPr>
          <w:p>
            <w:pPr>
              <w:spacing w:after="20" w:before="20"/>
            </w:pPr>
            <w:r/>
            <w:r>
              <w:rPr>
                <w:rFonts w:ascii="Times New Roman" w:hAnsi="Times New Roman" w:eastAsia="宋体"/>
                <w:b w:val="0"/>
                <w:sz w:val="21"/>
              </w:rPr>
              <w:t>材料科学与工程学院</w:t>
            </w:r>
          </w:p>
        </w:tc>
        <w:tc>
          <w:tcPr>
            <w:tcW w:type="dxa" w:w="1439"/>
          </w:tcPr>
          <w:p>
            <w:pPr>
              <w:spacing w:after="20" w:before="20"/>
            </w:pPr>
            <w:r/>
            <w:r>
              <w:rPr>
                <w:rFonts w:ascii="Times New Roman" w:hAnsi="Times New Roman" w:eastAsia="宋体"/>
                <w:b w:val="0"/>
                <w:sz w:val="21"/>
              </w:rPr>
              <w:t>刘华琦</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2205010415</w:t>
            </w:r>
          </w:p>
        </w:tc>
        <w:tc>
          <w:tcPr>
            <w:tcW w:type="dxa" w:w="1439"/>
          </w:tcPr>
          <w:p>
            <w:pPr>
              <w:spacing w:after="20" w:before="20"/>
            </w:pPr>
            <w:r/>
            <w:r>
              <w:rPr>
                <w:rFonts w:ascii="Times New Roman" w:hAnsi="Times New Roman" w:eastAsia="宋体"/>
                <w:b w:val="0"/>
                <w:sz w:val="21"/>
              </w:rPr>
              <w:t>无机非金属材料工程</w:t>
            </w:r>
          </w:p>
        </w:tc>
      </w:tr>
      <w:tr>
        <w:tc>
          <w:tcPr>
            <w:tcW w:type="dxa" w:w="1439"/>
          </w:tcPr>
          <w:p>
            <w:pPr>
              <w:spacing w:after="20" w:before="20"/>
            </w:pPr>
            <w:r/>
            <w:r>
              <w:rPr>
                <w:rFonts w:ascii="Times New Roman" w:hAnsi="Times New Roman" w:eastAsia="宋体"/>
                <w:b w:val="0"/>
                <w:sz w:val="21"/>
              </w:rPr>
              <w:t>109</w:t>
            </w:r>
          </w:p>
        </w:tc>
        <w:tc>
          <w:tcPr>
            <w:tcW w:type="dxa" w:w="1439"/>
          </w:tcPr>
          <w:p>
            <w:pPr>
              <w:spacing w:after="20" w:before="20"/>
            </w:pPr>
            <w:r/>
            <w:r>
              <w:rPr>
                <w:rFonts w:ascii="Times New Roman" w:hAnsi="Times New Roman" w:eastAsia="宋体"/>
                <w:b w:val="0"/>
                <w:sz w:val="21"/>
              </w:rPr>
              <w:t>材料科学与工程学院</w:t>
            </w:r>
          </w:p>
        </w:tc>
        <w:tc>
          <w:tcPr>
            <w:tcW w:type="dxa" w:w="1439"/>
          </w:tcPr>
          <w:p>
            <w:pPr>
              <w:spacing w:after="20" w:before="20"/>
            </w:pPr>
            <w:r/>
            <w:r>
              <w:rPr>
                <w:rFonts w:ascii="Times New Roman" w:hAnsi="Times New Roman" w:eastAsia="宋体"/>
                <w:b w:val="0"/>
                <w:sz w:val="21"/>
              </w:rPr>
              <w:t>李晨</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2205010114</w:t>
            </w:r>
          </w:p>
        </w:tc>
        <w:tc>
          <w:tcPr>
            <w:tcW w:type="dxa" w:w="1439"/>
          </w:tcPr>
          <w:p>
            <w:pPr>
              <w:spacing w:after="20" w:before="20"/>
            </w:pPr>
            <w:r/>
            <w:r>
              <w:rPr>
                <w:rFonts w:ascii="Times New Roman" w:hAnsi="Times New Roman" w:eastAsia="宋体"/>
                <w:b w:val="0"/>
                <w:sz w:val="21"/>
              </w:rPr>
              <w:t>无机非金属材料工程</w:t>
            </w:r>
          </w:p>
        </w:tc>
      </w:tr>
      <w:tr>
        <w:tc>
          <w:tcPr>
            <w:tcW w:type="dxa" w:w="1439"/>
          </w:tcPr>
          <w:p>
            <w:pPr>
              <w:spacing w:after="20" w:before="20"/>
            </w:pPr>
            <w:r/>
            <w:r>
              <w:rPr>
                <w:rFonts w:ascii="Times New Roman" w:hAnsi="Times New Roman" w:eastAsia="宋体"/>
                <w:b w:val="0"/>
                <w:sz w:val="21"/>
              </w:rPr>
              <w:t>110</w:t>
            </w:r>
          </w:p>
        </w:tc>
        <w:tc>
          <w:tcPr>
            <w:tcW w:type="dxa" w:w="1439"/>
          </w:tcPr>
          <w:p>
            <w:pPr>
              <w:spacing w:after="20" w:before="20"/>
            </w:pPr>
            <w:r/>
            <w:r>
              <w:rPr>
                <w:rFonts w:ascii="Times New Roman" w:hAnsi="Times New Roman" w:eastAsia="宋体"/>
                <w:b w:val="0"/>
                <w:sz w:val="21"/>
              </w:rPr>
              <w:t>材料科学与工程学院</w:t>
            </w:r>
          </w:p>
        </w:tc>
        <w:tc>
          <w:tcPr>
            <w:tcW w:type="dxa" w:w="1439"/>
          </w:tcPr>
          <w:p>
            <w:pPr>
              <w:spacing w:after="20" w:before="20"/>
            </w:pPr>
            <w:r/>
            <w:r>
              <w:rPr>
                <w:rFonts w:ascii="Times New Roman" w:hAnsi="Times New Roman" w:eastAsia="宋体"/>
                <w:b w:val="0"/>
                <w:sz w:val="21"/>
              </w:rPr>
              <w:t>任瑞鑫</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2205240225</w:t>
            </w:r>
          </w:p>
        </w:tc>
        <w:tc>
          <w:tcPr>
            <w:tcW w:type="dxa" w:w="1439"/>
          </w:tcPr>
          <w:p>
            <w:pPr>
              <w:spacing w:after="20" w:before="20"/>
            </w:pPr>
            <w:r/>
            <w:r>
              <w:rPr>
                <w:rFonts w:ascii="Times New Roman" w:hAnsi="Times New Roman" w:eastAsia="宋体"/>
                <w:b w:val="0"/>
                <w:sz w:val="21"/>
              </w:rPr>
              <w:t>材料物理（半导体芯片制造方向）</w:t>
            </w:r>
          </w:p>
        </w:tc>
      </w:tr>
      <w:tr>
        <w:tc>
          <w:tcPr>
            <w:tcW w:type="dxa" w:w="1439"/>
          </w:tcPr>
          <w:p>
            <w:pPr>
              <w:spacing w:after="20" w:before="20"/>
            </w:pPr>
            <w:r/>
            <w:r>
              <w:rPr>
                <w:rFonts w:ascii="Times New Roman" w:hAnsi="Times New Roman" w:eastAsia="宋体"/>
                <w:b w:val="0"/>
                <w:sz w:val="21"/>
              </w:rPr>
              <w:t>111</w:t>
            </w:r>
          </w:p>
        </w:tc>
        <w:tc>
          <w:tcPr>
            <w:tcW w:type="dxa" w:w="1439"/>
          </w:tcPr>
          <w:p>
            <w:pPr>
              <w:spacing w:after="20" w:before="20"/>
            </w:pPr>
            <w:r/>
            <w:r>
              <w:rPr>
                <w:rFonts w:ascii="Times New Roman" w:hAnsi="Times New Roman" w:eastAsia="宋体"/>
                <w:b w:val="0"/>
                <w:sz w:val="21"/>
              </w:rPr>
              <w:t>材料科学与工程学院</w:t>
            </w:r>
          </w:p>
        </w:tc>
        <w:tc>
          <w:tcPr>
            <w:tcW w:type="dxa" w:w="1439"/>
          </w:tcPr>
          <w:p>
            <w:pPr>
              <w:spacing w:after="20" w:before="20"/>
            </w:pPr>
            <w:r/>
            <w:r>
              <w:rPr>
                <w:rFonts w:ascii="Times New Roman" w:hAnsi="Times New Roman" w:eastAsia="宋体"/>
                <w:b w:val="0"/>
                <w:sz w:val="21"/>
              </w:rPr>
              <w:t>赵烽</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2205010418</w:t>
            </w:r>
          </w:p>
        </w:tc>
        <w:tc>
          <w:tcPr>
            <w:tcW w:type="dxa" w:w="1439"/>
          </w:tcPr>
          <w:p>
            <w:pPr>
              <w:spacing w:after="20" w:before="20"/>
            </w:pPr>
            <w:r/>
            <w:r>
              <w:rPr>
                <w:rFonts w:ascii="Times New Roman" w:hAnsi="Times New Roman" w:eastAsia="宋体"/>
                <w:b w:val="0"/>
                <w:sz w:val="21"/>
              </w:rPr>
              <w:t>材料物理</w:t>
            </w:r>
          </w:p>
        </w:tc>
      </w:tr>
      <w:tr>
        <w:tc>
          <w:tcPr>
            <w:tcW w:type="dxa" w:w="1439"/>
          </w:tcPr>
          <w:p>
            <w:pPr>
              <w:spacing w:after="20" w:before="20"/>
            </w:pPr>
            <w:r/>
            <w:r>
              <w:rPr>
                <w:rFonts w:ascii="Times New Roman" w:hAnsi="Times New Roman" w:eastAsia="宋体"/>
                <w:b w:val="0"/>
                <w:sz w:val="21"/>
              </w:rPr>
              <w:t>112</w:t>
            </w:r>
          </w:p>
        </w:tc>
        <w:tc>
          <w:tcPr>
            <w:tcW w:type="dxa" w:w="1439"/>
          </w:tcPr>
          <w:p>
            <w:pPr>
              <w:spacing w:after="20" w:before="20"/>
            </w:pPr>
            <w:r/>
            <w:r>
              <w:rPr>
                <w:rFonts w:ascii="Times New Roman" w:hAnsi="Times New Roman" w:eastAsia="宋体"/>
                <w:b w:val="0"/>
                <w:sz w:val="21"/>
              </w:rPr>
              <w:t>材料科学与工程学院</w:t>
            </w:r>
          </w:p>
        </w:tc>
        <w:tc>
          <w:tcPr>
            <w:tcW w:type="dxa" w:w="1439"/>
          </w:tcPr>
          <w:p>
            <w:pPr>
              <w:spacing w:after="20" w:before="20"/>
            </w:pPr>
            <w:r/>
            <w:r>
              <w:rPr>
                <w:rFonts w:ascii="Times New Roman" w:hAnsi="Times New Roman" w:eastAsia="宋体"/>
                <w:b w:val="0"/>
                <w:sz w:val="21"/>
              </w:rPr>
              <w:t>吴轶凡</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2205240108</w:t>
            </w:r>
          </w:p>
        </w:tc>
        <w:tc>
          <w:tcPr>
            <w:tcW w:type="dxa" w:w="1439"/>
          </w:tcPr>
          <w:p>
            <w:pPr>
              <w:spacing w:after="20" w:before="20"/>
            </w:pPr>
            <w:r/>
            <w:r>
              <w:rPr>
                <w:rFonts w:ascii="Times New Roman" w:hAnsi="Times New Roman" w:eastAsia="宋体"/>
                <w:b w:val="0"/>
                <w:sz w:val="21"/>
              </w:rPr>
              <w:t>材料物理（半导体芯片制造方向）</w:t>
            </w:r>
          </w:p>
        </w:tc>
      </w:tr>
      <w:tr>
        <w:tc>
          <w:tcPr>
            <w:tcW w:type="dxa" w:w="1439"/>
          </w:tcPr>
          <w:p>
            <w:pPr>
              <w:spacing w:after="20" w:before="20"/>
            </w:pPr>
            <w:r/>
            <w:r>
              <w:rPr>
                <w:rFonts w:ascii="Times New Roman" w:hAnsi="Times New Roman" w:eastAsia="宋体"/>
                <w:b w:val="0"/>
                <w:sz w:val="21"/>
              </w:rPr>
              <w:t>113</w:t>
            </w:r>
          </w:p>
        </w:tc>
        <w:tc>
          <w:tcPr>
            <w:tcW w:type="dxa" w:w="1439"/>
          </w:tcPr>
          <w:p>
            <w:pPr>
              <w:spacing w:after="20" w:before="20"/>
            </w:pPr>
            <w:r/>
            <w:r>
              <w:rPr>
                <w:rFonts w:ascii="Times New Roman" w:hAnsi="Times New Roman" w:eastAsia="宋体"/>
                <w:b w:val="0"/>
                <w:sz w:val="21"/>
              </w:rPr>
              <w:t>材料科学与工程学院</w:t>
            </w:r>
          </w:p>
        </w:tc>
        <w:tc>
          <w:tcPr>
            <w:tcW w:type="dxa" w:w="1439"/>
          </w:tcPr>
          <w:p>
            <w:pPr>
              <w:spacing w:after="20" w:before="20"/>
            </w:pPr>
            <w:r/>
            <w:r>
              <w:rPr>
                <w:rFonts w:ascii="Times New Roman" w:hAnsi="Times New Roman" w:eastAsia="宋体"/>
                <w:b w:val="0"/>
                <w:sz w:val="21"/>
              </w:rPr>
              <w:t>李苏苏</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2205010101</w:t>
            </w:r>
          </w:p>
        </w:tc>
        <w:tc>
          <w:tcPr>
            <w:tcW w:type="dxa" w:w="1439"/>
          </w:tcPr>
          <w:p>
            <w:pPr>
              <w:spacing w:after="20" w:before="20"/>
            </w:pPr>
            <w:r/>
            <w:r>
              <w:rPr>
                <w:rFonts w:ascii="Times New Roman" w:hAnsi="Times New Roman" w:eastAsia="宋体"/>
                <w:b w:val="0"/>
                <w:sz w:val="21"/>
              </w:rPr>
              <w:t>材料物理</w:t>
            </w:r>
          </w:p>
        </w:tc>
      </w:tr>
      <w:tr>
        <w:tc>
          <w:tcPr>
            <w:tcW w:type="dxa" w:w="1439"/>
          </w:tcPr>
          <w:p>
            <w:pPr>
              <w:spacing w:after="20" w:before="20"/>
            </w:pPr>
            <w:r/>
            <w:r>
              <w:rPr>
                <w:rFonts w:ascii="Times New Roman" w:hAnsi="Times New Roman" w:eastAsia="宋体"/>
                <w:b w:val="0"/>
                <w:sz w:val="21"/>
              </w:rPr>
              <w:t>114</w:t>
            </w:r>
          </w:p>
        </w:tc>
        <w:tc>
          <w:tcPr>
            <w:tcW w:type="dxa" w:w="1439"/>
          </w:tcPr>
          <w:p>
            <w:pPr>
              <w:spacing w:after="20" w:before="20"/>
            </w:pPr>
            <w:r/>
            <w:r>
              <w:rPr>
                <w:rFonts w:ascii="Times New Roman" w:hAnsi="Times New Roman" w:eastAsia="宋体"/>
                <w:b w:val="0"/>
                <w:sz w:val="21"/>
              </w:rPr>
              <w:t>材料科学与工程学院</w:t>
            </w:r>
          </w:p>
        </w:tc>
        <w:tc>
          <w:tcPr>
            <w:tcW w:type="dxa" w:w="1439"/>
          </w:tcPr>
          <w:p>
            <w:pPr>
              <w:spacing w:after="20" w:before="20"/>
            </w:pPr>
            <w:r/>
            <w:r>
              <w:rPr>
                <w:rFonts w:ascii="Times New Roman" w:hAnsi="Times New Roman" w:eastAsia="宋体"/>
                <w:b w:val="0"/>
                <w:sz w:val="21"/>
              </w:rPr>
              <w:t>吕天诺</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2205010408</w:t>
            </w:r>
          </w:p>
        </w:tc>
        <w:tc>
          <w:tcPr>
            <w:tcW w:type="dxa" w:w="1439"/>
          </w:tcPr>
          <w:p>
            <w:pPr>
              <w:spacing w:after="20" w:before="20"/>
            </w:pPr>
            <w:r/>
            <w:r>
              <w:rPr>
                <w:rFonts w:ascii="Times New Roman" w:hAnsi="Times New Roman" w:eastAsia="宋体"/>
                <w:b w:val="0"/>
                <w:sz w:val="21"/>
              </w:rPr>
              <w:t>材料物理</w:t>
            </w:r>
          </w:p>
        </w:tc>
      </w:tr>
      <w:tr>
        <w:tc>
          <w:tcPr>
            <w:tcW w:type="dxa" w:w="1439"/>
          </w:tcPr>
          <w:p>
            <w:pPr>
              <w:spacing w:after="20" w:before="20"/>
            </w:pPr>
            <w:r/>
            <w:r>
              <w:rPr>
                <w:rFonts w:ascii="Times New Roman" w:hAnsi="Times New Roman" w:eastAsia="宋体"/>
                <w:b w:val="0"/>
                <w:sz w:val="21"/>
              </w:rPr>
              <w:t>115</w:t>
            </w:r>
          </w:p>
        </w:tc>
        <w:tc>
          <w:tcPr>
            <w:tcW w:type="dxa" w:w="1439"/>
          </w:tcPr>
          <w:p>
            <w:pPr>
              <w:spacing w:after="20" w:before="20"/>
            </w:pPr>
            <w:r/>
            <w:r>
              <w:rPr>
                <w:rFonts w:ascii="Times New Roman" w:hAnsi="Times New Roman" w:eastAsia="宋体"/>
                <w:b w:val="0"/>
                <w:sz w:val="21"/>
              </w:rPr>
              <w:t>材料科学与工程学院</w:t>
            </w:r>
          </w:p>
        </w:tc>
        <w:tc>
          <w:tcPr>
            <w:tcW w:type="dxa" w:w="1439"/>
          </w:tcPr>
          <w:p>
            <w:pPr>
              <w:spacing w:after="20" w:before="20"/>
            </w:pPr>
            <w:r/>
            <w:r>
              <w:rPr>
                <w:rFonts w:ascii="Times New Roman" w:hAnsi="Times New Roman" w:eastAsia="宋体"/>
                <w:b w:val="0"/>
                <w:sz w:val="21"/>
              </w:rPr>
              <w:t>周俊</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2205230113</w:t>
            </w:r>
          </w:p>
        </w:tc>
        <w:tc>
          <w:tcPr>
            <w:tcW w:type="dxa" w:w="1439"/>
          </w:tcPr>
          <w:p>
            <w:pPr>
              <w:spacing w:after="20" w:before="20"/>
            </w:pPr>
            <w:r/>
            <w:r>
              <w:rPr>
                <w:rFonts w:ascii="Times New Roman" w:hAnsi="Times New Roman" w:eastAsia="宋体"/>
                <w:b w:val="0"/>
                <w:sz w:val="21"/>
              </w:rPr>
              <w:t>材料化学（辅修英语）</w:t>
            </w:r>
          </w:p>
        </w:tc>
      </w:tr>
      <w:tr>
        <w:tc>
          <w:tcPr>
            <w:tcW w:type="dxa" w:w="1439"/>
          </w:tcPr>
          <w:p>
            <w:pPr>
              <w:spacing w:after="20" w:before="20"/>
            </w:pPr>
            <w:r/>
            <w:r>
              <w:rPr>
                <w:rFonts w:ascii="Times New Roman" w:hAnsi="Times New Roman" w:eastAsia="宋体"/>
                <w:b w:val="0"/>
                <w:sz w:val="21"/>
              </w:rPr>
              <w:t>116</w:t>
            </w:r>
          </w:p>
        </w:tc>
        <w:tc>
          <w:tcPr>
            <w:tcW w:type="dxa" w:w="1439"/>
          </w:tcPr>
          <w:p>
            <w:pPr>
              <w:spacing w:after="20" w:before="20"/>
            </w:pPr>
            <w:r/>
            <w:r>
              <w:rPr>
                <w:rFonts w:ascii="Times New Roman" w:hAnsi="Times New Roman" w:eastAsia="宋体"/>
                <w:b w:val="0"/>
                <w:sz w:val="21"/>
              </w:rPr>
              <w:t>材料科学与工程学院</w:t>
            </w:r>
          </w:p>
        </w:tc>
        <w:tc>
          <w:tcPr>
            <w:tcW w:type="dxa" w:w="1439"/>
          </w:tcPr>
          <w:p>
            <w:pPr>
              <w:spacing w:after="20" w:before="20"/>
            </w:pPr>
            <w:r/>
            <w:r>
              <w:rPr>
                <w:rFonts w:ascii="Times New Roman" w:hAnsi="Times New Roman" w:eastAsia="宋体"/>
                <w:b w:val="0"/>
                <w:sz w:val="21"/>
              </w:rPr>
              <w:t>吴慧琪</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2205230110</w:t>
            </w:r>
          </w:p>
        </w:tc>
        <w:tc>
          <w:tcPr>
            <w:tcW w:type="dxa" w:w="1439"/>
          </w:tcPr>
          <w:p>
            <w:pPr>
              <w:spacing w:after="20" w:before="20"/>
            </w:pPr>
            <w:r/>
            <w:r>
              <w:rPr>
                <w:rFonts w:ascii="Times New Roman" w:hAnsi="Times New Roman" w:eastAsia="宋体"/>
                <w:b w:val="0"/>
                <w:sz w:val="21"/>
              </w:rPr>
              <w:t>材料化学（辅修英语）</w:t>
            </w:r>
          </w:p>
        </w:tc>
      </w:tr>
      <w:tr>
        <w:tc>
          <w:tcPr>
            <w:tcW w:type="dxa" w:w="1439"/>
          </w:tcPr>
          <w:p>
            <w:pPr>
              <w:spacing w:after="20" w:before="20"/>
            </w:pPr>
            <w:r/>
            <w:r>
              <w:rPr>
                <w:rFonts w:ascii="Times New Roman" w:hAnsi="Times New Roman" w:eastAsia="宋体"/>
                <w:b w:val="0"/>
                <w:sz w:val="21"/>
              </w:rPr>
              <w:t>117</w:t>
            </w:r>
          </w:p>
        </w:tc>
        <w:tc>
          <w:tcPr>
            <w:tcW w:type="dxa" w:w="1439"/>
          </w:tcPr>
          <w:p>
            <w:pPr>
              <w:spacing w:after="20" w:before="20"/>
            </w:pPr>
            <w:r/>
            <w:r>
              <w:rPr>
                <w:rFonts w:ascii="Times New Roman" w:hAnsi="Times New Roman" w:eastAsia="宋体"/>
                <w:b w:val="0"/>
                <w:sz w:val="21"/>
              </w:rPr>
              <w:t>材料科学与工程学院</w:t>
            </w:r>
          </w:p>
        </w:tc>
        <w:tc>
          <w:tcPr>
            <w:tcW w:type="dxa" w:w="1439"/>
          </w:tcPr>
          <w:p>
            <w:pPr>
              <w:spacing w:after="20" w:before="20"/>
            </w:pPr>
            <w:r/>
            <w:r>
              <w:rPr>
                <w:rFonts w:ascii="Times New Roman" w:hAnsi="Times New Roman" w:eastAsia="宋体"/>
                <w:b w:val="0"/>
                <w:sz w:val="21"/>
              </w:rPr>
              <w:t>谢紫琴</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2205230115</w:t>
            </w:r>
          </w:p>
        </w:tc>
        <w:tc>
          <w:tcPr>
            <w:tcW w:type="dxa" w:w="1439"/>
          </w:tcPr>
          <w:p>
            <w:pPr>
              <w:spacing w:after="20" w:before="20"/>
            </w:pPr>
            <w:r/>
            <w:r>
              <w:rPr>
                <w:rFonts w:ascii="Times New Roman" w:hAnsi="Times New Roman" w:eastAsia="宋体"/>
                <w:b w:val="0"/>
                <w:sz w:val="21"/>
              </w:rPr>
              <w:t>材料化学（辅修英语）</w:t>
            </w:r>
          </w:p>
        </w:tc>
      </w:tr>
      <w:tr>
        <w:tc>
          <w:tcPr>
            <w:tcW w:type="dxa" w:w="1439"/>
          </w:tcPr>
          <w:p>
            <w:pPr>
              <w:spacing w:after="20" w:before="20"/>
            </w:pPr>
            <w:r/>
            <w:r>
              <w:rPr>
                <w:rFonts w:ascii="Times New Roman" w:hAnsi="Times New Roman" w:eastAsia="宋体"/>
                <w:b w:val="0"/>
                <w:sz w:val="21"/>
              </w:rPr>
              <w:t>118</w:t>
            </w:r>
          </w:p>
        </w:tc>
        <w:tc>
          <w:tcPr>
            <w:tcW w:type="dxa" w:w="1439"/>
          </w:tcPr>
          <w:p>
            <w:pPr>
              <w:spacing w:after="20" w:before="20"/>
            </w:pPr>
            <w:r/>
            <w:r>
              <w:rPr>
                <w:rFonts w:ascii="Times New Roman" w:hAnsi="Times New Roman" w:eastAsia="宋体"/>
                <w:b w:val="0"/>
                <w:sz w:val="21"/>
              </w:rPr>
              <w:t>材料科学与工程学院</w:t>
            </w:r>
          </w:p>
        </w:tc>
        <w:tc>
          <w:tcPr>
            <w:tcW w:type="dxa" w:w="1439"/>
          </w:tcPr>
          <w:p>
            <w:pPr>
              <w:spacing w:after="20" w:before="20"/>
            </w:pPr>
            <w:r/>
            <w:r>
              <w:rPr>
                <w:rFonts w:ascii="Times New Roman" w:hAnsi="Times New Roman" w:eastAsia="宋体"/>
                <w:b w:val="0"/>
                <w:sz w:val="21"/>
              </w:rPr>
              <w:t>田超</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2205010218</w:t>
            </w:r>
          </w:p>
        </w:tc>
        <w:tc>
          <w:tcPr>
            <w:tcW w:type="dxa" w:w="1439"/>
          </w:tcPr>
          <w:p>
            <w:pPr>
              <w:spacing w:after="20" w:before="20"/>
            </w:pPr>
            <w:r/>
            <w:r>
              <w:rPr>
                <w:rFonts w:ascii="Times New Roman" w:hAnsi="Times New Roman" w:eastAsia="宋体"/>
                <w:b w:val="0"/>
                <w:sz w:val="21"/>
              </w:rPr>
              <w:t>材料化学</w:t>
            </w:r>
          </w:p>
        </w:tc>
      </w:tr>
      <w:tr>
        <w:tc>
          <w:tcPr>
            <w:tcW w:type="dxa" w:w="1439"/>
          </w:tcPr>
          <w:p>
            <w:pPr>
              <w:spacing w:after="20" w:before="20"/>
            </w:pPr>
            <w:r/>
            <w:r>
              <w:rPr>
                <w:rFonts w:ascii="Times New Roman" w:hAnsi="Times New Roman" w:eastAsia="宋体"/>
                <w:b w:val="0"/>
                <w:sz w:val="21"/>
              </w:rPr>
              <w:t>119</w:t>
            </w:r>
          </w:p>
        </w:tc>
        <w:tc>
          <w:tcPr>
            <w:tcW w:type="dxa" w:w="1439"/>
          </w:tcPr>
          <w:p>
            <w:pPr>
              <w:spacing w:after="20" w:before="20"/>
            </w:pPr>
            <w:r/>
            <w:r>
              <w:rPr>
                <w:rFonts w:ascii="Times New Roman" w:hAnsi="Times New Roman" w:eastAsia="宋体"/>
                <w:b w:val="0"/>
                <w:sz w:val="21"/>
              </w:rPr>
              <w:t>材料科学与工程学院</w:t>
            </w:r>
          </w:p>
        </w:tc>
        <w:tc>
          <w:tcPr>
            <w:tcW w:type="dxa" w:w="1439"/>
          </w:tcPr>
          <w:p>
            <w:pPr>
              <w:spacing w:after="20" w:before="20"/>
            </w:pPr>
            <w:r/>
            <w:r>
              <w:rPr>
                <w:rFonts w:ascii="Times New Roman" w:hAnsi="Times New Roman" w:eastAsia="宋体"/>
                <w:b w:val="0"/>
                <w:sz w:val="21"/>
              </w:rPr>
              <w:t>程帅</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2205270101</w:t>
            </w:r>
          </w:p>
        </w:tc>
        <w:tc>
          <w:tcPr>
            <w:tcW w:type="dxa" w:w="1439"/>
          </w:tcPr>
          <w:p>
            <w:pPr>
              <w:spacing w:after="20" w:before="20"/>
            </w:pPr>
            <w:r/>
            <w:r>
              <w:rPr>
                <w:rFonts w:ascii="Times New Roman" w:hAnsi="Times New Roman" w:eastAsia="宋体"/>
                <w:b w:val="0"/>
                <w:sz w:val="21"/>
              </w:rPr>
              <w:t>新能源材料与器件（光电与智能材料方向）</w:t>
            </w:r>
          </w:p>
        </w:tc>
      </w:tr>
      <w:tr>
        <w:tc>
          <w:tcPr>
            <w:tcW w:type="dxa" w:w="1439"/>
          </w:tcPr>
          <w:p>
            <w:pPr>
              <w:spacing w:after="20" w:before="20"/>
            </w:pPr>
            <w:r/>
            <w:r>
              <w:rPr>
                <w:rFonts w:ascii="Times New Roman" w:hAnsi="Times New Roman" w:eastAsia="宋体"/>
                <w:b w:val="0"/>
                <w:sz w:val="21"/>
              </w:rPr>
              <w:t>120</w:t>
            </w:r>
          </w:p>
        </w:tc>
        <w:tc>
          <w:tcPr>
            <w:tcW w:type="dxa" w:w="1439"/>
          </w:tcPr>
          <w:p>
            <w:pPr>
              <w:spacing w:after="20" w:before="20"/>
            </w:pPr>
            <w:r/>
            <w:r>
              <w:rPr>
                <w:rFonts w:ascii="Times New Roman" w:hAnsi="Times New Roman" w:eastAsia="宋体"/>
                <w:b w:val="0"/>
                <w:sz w:val="21"/>
              </w:rPr>
              <w:t>材料科学与工程学院</w:t>
            </w:r>
          </w:p>
        </w:tc>
        <w:tc>
          <w:tcPr>
            <w:tcW w:type="dxa" w:w="1439"/>
          </w:tcPr>
          <w:p>
            <w:pPr>
              <w:spacing w:after="20" w:before="20"/>
            </w:pPr>
            <w:r/>
            <w:r>
              <w:rPr>
                <w:rFonts w:ascii="Times New Roman" w:hAnsi="Times New Roman" w:eastAsia="宋体"/>
                <w:b w:val="0"/>
                <w:sz w:val="21"/>
              </w:rPr>
              <w:t>鄢青青</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2205270120</w:t>
            </w:r>
          </w:p>
        </w:tc>
        <w:tc>
          <w:tcPr>
            <w:tcW w:type="dxa" w:w="1439"/>
          </w:tcPr>
          <w:p>
            <w:pPr>
              <w:spacing w:after="20" w:before="20"/>
            </w:pPr>
            <w:r/>
            <w:r>
              <w:rPr>
                <w:rFonts w:ascii="Times New Roman" w:hAnsi="Times New Roman" w:eastAsia="宋体"/>
                <w:b w:val="0"/>
                <w:sz w:val="21"/>
              </w:rPr>
              <w:t>新能源材料与器件（光电与智能材料方向）</w:t>
            </w:r>
          </w:p>
        </w:tc>
      </w:tr>
      <w:tr>
        <w:tc>
          <w:tcPr>
            <w:tcW w:type="dxa" w:w="1439"/>
          </w:tcPr>
          <w:p>
            <w:pPr>
              <w:spacing w:after="20" w:before="20"/>
            </w:pPr>
            <w:r/>
            <w:r>
              <w:rPr>
                <w:rFonts w:ascii="Times New Roman" w:hAnsi="Times New Roman" w:eastAsia="宋体"/>
                <w:b w:val="0"/>
                <w:sz w:val="21"/>
              </w:rPr>
              <w:t>121</w:t>
            </w:r>
          </w:p>
        </w:tc>
        <w:tc>
          <w:tcPr>
            <w:tcW w:type="dxa" w:w="1439"/>
          </w:tcPr>
          <w:p>
            <w:pPr>
              <w:spacing w:after="20" w:before="20"/>
            </w:pPr>
            <w:r/>
            <w:r>
              <w:rPr>
                <w:rFonts w:ascii="Times New Roman" w:hAnsi="Times New Roman" w:eastAsia="宋体"/>
                <w:b w:val="0"/>
                <w:sz w:val="21"/>
              </w:rPr>
              <w:t>管理学院</w:t>
            </w:r>
          </w:p>
        </w:tc>
        <w:tc>
          <w:tcPr>
            <w:tcW w:type="dxa" w:w="1439"/>
          </w:tcPr>
          <w:p>
            <w:pPr>
              <w:spacing w:after="20" w:before="20"/>
            </w:pPr>
            <w:r/>
            <w:r>
              <w:rPr>
                <w:rFonts w:ascii="Times New Roman" w:hAnsi="Times New Roman" w:eastAsia="宋体"/>
                <w:b w:val="0"/>
                <w:sz w:val="21"/>
              </w:rPr>
              <w:t>钟芮晗</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2206080114</w:t>
            </w:r>
          </w:p>
        </w:tc>
        <w:tc>
          <w:tcPr>
            <w:tcW w:type="dxa" w:w="1439"/>
          </w:tcPr>
          <w:p>
            <w:pPr>
              <w:spacing w:after="20" w:before="20"/>
            </w:pPr>
            <w:r/>
            <w:r>
              <w:rPr>
                <w:rFonts w:ascii="Times New Roman" w:hAnsi="Times New Roman" w:eastAsia="宋体"/>
                <w:b w:val="0"/>
                <w:sz w:val="21"/>
              </w:rPr>
              <w:t>会计学</w:t>
            </w:r>
          </w:p>
        </w:tc>
      </w:tr>
      <w:tr>
        <w:tc>
          <w:tcPr>
            <w:tcW w:type="dxa" w:w="1439"/>
          </w:tcPr>
          <w:p>
            <w:pPr>
              <w:spacing w:after="20" w:before="20"/>
            </w:pPr>
            <w:r/>
            <w:r>
              <w:rPr>
                <w:rFonts w:ascii="Times New Roman" w:hAnsi="Times New Roman" w:eastAsia="宋体"/>
                <w:b w:val="0"/>
                <w:sz w:val="21"/>
              </w:rPr>
              <w:t>122</w:t>
            </w:r>
          </w:p>
        </w:tc>
        <w:tc>
          <w:tcPr>
            <w:tcW w:type="dxa" w:w="1439"/>
          </w:tcPr>
          <w:p>
            <w:pPr>
              <w:spacing w:after="20" w:before="20"/>
            </w:pPr>
            <w:r/>
            <w:r>
              <w:rPr>
                <w:rFonts w:ascii="Times New Roman" w:hAnsi="Times New Roman" w:eastAsia="宋体"/>
                <w:b w:val="0"/>
                <w:sz w:val="21"/>
              </w:rPr>
              <w:t>管理学院</w:t>
            </w:r>
          </w:p>
        </w:tc>
        <w:tc>
          <w:tcPr>
            <w:tcW w:type="dxa" w:w="1439"/>
          </w:tcPr>
          <w:p>
            <w:pPr>
              <w:spacing w:after="20" w:before="20"/>
            </w:pPr>
            <w:r/>
            <w:r>
              <w:rPr>
                <w:rFonts w:ascii="Times New Roman" w:hAnsi="Times New Roman" w:eastAsia="宋体"/>
                <w:b w:val="0"/>
                <w:sz w:val="21"/>
              </w:rPr>
              <w:t>方念</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2206080320</w:t>
            </w:r>
          </w:p>
        </w:tc>
        <w:tc>
          <w:tcPr>
            <w:tcW w:type="dxa" w:w="1439"/>
          </w:tcPr>
          <w:p>
            <w:pPr>
              <w:spacing w:after="20" w:before="20"/>
            </w:pPr>
            <w:r/>
            <w:r>
              <w:rPr>
                <w:rFonts w:ascii="Times New Roman" w:hAnsi="Times New Roman" w:eastAsia="宋体"/>
                <w:b w:val="0"/>
                <w:sz w:val="21"/>
              </w:rPr>
              <w:t>会计学</w:t>
            </w:r>
          </w:p>
        </w:tc>
      </w:tr>
      <w:tr>
        <w:tc>
          <w:tcPr>
            <w:tcW w:type="dxa" w:w="1439"/>
          </w:tcPr>
          <w:p>
            <w:pPr>
              <w:spacing w:after="20" w:before="20"/>
            </w:pPr>
            <w:r/>
            <w:r>
              <w:rPr>
                <w:rFonts w:ascii="Times New Roman" w:hAnsi="Times New Roman" w:eastAsia="宋体"/>
                <w:b w:val="0"/>
                <w:sz w:val="21"/>
              </w:rPr>
              <w:t>123</w:t>
            </w:r>
          </w:p>
        </w:tc>
        <w:tc>
          <w:tcPr>
            <w:tcW w:type="dxa" w:w="1439"/>
          </w:tcPr>
          <w:p>
            <w:pPr>
              <w:spacing w:after="20" w:before="20"/>
            </w:pPr>
            <w:r/>
            <w:r>
              <w:rPr>
                <w:rFonts w:ascii="Times New Roman" w:hAnsi="Times New Roman" w:eastAsia="宋体"/>
                <w:b w:val="0"/>
                <w:sz w:val="21"/>
              </w:rPr>
              <w:t>管理学院</w:t>
            </w:r>
          </w:p>
        </w:tc>
        <w:tc>
          <w:tcPr>
            <w:tcW w:type="dxa" w:w="1439"/>
          </w:tcPr>
          <w:p>
            <w:pPr>
              <w:spacing w:after="20" w:before="20"/>
            </w:pPr>
            <w:r/>
            <w:r>
              <w:rPr>
                <w:rFonts w:ascii="Times New Roman" w:hAnsi="Times New Roman" w:eastAsia="宋体"/>
                <w:b w:val="0"/>
                <w:sz w:val="21"/>
              </w:rPr>
              <w:t>康家祥</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2206080207</w:t>
            </w:r>
          </w:p>
        </w:tc>
        <w:tc>
          <w:tcPr>
            <w:tcW w:type="dxa" w:w="1439"/>
          </w:tcPr>
          <w:p>
            <w:pPr>
              <w:spacing w:after="20" w:before="20"/>
            </w:pPr>
            <w:r/>
            <w:r>
              <w:rPr>
                <w:rFonts w:ascii="Times New Roman" w:hAnsi="Times New Roman" w:eastAsia="宋体"/>
                <w:b w:val="0"/>
                <w:sz w:val="21"/>
              </w:rPr>
              <w:t>会计学</w:t>
            </w:r>
          </w:p>
        </w:tc>
      </w:tr>
      <w:tr>
        <w:tc>
          <w:tcPr>
            <w:tcW w:type="dxa" w:w="1439"/>
          </w:tcPr>
          <w:p>
            <w:pPr>
              <w:spacing w:after="20" w:before="20"/>
            </w:pPr>
            <w:r/>
            <w:r>
              <w:rPr>
                <w:rFonts w:ascii="Times New Roman" w:hAnsi="Times New Roman" w:eastAsia="宋体"/>
                <w:b w:val="0"/>
                <w:sz w:val="21"/>
              </w:rPr>
              <w:t>124</w:t>
            </w:r>
          </w:p>
        </w:tc>
        <w:tc>
          <w:tcPr>
            <w:tcW w:type="dxa" w:w="1439"/>
          </w:tcPr>
          <w:p>
            <w:pPr>
              <w:spacing w:after="20" w:before="20"/>
            </w:pPr>
            <w:r/>
            <w:r>
              <w:rPr>
                <w:rFonts w:ascii="Times New Roman" w:hAnsi="Times New Roman" w:eastAsia="宋体"/>
                <w:b w:val="0"/>
                <w:sz w:val="21"/>
              </w:rPr>
              <w:t>管理学院</w:t>
            </w:r>
          </w:p>
        </w:tc>
        <w:tc>
          <w:tcPr>
            <w:tcW w:type="dxa" w:w="1439"/>
          </w:tcPr>
          <w:p>
            <w:pPr>
              <w:spacing w:after="20" w:before="20"/>
            </w:pPr>
            <w:r/>
            <w:r>
              <w:rPr>
                <w:rFonts w:ascii="Times New Roman" w:hAnsi="Times New Roman" w:eastAsia="宋体"/>
                <w:b w:val="0"/>
                <w:sz w:val="21"/>
              </w:rPr>
              <w:t>刘昕玥</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2206270124</w:t>
            </w:r>
          </w:p>
        </w:tc>
        <w:tc>
          <w:tcPr>
            <w:tcW w:type="dxa" w:w="1439"/>
          </w:tcPr>
          <w:p>
            <w:pPr>
              <w:spacing w:after="20" w:before="20"/>
            </w:pPr>
            <w:r/>
            <w:r>
              <w:rPr>
                <w:rFonts w:ascii="Times New Roman" w:hAnsi="Times New Roman" w:eastAsia="宋体"/>
                <w:b w:val="0"/>
                <w:sz w:val="21"/>
              </w:rPr>
              <w:t>会计学（辅修英语）</w:t>
            </w:r>
          </w:p>
        </w:tc>
      </w:tr>
      <w:tr>
        <w:tc>
          <w:tcPr>
            <w:tcW w:type="dxa" w:w="1439"/>
          </w:tcPr>
          <w:p>
            <w:pPr>
              <w:spacing w:after="20" w:before="20"/>
            </w:pPr>
            <w:r/>
            <w:r>
              <w:rPr>
                <w:rFonts w:ascii="Times New Roman" w:hAnsi="Times New Roman" w:eastAsia="宋体"/>
                <w:b w:val="0"/>
                <w:sz w:val="21"/>
              </w:rPr>
              <w:t>125</w:t>
            </w:r>
          </w:p>
        </w:tc>
        <w:tc>
          <w:tcPr>
            <w:tcW w:type="dxa" w:w="1439"/>
          </w:tcPr>
          <w:p>
            <w:pPr>
              <w:spacing w:after="20" w:before="20"/>
            </w:pPr>
            <w:r/>
            <w:r>
              <w:rPr>
                <w:rFonts w:ascii="Times New Roman" w:hAnsi="Times New Roman" w:eastAsia="宋体"/>
                <w:b w:val="0"/>
                <w:sz w:val="21"/>
              </w:rPr>
              <w:t>管理学院</w:t>
            </w:r>
          </w:p>
        </w:tc>
        <w:tc>
          <w:tcPr>
            <w:tcW w:type="dxa" w:w="1439"/>
          </w:tcPr>
          <w:p>
            <w:pPr>
              <w:spacing w:after="20" w:before="20"/>
            </w:pPr>
            <w:r/>
            <w:r>
              <w:rPr>
                <w:rFonts w:ascii="Times New Roman" w:hAnsi="Times New Roman" w:eastAsia="宋体"/>
                <w:b w:val="0"/>
                <w:sz w:val="21"/>
              </w:rPr>
              <w:t>黎朝晖</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2206270101</w:t>
            </w:r>
          </w:p>
        </w:tc>
        <w:tc>
          <w:tcPr>
            <w:tcW w:type="dxa" w:w="1439"/>
          </w:tcPr>
          <w:p>
            <w:pPr>
              <w:spacing w:after="20" w:before="20"/>
            </w:pPr>
            <w:r/>
            <w:r>
              <w:rPr>
                <w:rFonts w:ascii="Times New Roman" w:hAnsi="Times New Roman" w:eastAsia="宋体"/>
                <w:b w:val="0"/>
                <w:sz w:val="21"/>
              </w:rPr>
              <w:t>会计学（辅修英语）</w:t>
            </w:r>
          </w:p>
        </w:tc>
      </w:tr>
      <w:tr>
        <w:tc>
          <w:tcPr>
            <w:tcW w:type="dxa" w:w="1439"/>
          </w:tcPr>
          <w:p>
            <w:pPr>
              <w:spacing w:after="20" w:before="20"/>
            </w:pPr>
            <w:r/>
            <w:r>
              <w:rPr>
                <w:rFonts w:ascii="Times New Roman" w:hAnsi="Times New Roman" w:eastAsia="宋体"/>
                <w:b w:val="0"/>
                <w:sz w:val="21"/>
              </w:rPr>
              <w:t>126</w:t>
            </w:r>
          </w:p>
        </w:tc>
        <w:tc>
          <w:tcPr>
            <w:tcW w:type="dxa" w:w="1439"/>
          </w:tcPr>
          <w:p>
            <w:pPr>
              <w:spacing w:after="20" w:before="20"/>
            </w:pPr>
            <w:r/>
            <w:r>
              <w:rPr>
                <w:rFonts w:ascii="Times New Roman" w:hAnsi="Times New Roman" w:eastAsia="宋体"/>
                <w:b w:val="0"/>
                <w:sz w:val="21"/>
              </w:rPr>
              <w:t>管理学院</w:t>
            </w:r>
          </w:p>
        </w:tc>
        <w:tc>
          <w:tcPr>
            <w:tcW w:type="dxa" w:w="1439"/>
          </w:tcPr>
          <w:p>
            <w:pPr>
              <w:spacing w:after="20" w:before="20"/>
            </w:pPr>
            <w:r/>
            <w:r>
              <w:rPr>
                <w:rFonts w:ascii="Times New Roman" w:hAnsi="Times New Roman" w:eastAsia="宋体"/>
                <w:b w:val="0"/>
                <w:sz w:val="21"/>
              </w:rPr>
              <w:t>栾晓璇</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2206110105</w:t>
            </w:r>
          </w:p>
        </w:tc>
        <w:tc>
          <w:tcPr>
            <w:tcW w:type="dxa" w:w="1439"/>
          </w:tcPr>
          <w:p>
            <w:pPr>
              <w:spacing w:after="20" w:before="20"/>
            </w:pPr>
            <w:r/>
            <w:r>
              <w:rPr>
                <w:rFonts w:ascii="Times New Roman" w:hAnsi="Times New Roman" w:eastAsia="宋体"/>
                <w:b w:val="0"/>
                <w:sz w:val="21"/>
              </w:rPr>
              <w:t>电子商务</w:t>
            </w:r>
          </w:p>
        </w:tc>
      </w:tr>
      <w:tr>
        <w:tc>
          <w:tcPr>
            <w:tcW w:type="dxa" w:w="1439"/>
          </w:tcPr>
          <w:p>
            <w:pPr>
              <w:spacing w:after="20" w:before="20"/>
            </w:pPr>
            <w:r/>
            <w:r>
              <w:rPr>
                <w:rFonts w:ascii="Times New Roman" w:hAnsi="Times New Roman" w:eastAsia="宋体"/>
                <w:b w:val="0"/>
                <w:sz w:val="21"/>
              </w:rPr>
              <w:t>127</w:t>
            </w:r>
          </w:p>
        </w:tc>
        <w:tc>
          <w:tcPr>
            <w:tcW w:type="dxa" w:w="1439"/>
          </w:tcPr>
          <w:p>
            <w:pPr>
              <w:spacing w:after="20" w:before="20"/>
            </w:pPr>
            <w:r/>
            <w:r>
              <w:rPr>
                <w:rFonts w:ascii="Times New Roman" w:hAnsi="Times New Roman" w:eastAsia="宋体"/>
                <w:b w:val="0"/>
                <w:sz w:val="21"/>
              </w:rPr>
              <w:t>管理学院</w:t>
            </w:r>
          </w:p>
        </w:tc>
        <w:tc>
          <w:tcPr>
            <w:tcW w:type="dxa" w:w="1439"/>
          </w:tcPr>
          <w:p>
            <w:pPr>
              <w:spacing w:after="20" w:before="20"/>
            </w:pPr>
            <w:r/>
            <w:r>
              <w:rPr>
                <w:rFonts w:ascii="Times New Roman" w:hAnsi="Times New Roman" w:eastAsia="宋体"/>
                <w:b w:val="0"/>
                <w:sz w:val="21"/>
              </w:rPr>
              <w:t>陈绒</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2206330121</w:t>
            </w:r>
          </w:p>
        </w:tc>
        <w:tc>
          <w:tcPr>
            <w:tcW w:type="dxa" w:w="1439"/>
          </w:tcPr>
          <w:p>
            <w:pPr>
              <w:spacing w:after="20" w:before="20"/>
            </w:pPr>
            <w:r/>
            <w:r>
              <w:rPr>
                <w:rFonts w:ascii="Times New Roman" w:hAnsi="Times New Roman" w:eastAsia="宋体"/>
                <w:b w:val="0"/>
                <w:sz w:val="21"/>
              </w:rPr>
              <w:t>信息管理与信息系统</w:t>
            </w:r>
          </w:p>
        </w:tc>
      </w:tr>
      <w:tr>
        <w:tc>
          <w:tcPr>
            <w:tcW w:type="dxa" w:w="1439"/>
          </w:tcPr>
          <w:p>
            <w:pPr>
              <w:spacing w:after="20" w:before="20"/>
            </w:pPr>
            <w:r/>
            <w:r>
              <w:rPr>
                <w:rFonts w:ascii="Times New Roman" w:hAnsi="Times New Roman" w:eastAsia="宋体"/>
                <w:b w:val="0"/>
                <w:sz w:val="21"/>
              </w:rPr>
              <w:t>128</w:t>
            </w:r>
          </w:p>
        </w:tc>
        <w:tc>
          <w:tcPr>
            <w:tcW w:type="dxa" w:w="1439"/>
          </w:tcPr>
          <w:p>
            <w:pPr>
              <w:spacing w:after="20" w:before="20"/>
            </w:pPr>
            <w:r/>
            <w:r>
              <w:rPr>
                <w:rFonts w:ascii="Times New Roman" w:hAnsi="Times New Roman" w:eastAsia="宋体"/>
                <w:b w:val="0"/>
                <w:sz w:val="21"/>
              </w:rPr>
              <w:t>管理学院</w:t>
            </w:r>
          </w:p>
        </w:tc>
        <w:tc>
          <w:tcPr>
            <w:tcW w:type="dxa" w:w="1439"/>
          </w:tcPr>
          <w:p>
            <w:pPr>
              <w:spacing w:after="20" w:before="20"/>
            </w:pPr>
            <w:r/>
            <w:r>
              <w:rPr>
                <w:rFonts w:ascii="Times New Roman" w:hAnsi="Times New Roman" w:eastAsia="宋体"/>
                <w:b w:val="0"/>
                <w:sz w:val="21"/>
              </w:rPr>
              <w:t>柳梦涵</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2206330128</w:t>
            </w:r>
          </w:p>
        </w:tc>
        <w:tc>
          <w:tcPr>
            <w:tcW w:type="dxa" w:w="1439"/>
          </w:tcPr>
          <w:p>
            <w:pPr>
              <w:spacing w:after="20" w:before="20"/>
            </w:pPr>
            <w:r/>
            <w:r>
              <w:rPr>
                <w:rFonts w:ascii="Times New Roman" w:hAnsi="Times New Roman" w:eastAsia="宋体"/>
                <w:b w:val="0"/>
                <w:sz w:val="21"/>
              </w:rPr>
              <w:t>信息管理与信息系统</w:t>
            </w:r>
          </w:p>
        </w:tc>
      </w:tr>
      <w:tr>
        <w:tc>
          <w:tcPr>
            <w:tcW w:type="dxa" w:w="1439"/>
          </w:tcPr>
          <w:p>
            <w:pPr>
              <w:spacing w:after="20" w:before="20"/>
            </w:pPr>
            <w:r/>
            <w:r>
              <w:rPr>
                <w:rFonts w:ascii="Times New Roman" w:hAnsi="Times New Roman" w:eastAsia="宋体"/>
                <w:b w:val="0"/>
                <w:sz w:val="21"/>
              </w:rPr>
              <w:t>129</w:t>
            </w:r>
          </w:p>
        </w:tc>
        <w:tc>
          <w:tcPr>
            <w:tcW w:type="dxa" w:w="1439"/>
          </w:tcPr>
          <w:p>
            <w:pPr>
              <w:spacing w:after="20" w:before="20"/>
            </w:pPr>
            <w:r/>
            <w:r>
              <w:rPr>
                <w:rFonts w:ascii="Times New Roman" w:hAnsi="Times New Roman" w:eastAsia="宋体"/>
                <w:b w:val="0"/>
                <w:sz w:val="21"/>
              </w:rPr>
              <w:t>管理学院</w:t>
            </w:r>
          </w:p>
        </w:tc>
        <w:tc>
          <w:tcPr>
            <w:tcW w:type="dxa" w:w="1439"/>
          </w:tcPr>
          <w:p>
            <w:pPr>
              <w:spacing w:after="20" w:before="20"/>
            </w:pPr>
            <w:r/>
            <w:r>
              <w:rPr>
                <w:rFonts w:ascii="Times New Roman" w:hAnsi="Times New Roman" w:eastAsia="宋体"/>
                <w:b w:val="0"/>
                <w:sz w:val="21"/>
              </w:rPr>
              <w:t>李梦杰</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2206320210</w:t>
            </w:r>
          </w:p>
        </w:tc>
        <w:tc>
          <w:tcPr>
            <w:tcW w:type="dxa" w:w="1439"/>
          </w:tcPr>
          <w:p>
            <w:pPr>
              <w:spacing w:after="20" w:before="20"/>
            </w:pPr>
            <w:r/>
            <w:r>
              <w:rPr>
                <w:rFonts w:ascii="Times New Roman" w:hAnsi="Times New Roman" w:eastAsia="宋体"/>
                <w:b w:val="0"/>
                <w:sz w:val="21"/>
              </w:rPr>
              <w:t>工商管理</w:t>
            </w:r>
          </w:p>
        </w:tc>
      </w:tr>
      <w:tr>
        <w:tc>
          <w:tcPr>
            <w:tcW w:type="dxa" w:w="1439"/>
          </w:tcPr>
          <w:p>
            <w:pPr>
              <w:spacing w:after="20" w:before="20"/>
            </w:pPr>
            <w:r/>
            <w:r>
              <w:rPr>
                <w:rFonts w:ascii="Times New Roman" w:hAnsi="Times New Roman" w:eastAsia="宋体"/>
                <w:b w:val="0"/>
                <w:sz w:val="21"/>
              </w:rPr>
              <w:t>130</w:t>
            </w:r>
          </w:p>
        </w:tc>
        <w:tc>
          <w:tcPr>
            <w:tcW w:type="dxa" w:w="1439"/>
          </w:tcPr>
          <w:p>
            <w:pPr>
              <w:spacing w:after="20" w:before="20"/>
            </w:pPr>
            <w:r/>
            <w:r>
              <w:rPr>
                <w:rFonts w:ascii="Times New Roman" w:hAnsi="Times New Roman" w:eastAsia="宋体"/>
                <w:b w:val="0"/>
                <w:sz w:val="21"/>
              </w:rPr>
              <w:t>管理学院</w:t>
            </w:r>
          </w:p>
        </w:tc>
        <w:tc>
          <w:tcPr>
            <w:tcW w:type="dxa" w:w="1439"/>
          </w:tcPr>
          <w:p>
            <w:pPr>
              <w:spacing w:after="20" w:before="20"/>
            </w:pPr>
            <w:r/>
            <w:r>
              <w:rPr>
                <w:rFonts w:ascii="Times New Roman" w:hAnsi="Times New Roman" w:eastAsia="宋体"/>
                <w:b w:val="0"/>
                <w:sz w:val="21"/>
              </w:rPr>
              <w:t>虞越</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2206320130</w:t>
            </w:r>
          </w:p>
        </w:tc>
        <w:tc>
          <w:tcPr>
            <w:tcW w:type="dxa" w:w="1439"/>
          </w:tcPr>
          <w:p>
            <w:pPr>
              <w:spacing w:after="20" w:before="20"/>
            </w:pPr>
            <w:r/>
            <w:r>
              <w:rPr>
                <w:rFonts w:ascii="Times New Roman" w:hAnsi="Times New Roman" w:eastAsia="宋体"/>
                <w:b w:val="0"/>
                <w:sz w:val="21"/>
              </w:rPr>
              <w:t>工商管理</w:t>
            </w:r>
          </w:p>
        </w:tc>
      </w:tr>
      <w:tr>
        <w:tc>
          <w:tcPr>
            <w:tcW w:type="dxa" w:w="1439"/>
          </w:tcPr>
          <w:p>
            <w:pPr>
              <w:spacing w:after="20" w:before="20"/>
            </w:pPr>
            <w:r/>
            <w:r>
              <w:rPr>
                <w:rFonts w:ascii="Times New Roman" w:hAnsi="Times New Roman" w:eastAsia="宋体"/>
                <w:b w:val="0"/>
                <w:sz w:val="21"/>
              </w:rPr>
              <w:t>131</w:t>
            </w:r>
          </w:p>
        </w:tc>
        <w:tc>
          <w:tcPr>
            <w:tcW w:type="dxa" w:w="1439"/>
          </w:tcPr>
          <w:p>
            <w:pPr>
              <w:spacing w:after="20" w:before="20"/>
            </w:pPr>
            <w:r/>
            <w:r>
              <w:rPr>
                <w:rFonts w:ascii="Times New Roman" w:hAnsi="Times New Roman" w:eastAsia="宋体"/>
                <w:b w:val="0"/>
                <w:sz w:val="21"/>
              </w:rPr>
              <w:t>管理学院</w:t>
            </w:r>
          </w:p>
        </w:tc>
        <w:tc>
          <w:tcPr>
            <w:tcW w:type="dxa" w:w="1439"/>
          </w:tcPr>
          <w:p>
            <w:pPr>
              <w:spacing w:after="20" w:before="20"/>
            </w:pPr>
            <w:r/>
            <w:r>
              <w:rPr>
                <w:rFonts w:ascii="Times New Roman" w:hAnsi="Times New Roman" w:eastAsia="宋体"/>
                <w:b w:val="0"/>
                <w:sz w:val="21"/>
              </w:rPr>
              <w:t>陈润姿</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2206140208</w:t>
            </w:r>
          </w:p>
        </w:tc>
        <w:tc>
          <w:tcPr>
            <w:tcW w:type="dxa" w:w="1439"/>
          </w:tcPr>
          <w:p>
            <w:pPr>
              <w:spacing w:after="20" w:before="20"/>
            </w:pPr>
            <w:r/>
            <w:r>
              <w:rPr>
                <w:rFonts w:ascii="Times New Roman" w:hAnsi="Times New Roman" w:eastAsia="宋体"/>
                <w:b w:val="0"/>
                <w:sz w:val="21"/>
              </w:rPr>
              <w:t>行政管理</w:t>
            </w:r>
          </w:p>
        </w:tc>
      </w:tr>
      <w:tr>
        <w:tc>
          <w:tcPr>
            <w:tcW w:type="dxa" w:w="1439"/>
          </w:tcPr>
          <w:p>
            <w:pPr>
              <w:spacing w:after="20" w:before="20"/>
            </w:pPr>
            <w:r/>
            <w:r>
              <w:rPr>
                <w:rFonts w:ascii="Times New Roman" w:hAnsi="Times New Roman" w:eastAsia="宋体"/>
                <w:b w:val="0"/>
                <w:sz w:val="21"/>
              </w:rPr>
              <w:t>132</w:t>
            </w:r>
          </w:p>
        </w:tc>
        <w:tc>
          <w:tcPr>
            <w:tcW w:type="dxa" w:w="1439"/>
          </w:tcPr>
          <w:p>
            <w:pPr>
              <w:spacing w:after="20" w:before="20"/>
            </w:pPr>
            <w:r/>
            <w:r>
              <w:rPr>
                <w:rFonts w:ascii="Times New Roman" w:hAnsi="Times New Roman" w:eastAsia="宋体"/>
                <w:b w:val="0"/>
                <w:sz w:val="21"/>
              </w:rPr>
              <w:t>管理学院</w:t>
            </w:r>
          </w:p>
        </w:tc>
        <w:tc>
          <w:tcPr>
            <w:tcW w:type="dxa" w:w="1439"/>
          </w:tcPr>
          <w:p>
            <w:pPr>
              <w:spacing w:after="20" w:before="20"/>
            </w:pPr>
            <w:r/>
            <w:r>
              <w:rPr>
                <w:rFonts w:ascii="Times New Roman" w:hAnsi="Times New Roman" w:eastAsia="宋体"/>
                <w:b w:val="0"/>
                <w:sz w:val="21"/>
              </w:rPr>
              <w:t>阮秋毅</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2206140223</w:t>
            </w:r>
          </w:p>
        </w:tc>
        <w:tc>
          <w:tcPr>
            <w:tcW w:type="dxa" w:w="1439"/>
          </w:tcPr>
          <w:p>
            <w:pPr>
              <w:spacing w:after="20" w:before="20"/>
            </w:pPr>
            <w:r/>
            <w:r>
              <w:rPr>
                <w:rFonts w:ascii="Times New Roman" w:hAnsi="Times New Roman" w:eastAsia="宋体"/>
                <w:b w:val="0"/>
                <w:sz w:val="21"/>
              </w:rPr>
              <w:t>行政管理</w:t>
            </w:r>
          </w:p>
        </w:tc>
      </w:tr>
      <w:tr>
        <w:tc>
          <w:tcPr>
            <w:tcW w:type="dxa" w:w="1439"/>
          </w:tcPr>
          <w:p>
            <w:pPr>
              <w:spacing w:after="20" w:before="20"/>
            </w:pPr>
            <w:r/>
            <w:r>
              <w:rPr>
                <w:rFonts w:ascii="Times New Roman" w:hAnsi="Times New Roman" w:eastAsia="宋体"/>
                <w:b w:val="0"/>
                <w:sz w:val="21"/>
              </w:rPr>
              <w:t>133</w:t>
            </w:r>
          </w:p>
        </w:tc>
        <w:tc>
          <w:tcPr>
            <w:tcW w:type="dxa" w:w="1439"/>
          </w:tcPr>
          <w:p>
            <w:pPr>
              <w:spacing w:after="20" w:before="20"/>
            </w:pPr>
            <w:r/>
            <w:r>
              <w:rPr>
                <w:rFonts w:ascii="Times New Roman" w:hAnsi="Times New Roman" w:eastAsia="宋体"/>
                <w:b w:val="0"/>
                <w:sz w:val="21"/>
              </w:rPr>
              <w:t>管理学院</w:t>
            </w:r>
          </w:p>
        </w:tc>
        <w:tc>
          <w:tcPr>
            <w:tcW w:type="dxa" w:w="1439"/>
          </w:tcPr>
          <w:p>
            <w:pPr>
              <w:spacing w:after="20" w:before="20"/>
            </w:pPr>
            <w:r/>
            <w:r>
              <w:rPr>
                <w:rFonts w:ascii="Times New Roman" w:hAnsi="Times New Roman" w:eastAsia="宋体"/>
                <w:b w:val="0"/>
                <w:sz w:val="21"/>
              </w:rPr>
              <w:t>李颖</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2206340118</w:t>
            </w:r>
          </w:p>
        </w:tc>
        <w:tc>
          <w:tcPr>
            <w:tcW w:type="dxa" w:w="1439"/>
          </w:tcPr>
          <w:p>
            <w:pPr>
              <w:spacing w:after="20" w:before="20"/>
            </w:pPr>
            <w:r/>
            <w:r>
              <w:rPr>
                <w:rFonts w:ascii="Times New Roman" w:hAnsi="Times New Roman" w:eastAsia="宋体"/>
                <w:b w:val="0"/>
                <w:sz w:val="21"/>
              </w:rPr>
              <w:t>市场营销</w:t>
            </w:r>
          </w:p>
        </w:tc>
      </w:tr>
      <w:tr>
        <w:tc>
          <w:tcPr>
            <w:tcW w:type="dxa" w:w="1439"/>
          </w:tcPr>
          <w:p>
            <w:pPr>
              <w:spacing w:after="20" w:before="20"/>
            </w:pPr>
            <w:r/>
            <w:r>
              <w:rPr>
                <w:rFonts w:ascii="Times New Roman" w:hAnsi="Times New Roman" w:eastAsia="宋体"/>
                <w:b w:val="0"/>
                <w:sz w:val="21"/>
              </w:rPr>
              <w:t>134</w:t>
            </w:r>
          </w:p>
        </w:tc>
        <w:tc>
          <w:tcPr>
            <w:tcW w:type="dxa" w:w="1439"/>
          </w:tcPr>
          <w:p>
            <w:pPr>
              <w:spacing w:after="20" w:before="20"/>
            </w:pPr>
            <w:r/>
            <w:r>
              <w:rPr>
                <w:rFonts w:ascii="Times New Roman" w:hAnsi="Times New Roman" w:eastAsia="宋体"/>
                <w:b w:val="0"/>
                <w:sz w:val="21"/>
              </w:rPr>
              <w:t>管理学院</w:t>
            </w:r>
          </w:p>
        </w:tc>
        <w:tc>
          <w:tcPr>
            <w:tcW w:type="dxa" w:w="1439"/>
          </w:tcPr>
          <w:p>
            <w:pPr>
              <w:spacing w:after="20" w:before="20"/>
            </w:pPr>
            <w:r/>
            <w:r>
              <w:rPr>
                <w:rFonts w:ascii="Times New Roman" w:hAnsi="Times New Roman" w:eastAsia="宋体"/>
                <w:b w:val="0"/>
                <w:sz w:val="21"/>
              </w:rPr>
              <w:t>彭</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本段为武汉工程大学2026年推荐优秀应届本科毕业生免试攻读硕士学位研究生名单的第8至第15页内容，序号范围为139至259，共121人。名单按推荐单位、姓名、性别、学号、本科所学专业列示，涉及计算机学院、法商学院（知识产权学院）、化学与环境工程学院、光电信息与能源工程学院数理学院、外语学院、艺术设计学院、环境生态与生物工程学院、资源与安全工程学院、校团委等单位。</w:t>
      </w:r>
    </w:p>
    <w:p>
      <w:pPr>
        <w:spacing w:before="160" w:after="80" w:lineRule="auto" w:line="360"/>
        <w:jc w:val="left"/>
      </w:pPr>
      <w:r>
        <w:rPr>
          <w:rFonts w:ascii="Times New Roman" w:hAnsi="Times New Roman" w:eastAsia="宋体"/>
          <w:b/>
          <w:sz w:val="28"/>
        </w:rPr>
        <w:t>三、计算机学院（序号139—164，共26人）</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序号</w:t>
            </w:r>
          </w:p>
        </w:tc>
        <w:tc>
          <w:tcPr>
            <w:tcW w:type="dxa" w:w="1439"/>
          </w:tcPr>
          <w:p>
            <w:pPr>
              <w:spacing w:after="20" w:before="20"/>
            </w:pPr>
            <w:r/>
            <w:r>
              <w:rPr>
                <w:rFonts w:ascii="Times New Roman" w:hAnsi="Times New Roman" w:eastAsia="宋体"/>
                <w:b/>
                <w:sz w:val="21"/>
              </w:rPr>
              <w:t>推荐单位</w:t>
            </w:r>
          </w:p>
        </w:tc>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性别</w:t>
            </w:r>
          </w:p>
        </w:tc>
        <w:tc>
          <w:tcPr>
            <w:tcW w:type="dxa" w:w="1439"/>
          </w:tcPr>
          <w:p>
            <w:pPr>
              <w:spacing w:after="20" w:before="20"/>
            </w:pPr>
            <w:r/>
            <w:r>
              <w:rPr>
                <w:rFonts w:ascii="Times New Roman" w:hAnsi="Times New Roman" w:eastAsia="宋体"/>
                <w:b/>
                <w:sz w:val="21"/>
              </w:rPr>
              <w:t>学号</w:t>
            </w:r>
          </w:p>
        </w:tc>
        <w:tc>
          <w:tcPr>
            <w:tcW w:type="dxa" w:w="1439"/>
          </w:tcPr>
          <w:p>
            <w:pPr>
              <w:spacing w:after="20" w:before="20"/>
            </w:pPr>
            <w:r/>
            <w:r>
              <w:rPr>
                <w:rFonts w:ascii="Times New Roman" w:hAnsi="Times New Roman" w:eastAsia="宋体"/>
                <w:b/>
                <w:sz w:val="21"/>
              </w:rPr>
              <w:t>本科所学专业</w:t>
            </w:r>
          </w:p>
        </w:tc>
      </w:tr>
      <w:tr>
        <w:tc>
          <w:tcPr>
            <w:tcW w:type="dxa" w:w="1439"/>
          </w:tcPr>
          <w:p>
            <w:pPr>
              <w:spacing w:after="20" w:before="20"/>
            </w:pPr>
            <w:r/>
            <w:r>
              <w:rPr>
                <w:rFonts w:ascii="Times New Roman" w:hAnsi="Times New Roman" w:eastAsia="宋体"/>
                <w:b w:val="0"/>
                <w:sz w:val="21"/>
              </w:rPr>
              <w:t>139</w:t>
            </w:r>
          </w:p>
        </w:tc>
        <w:tc>
          <w:tcPr>
            <w:tcW w:type="dxa" w:w="1439"/>
          </w:tcPr>
          <w:p>
            <w:pPr>
              <w:spacing w:after="20" w:before="20"/>
            </w:pPr>
            <w:r/>
            <w:r>
              <w:rPr>
                <w:rFonts w:ascii="Times New Roman" w:hAnsi="Times New Roman" w:eastAsia="宋体"/>
                <w:b w:val="0"/>
                <w:sz w:val="21"/>
              </w:rPr>
              <w:t>计算机学院</w:t>
            </w:r>
          </w:p>
        </w:tc>
        <w:tc>
          <w:tcPr>
            <w:tcW w:type="dxa" w:w="1439"/>
          </w:tcPr>
          <w:p>
            <w:pPr>
              <w:spacing w:after="20" w:before="20"/>
            </w:pPr>
            <w:r/>
            <w:r>
              <w:rPr>
                <w:rFonts w:ascii="Times New Roman" w:hAnsi="Times New Roman" w:eastAsia="宋体"/>
                <w:b w:val="0"/>
                <w:sz w:val="21"/>
              </w:rPr>
              <w:t>刘雅妍</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2206110206</w:t>
            </w:r>
          </w:p>
        </w:tc>
        <w:tc>
          <w:tcPr>
            <w:tcW w:type="dxa" w:w="1439"/>
          </w:tcPr>
          <w:p>
            <w:pPr>
              <w:spacing w:after="20" w:before="20"/>
            </w:pPr>
            <w:r/>
            <w:r>
              <w:rPr>
                <w:rFonts w:ascii="Times New Roman" w:hAnsi="Times New Roman" w:eastAsia="宋体"/>
                <w:b w:val="0"/>
                <w:sz w:val="21"/>
              </w:rPr>
              <w:t>数字媒体技术</w:t>
            </w:r>
          </w:p>
        </w:tc>
      </w:tr>
      <w:tr>
        <w:tc>
          <w:tcPr>
            <w:tcW w:type="dxa" w:w="1439"/>
          </w:tcPr>
          <w:p>
            <w:pPr>
              <w:spacing w:after="20" w:before="20"/>
            </w:pPr>
            <w:r/>
            <w:r>
              <w:rPr>
                <w:rFonts w:ascii="Times New Roman" w:hAnsi="Times New Roman" w:eastAsia="宋体"/>
                <w:b w:val="0"/>
                <w:sz w:val="21"/>
              </w:rPr>
              <w:t>140</w:t>
            </w:r>
          </w:p>
        </w:tc>
        <w:tc>
          <w:tcPr>
            <w:tcW w:type="dxa" w:w="1439"/>
          </w:tcPr>
          <w:p>
            <w:pPr>
              <w:spacing w:after="20" w:before="20"/>
            </w:pPr>
            <w:r/>
            <w:r>
              <w:rPr>
                <w:rFonts w:ascii="Times New Roman" w:hAnsi="Times New Roman" w:eastAsia="宋体"/>
                <w:b w:val="0"/>
                <w:sz w:val="21"/>
              </w:rPr>
              <w:t>计算机学院</w:t>
            </w:r>
          </w:p>
        </w:tc>
        <w:tc>
          <w:tcPr>
            <w:tcW w:type="dxa" w:w="1439"/>
          </w:tcPr>
          <w:p>
            <w:pPr>
              <w:spacing w:after="20" w:before="20"/>
            </w:pPr>
            <w:r/>
            <w:r>
              <w:rPr>
                <w:rFonts w:ascii="Times New Roman" w:hAnsi="Times New Roman" w:eastAsia="宋体"/>
                <w:b w:val="0"/>
                <w:sz w:val="21"/>
              </w:rPr>
              <w:t>孙召霞</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2221050120</w:t>
            </w:r>
          </w:p>
        </w:tc>
        <w:tc>
          <w:tcPr>
            <w:tcW w:type="dxa" w:w="1439"/>
          </w:tcPr>
          <w:p>
            <w:pPr>
              <w:spacing w:after="20" w:before="20"/>
            </w:pPr>
            <w:r/>
            <w:r>
              <w:rPr>
                <w:rFonts w:ascii="Times New Roman" w:hAnsi="Times New Roman" w:eastAsia="宋体"/>
                <w:b w:val="0"/>
                <w:sz w:val="21"/>
              </w:rPr>
              <w:t>人工智能</w:t>
            </w:r>
          </w:p>
        </w:tc>
      </w:tr>
      <w:tr>
        <w:tc>
          <w:tcPr>
            <w:tcW w:type="dxa" w:w="1439"/>
          </w:tcPr>
          <w:p>
            <w:pPr>
              <w:spacing w:after="20" w:before="20"/>
            </w:pPr>
            <w:r/>
            <w:r>
              <w:rPr>
                <w:rFonts w:ascii="Times New Roman" w:hAnsi="Times New Roman" w:eastAsia="宋体"/>
                <w:b w:val="0"/>
                <w:sz w:val="21"/>
              </w:rPr>
              <w:t>141</w:t>
            </w:r>
          </w:p>
        </w:tc>
        <w:tc>
          <w:tcPr>
            <w:tcW w:type="dxa" w:w="1439"/>
          </w:tcPr>
          <w:p>
            <w:pPr>
              <w:spacing w:after="20" w:before="20"/>
            </w:pPr>
            <w:r/>
            <w:r>
              <w:rPr>
                <w:rFonts w:ascii="Times New Roman" w:hAnsi="Times New Roman" w:eastAsia="宋体"/>
                <w:b w:val="0"/>
                <w:sz w:val="21"/>
              </w:rPr>
              <w:t>计算机学院</w:t>
            </w:r>
          </w:p>
        </w:tc>
        <w:tc>
          <w:tcPr>
            <w:tcW w:type="dxa" w:w="1439"/>
          </w:tcPr>
          <w:p>
            <w:pPr>
              <w:spacing w:after="20" w:before="20"/>
            </w:pPr>
            <w:r/>
            <w:r>
              <w:rPr>
                <w:rFonts w:ascii="Times New Roman" w:hAnsi="Times New Roman" w:eastAsia="宋体"/>
                <w:b w:val="0"/>
                <w:sz w:val="21"/>
              </w:rPr>
              <w:t>汪倩文</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2207011301</w:t>
            </w:r>
          </w:p>
        </w:tc>
        <w:tc>
          <w:tcPr>
            <w:tcW w:type="dxa" w:w="1439"/>
          </w:tcPr>
          <w:p>
            <w:pPr>
              <w:spacing w:after="20" w:before="20"/>
            </w:pPr>
            <w:r/>
            <w:r>
              <w:rPr>
                <w:rFonts w:ascii="Times New Roman" w:hAnsi="Times New Roman" w:eastAsia="宋体"/>
                <w:b w:val="0"/>
                <w:sz w:val="21"/>
              </w:rPr>
              <w:t>网络空间安全</w:t>
            </w:r>
          </w:p>
        </w:tc>
      </w:tr>
      <w:tr>
        <w:tc>
          <w:tcPr>
            <w:tcW w:type="dxa" w:w="1439"/>
          </w:tcPr>
          <w:p>
            <w:pPr>
              <w:spacing w:after="20" w:before="20"/>
            </w:pPr>
            <w:r/>
            <w:r>
              <w:rPr>
                <w:rFonts w:ascii="Times New Roman" w:hAnsi="Times New Roman" w:eastAsia="宋体"/>
                <w:b w:val="0"/>
                <w:sz w:val="21"/>
              </w:rPr>
              <w:t>142</w:t>
            </w:r>
          </w:p>
        </w:tc>
        <w:tc>
          <w:tcPr>
            <w:tcW w:type="dxa" w:w="1439"/>
          </w:tcPr>
          <w:p>
            <w:pPr>
              <w:spacing w:after="20" w:before="20"/>
            </w:pPr>
            <w:r/>
            <w:r>
              <w:rPr>
                <w:rFonts w:ascii="Times New Roman" w:hAnsi="Times New Roman" w:eastAsia="宋体"/>
                <w:b w:val="0"/>
                <w:sz w:val="21"/>
              </w:rPr>
              <w:t>计算机学院</w:t>
            </w:r>
          </w:p>
        </w:tc>
        <w:tc>
          <w:tcPr>
            <w:tcW w:type="dxa" w:w="1439"/>
          </w:tcPr>
          <w:p>
            <w:pPr>
              <w:spacing w:after="20" w:before="20"/>
            </w:pPr>
            <w:r/>
            <w:r>
              <w:rPr>
                <w:rFonts w:ascii="Times New Roman" w:hAnsi="Times New Roman" w:eastAsia="宋体"/>
                <w:b w:val="0"/>
                <w:sz w:val="21"/>
              </w:rPr>
              <w:t>秦飘飘</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2207011309</w:t>
            </w:r>
          </w:p>
        </w:tc>
        <w:tc>
          <w:tcPr>
            <w:tcW w:type="dxa" w:w="1439"/>
          </w:tcPr>
          <w:p>
            <w:pPr>
              <w:spacing w:after="20" w:before="20"/>
            </w:pPr>
            <w:r/>
            <w:r>
              <w:rPr>
                <w:rFonts w:ascii="Times New Roman" w:hAnsi="Times New Roman" w:eastAsia="宋体"/>
                <w:b w:val="0"/>
                <w:sz w:val="21"/>
              </w:rPr>
              <w:t>网络空间安全</w:t>
            </w:r>
          </w:p>
        </w:tc>
      </w:tr>
      <w:tr>
        <w:tc>
          <w:tcPr>
            <w:tcW w:type="dxa" w:w="1439"/>
          </w:tcPr>
          <w:p>
            <w:pPr>
              <w:spacing w:after="20" w:before="20"/>
            </w:pPr>
            <w:r/>
            <w:r>
              <w:rPr>
                <w:rFonts w:ascii="Times New Roman" w:hAnsi="Times New Roman" w:eastAsia="宋体"/>
                <w:b w:val="0"/>
                <w:sz w:val="21"/>
              </w:rPr>
              <w:t>143</w:t>
            </w:r>
          </w:p>
        </w:tc>
        <w:tc>
          <w:tcPr>
            <w:tcW w:type="dxa" w:w="1439"/>
          </w:tcPr>
          <w:p>
            <w:pPr>
              <w:spacing w:after="20" w:before="20"/>
            </w:pPr>
            <w:r/>
            <w:r>
              <w:rPr>
                <w:rFonts w:ascii="Times New Roman" w:hAnsi="Times New Roman" w:eastAsia="宋体"/>
                <w:b w:val="0"/>
                <w:sz w:val="21"/>
              </w:rPr>
              <w:t>计算机学院</w:t>
            </w:r>
          </w:p>
        </w:tc>
        <w:tc>
          <w:tcPr>
            <w:tcW w:type="dxa" w:w="1439"/>
          </w:tcPr>
          <w:p>
            <w:pPr>
              <w:spacing w:after="20" w:before="20"/>
            </w:pPr>
            <w:r/>
            <w:r>
              <w:rPr>
                <w:rFonts w:ascii="Times New Roman" w:hAnsi="Times New Roman" w:eastAsia="宋体"/>
                <w:b w:val="0"/>
                <w:sz w:val="21"/>
              </w:rPr>
              <w:t>李圣锴</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2002151312</w:t>
            </w:r>
          </w:p>
        </w:tc>
        <w:tc>
          <w:tcPr>
            <w:tcW w:type="dxa" w:w="1439"/>
          </w:tcPr>
          <w:p>
            <w:pPr>
              <w:spacing w:after="20" w:before="20"/>
            </w:pPr>
            <w:r/>
            <w:r>
              <w:rPr>
                <w:rFonts w:ascii="Times New Roman" w:hAnsi="Times New Roman" w:eastAsia="宋体"/>
                <w:b w:val="0"/>
                <w:sz w:val="21"/>
              </w:rPr>
              <w:t>智能科学与技术</w:t>
            </w:r>
          </w:p>
        </w:tc>
      </w:tr>
      <w:tr>
        <w:tc>
          <w:tcPr>
            <w:tcW w:type="dxa" w:w="1439"/>
          </w:tcPr>
          <w:p>
            <w:pPr>
              <w:spacing w:after="20" w:before="20"/>
            </w:pPr>
            <w:r/>
            <w:r>
              <w:rPr>
                <w:rFonts w:ascii="Times New Roman" w:hAnsi="Times New Roman" w:eastAsia="宋体"/>
                <w:b w:val="0"/>
                <w:sz w:val="21"/>
              </w:rPr>
              <w:t>144</w:t>
            </w:r>
          </w:p>
        </w:tc>
        <w:tc>
          <w:tcPr>
            <w:tcW w:type="dxa" w:w="1439"/>
          </w:tcPr>
          <w:p>
            <w:pPr>
              <w:spacing w:after="20" w:before="20"/>
            </w:pPr>
            <w:r/>
            <w:r>
              <w:rPr>
                <w:rFonts w:ascii="Times New Roman" w:hAnsi="Times New Roman" w:eastAsia="宋体"/>
                <w:b w:val="0"/>
                <w:sz w:val="21"/>
              </w:rPr>
              <w:t>计算机学院</w:t>
            </w:r>
          </w:p>
        </w:tc>
        <w:tc>
          <w:tcPr>
            <w:tcW w:type="dxa" w:w="1439"/>
          </w:tcPr>
          <w:p>
            <w:pPr>
              <w:spacing w:after="20" w:before="20"/>
            </w:pPr>
            <w:r/>
            <w:r>
              <w:rPr>
                <w:rFonts w:ascii="Times New Roman" w:hAnsi="Times New Roman" w:eastAsia="宋体"/>
                <w:b w:val="0"/>
                <w:sz w:val="21"/>
              </w:rPr>
              <w:t>李婉越</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2207120414</w:t>
            </w:r>
          </w:p>
        </w:tc>
        <w:tc>
          <w:tcPr>
            <w:tcW w:type="dxa" w:w="1439"/>
          </w:tcPr>
          <w:p>
            <w:pPr>
              <w:spacing w:after="20" w:before="20"/>
            </w:pPr>
            <w:r/>
            <w:r>
              <w:rPr>
                <w:rFonts w:ascii="Times New Roman" w:hAnsi="Times New Roman" w:eastAsia="宋体"/>
                <w:b w:val="0"/>
                <w:sz w:val="21"/>
              </w:rPr>
              <w:t>软件工程</w:t>
            </w:r>
          </w:p>
        </w:tc>
      </w:tr>
      <w:tr>
        <w:tc>
          <w:tcPr>
            <w:tcW w:type="dxa" w:w="1439"/>
          </w:tcPr>
          <w:p>
            <w:pPr>
              <w:spacing w:after="20" w:before="20"/>
            </w:pPr>
            <w:r/>
            <w:r>
              <w:rPr>
                <w:rFonts w:ascii="Times New Roman" w:hAnsi="Times New Roman" w:eastAsia="宋体"/>
                <w:b w:val="0"/>
                <w:sz w:val="21"/>
              </w:rPr>
              <w:t>145</w:t>
            </w:r>
          </w:p>
        </w:tc>
        <w:tc>
          <w:tcPr>
            <w:tcW w:type="dxa" w:w="1439"/>
          </w:tcPr>
          <w:p>
            <w:pPr>
              <w:spacing w:after="20" w:before="20"/>
            </w:pPr>
            <w:r/>
            <w:r>
              <w:rPr>
                <w:rFonts w:ascii="Times New Roman" w:hAnsi="Times New Roman" w:eastAsia="宋体"/>
                <w:b w:val="0"/>
                <w:sz w:val="21"/>
              </w:rPr>
              <w:t>计算机学院</w:t>
            </w:r>
          </w:p>
        </w:tc>
        <w:tc>
          <w:tcPr>
            <w:tcW w:type="dxa" w:w="1439"/>
          </w:tcPr>
          <w:p>
            <w:pPr>
              <w:spacing w:after="20" w:before="20"/>
            </w:pPr>
            <w:r/>
            <w:r>
              <w:rPr>
                <w:rFonts w:ascii="Times New Roman" w:hAnsi="Times New Roman" w:eastAsia="宋体"/>
                <w:b w:val="0"/>
                <w:sz w:val="21"/>
              </w:rPr>
              <w:t>邓豪</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2207011107</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146</w:t>
            </w:r>
          </w:p>
        </w:tc>
        <w:tc>
          <w:tcPr>
            <w:tcW w:type="dxa" w:w="1439"/>
          </w:tcPr>
          <w:p>
            <w:pPr>
              <w:spacing w:after="20" w:before="20"/>
            </w:pPr>
            <w:r/>
            <w:r>
              <w:rPr>
                <w:rFonts w:ascii="Times New Roman" w:hAnsi="Times New Roman" w:eastAsia="宋体"/>
                <w:b w:val="0"/>
                <w:sz w:val="21"/>
              </w:rPr>
              <w:t>计算机学院</w:t>
            </w:r>
          </w:p>
        </w:tc>
        <w:tc>
          <w:tcPr>
            <w:tcW w:type="dxa" w:w="1439"/>
          </w:tcPr>
          <w:p>
            <w:pPr>
              <w:spacing w:after="20" w:before="20"/>
            </w:pPr>
            <w:r/>
            <w:r>
              <w:rPr>
                <w:rFonts w:ascii="Times New Roman" w:hAnsi="Times New Roman" w:eastAsia="宋体"/>
                <w:b w:val="0"/>
                <w:sz w:val="21"/>
              </w:rPr>
              <w:t>林碧琪</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2207010717</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147</w:t>
            </w:r>
          </w:p>
        </w:tc>
        <w:tc>
          <w:tcPr>
            <w:tcW w:type="dxa" w:w="1439"/>
          </w:tcPr>
          <w:p>
            <w:pPr>
              <w:spacing w:after="20" w:before="20"/>
            </w:pPr>
            <w:r/>
            <w:r>
              <w:rPr>
                <w:rFonts w:ascii="Times New Roman" w:hAnsi="Times New Roman" w:eastAsia="宋体"/>
                <w:b w:val="0"/>
                <w:sz w:val="21"/>
              </w:rPr>
              <w:t>计算机学院</w:t>
            </w:r>
          </w:p>
        </w:tc>
        <w:tc>
          <w:tcPr>
            <w:tcW w:type="dxa" w:w="1439"/>
          </w:tcPr>
          <w:p>
            <w:pPr>
              <w:spacing w:after="20" w:before="20"/>
            </w:pPr>
            <w:r/>
            <w:r>
              <w:rPr>
                <w:rFonts w:ascii="Times New Roman" w:hAnsi="Times New Roman" w:eastAsia="宋体"/>
                <w:b w:val="0"/>
                <w:sz w:val="21"/>
              </w:rPr>
              <w:t>罗欣然</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2207010528</w:t>
            </w:r>
          </w:p>
        </w:tc>
        <w:tc>
          <w:tcPr>
            <w:tcW w:type="dxa" w:w="1439"/>
          </w:tcPr>
          <w:p>
            <w:pPr>
              <w:spacing w:after="20" w:before="20"/>
            </w:pPr>
            <w:r/>
            <w:r>
              <w:rPr>
                <w:rFonts w:ascii="Times New Roman" w:hAnsi="Times New Roman" w:eastAsia="宋体"/>
                <w:b w:val="0"/>
                <w:sz w:val="21"/>
              </w:rPr>
              <w:t>网络空间安全</w:t>
            </w:r>
          </w:p>
        </w:tc>
      </w:tr>
      <w:tr>
        <w:tc>
          <w:tcPr>
            <w:tcW w:type="dxa" w:w="1439"/>
          </w:tcPr>
          <w:p>
            <w:pPr>
              <w:spacing w:after="20" w:before="20"/>
            </w:pPr>
            <w:r/>
            <w:r>
              <w:rPr>
                <w:rFonts w:ascii="Times New Roman" w:hAnsi="Times New Roman" w:eastAsia="宋体"/>
                <w:b w:val="0"/>
                <w:sz w:val="21"/>
              </w:rPr>
              <w:t>148</w:t>
            </w:r>
          </w:p>
        </w:tc>
        <w:tc>
          <w:tcPr>
            <w:tcW w:type="dxa" w:w="1439"/>
          </w:tcPr>
          <w:p>
            <w:pPr>
              <w:spacing w:after="20" w:before="20"/>
            </w:pPr>
            <w:r/>
            <w:r>
              <w:rPr>
                <w:rFonts w:ascii="Times New Roman" w:hAnsi="Times New Roman" w:eastAsia="宋体"/>
                <w:b w:val="0"/>
                <w:sz w:val="21"/>
              </w:rPr>
              <w:t>计算机学院</w:t>
            </w:r>
          </w:p>
        </w:tc>
        <w:tc>
          <w:tcPr>
            <w:tcW w:type="dxa" w:w="1439"/>
          </w:tcPr>
          <w:p>
            <w:pPr>
              <w:spacing w:after="20" w:before="20"/>
            </w:pPr>
            <w:r/>
            <w:r>
              <w:rPr>
                <w:rFonts w:ascii="Times New Roman" w:hAnsi="Times New Roman" w:eastAsia="宋体"/>
                <w:b w:val="0"/>
                <w:sz w:val="21"/>
              </w:rPr>
              <w:t>沈雷君怡</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2221050219</w:t>
            </w:r>
          </w:p>
        </w:tc>
        <w:tc>
          <w:tcPr>
            <w:tcW w:type="dxa" w:w="1439"/>
          </w:tcPr>
          <w:p>
            <w:pPr>
              <w:spacing w:after="20" w:before="20"/>
            </w:pPr>
            <w:r/>
            <w:r>
              <w:rPr>
                <w:rFonts w:ascii="Times New Roman" w:hAnsi="Times New Roman" w:eastAsia="宋体"/>
                <w:b w:val="0"/>
                <w:sz w:val="21"/>
              </w:rPr>
              <w:t>人工智能</w:t>
            </w:r>
          </w:p>
        </w:tc>
      </w:tr>
      <w:tr>
        <w:tc>
          <w:tcPr>
            <w:tcW w:type="dxa" w:w="1439"/>
          </w:tcPr>
          <w:p>
            <w:pPr>
              <w:spacing w:after="20" w:before="20"/>
            </w:pPr>
            <w:r/>
            <w:r>
              <w:rPr>
                <w:rFonts w:ascii="Times New Roman" w:hAnsi="Times New Roman" w:eastAsia="宋体"/>
                <w:b w:val="0"/>
                <w:sz w:val="21"/>
              </w:rPr>
              <w:t>149</w:t>
            </w:r>
          </w:p>
        </w:tc>
        <w:tc>
          <w:tcPr>
            <w:tcW w:type="dxa" w:w="1439"/>
          </w:tcPr>
          <w:p>
            <w:pPr>
              <w:spacing w:after="20" w:before="20"/>
            </w:pPr>
            <w:r/>
            <w:r>
              <w:rPr>
                <w:rFonts w:ascii="Times New Roman" w:hAnsi="Times New Roman" w:eastAsia="宋体"/>
                <w:b w:val="0"/>
                <w:sz w:val="21"/>
              </w:rPr>
              <w:t>计算机学院</w:t>
            </w:r>
          </w:p>
        </w:tc>
        <w:tc>
          <w:tcPr>
            <w:tcW w:type="dxa" w:w="1439"/>
          </w:tcPr>
          <w:p>
            <w:pPr>
              <w:spacing w:after="20" w:before="20"/>
            </w:pPr>
            <w:r/>
            <w:r>
              <w:rPr>
                <w:rFonts w:ascii="Times New Roman" w:hAnsi="Times New Roman" w:eastAsia="宋体"/>
                <w:b w:val="0"/>
                <w:sz w:val="21"/>
              </w:rPr>
              <w:t>朱盛杰</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2207120201</w:t>
            </w:r>
          </w:p>
        </w:tc>
        <w:tc>
          <w:tcPr>
            <w:tcW w:type="dxa" w:w="1439"/>
          </w:tcPr>
          <w:p>
            <w:pPr>
              <w:spacing w:after="20" w:before="20"/>
            </w:pPr>
            <w:r/>
            <w:r>
              <w:rPr>
                <w:rFonts w:ascii="Times New Roman" w:hAnsi="Times New Roman" w:eastAsia="宋体"/>
                <w:b w:val="0"/>
                <w:sz w:val="21"/>
              </w:rPr>
              <w:t>软件工程</w:t>
            </w:r>
          </w:p>
        </w:tc>
      </w:tr>
      <w:tr>
        <w:tc>
          <w:tcPr>
            <w:tcW w:type="dxa" w:w="1439"/>
          </w:tcPr>
          <w:p>
            <w:pPr>
              <w:spacing w:after="20" w:before="20"/>
            </w:pPr>
            <w:r/>
            <w:r>
              <w:rPr>
                <w:rFonts w:ascii="Times New Roman" w:hAnsi="Times New Roman" w:eastAsia="宋体"/>
                <w:b w:val="0"/>
                <w:sz w:val="21"/>
              </w:rPr>
              <w:t>150</w:t>
            </w:r>
          </w:p>
        </w:tc>
        <w:tc>
          <w:tcPr>
            <w:tcW w:type="dxa" w:w="1439"/>
          </w:tcPr>
          <w:p>
            <w:pPr>
              <w:spacing w:after="20" w:before="20"/>
            </w:pPr>
            <w:r/>
            <w:r>
              <w:rPr>
                <w:rFonts w:ascii="Times New Roman" w:hAnsi="Times New Roman" w:eastAsia="宋体"/>
                <w:b w:val="0"/>
                <w:sz w:val="21"/>
              </w:rPr>
              <w:t>计算机学院</w:t>
            </w:r>
          </w:p>
        </w:tc>
        <w:tc>
          <w:tcPr>
            <w:tcW w:type="dxa" w:w="1439"/>
          </w:tcPr>
          <w:p>
            <w:pPr>
              <w:spacing w:after="20" w:before="20"/>
            </w:pPr>
            <w:r/>
            <w:r>
              <w:rPr>
                <w:rFonts w:ascii="Times New Roman" w:hAnsi="Times New Roman" w:eastAsia="宋体"/>
                <w:b w:val="0"/>
                <w:sz w:val="21"/>
              </w:rPr>
              <w:t>李俊杰</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2207011116</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151</w:t>
            </w:r>
          </w:p>
        </w:tc>
        <w:tc>
          <w:tcPr>
            <w:tcW w:type="dxa" w:w="1439"/>
          </w:tcPr>
          <w:p>
            <w:pPr>
              <w:spacing w:after="20" w:before="20"/>
            </w:pPr>
            <w:r/>
            <w:r>
              <w:rPr>
                <w:rFonts w:ascii="Times New Roman" w:hAnsi="Times New Roman" w:eastAsia="宋体"/>
                <w:b w:val="0"/>
                <w:sz w:val="21"/>
              </w:rPr>
              <w:t>计算机学院</w:t>
            </w:r>
          </w:p>
        </w:tc>
        <w:tc>
          <w:tcPr>
            <w:tcW w:type="dxa" w:w="1439"/>
          </w:tcPr>
          <w:p>
            <w:pPr>
              <w:spacing w:after="20" w:before="20"/>
            </w:pPr>
            <w:r/>
            <w:r>
              <w:rPr>
                <w:rFonts w:ascii="Times New Roman" w:hAnsi="Times New Roman" w:eastAsia="宋体"/>
                <w:b w:val="0"/>
                <w:sz w:val="21"/>
              </w:rPr>
              <w:t>吕子恒</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2207010805</w:t>
            </w:r>
          </w:p>
        </w:tc>
        <w:tc>
          <w:tcPr>
            <w:tcW w:type="dxa" w:w="1439"/>
          </w:tcPr>
          <w:p>
            <w:pPr>
              <w:spacing w:after="20" w:before="20"/>
            </w:pPr>
            <w:r/>
            <w:r>
              <w:rPr>
                <w:rFonts w:ascii="Times New Roman" w:hAnsi="Times New Roman" w:eastAsia="宋体"/>
                <w:b w:val="0"/>
                <w:sz w:val="21"/>
              </w:rPr>
              <w:t>智能科学与技术</w:t>
            </w:r>
          </w:p>
        </w:tc>
      </w:tr>
      <w:tr>
        <w:tc>
          <w:tcPr>
            <w:tcW w:type="dxa" w:w="1439"/>
          </w:tcPr>
          <w:p>
            <w:pPr>
              <w:spacing w:after="20" w:before="20"/>
            </w:pPr>
            <w:r/>
            <w:r>
              <w:rPr>
                <w:rFonts w:ascii="Times New Roman" w:hAnsi="Times New Roman" w:eastAsia="宋体"/>
                <w:b w:val="0"/>
                <w:sz w:val="21"/>
              </w:rPr>
              <w:t>152</w:t>
            </w:r>
          </w:p>
        </w:tc>
        <w:tc>
          <w:tcPr>
            <w:tcW w:type="dxa" w:w="1439"/>
          </w:tcPr>
          <w:p>
            <w:pPr>
              <w:spacing w:after="20" w:before="20"/>
            </w:pPr>
            <w:r/>
            <w:r>
              <w:rPr>
                <w:rFonts w:ascii="Times New Roman" w:hAnsi="Times New Roman" w:eastAsia="宋体"/>
                <w:b w:val="0"/>
                <w:sz w:val="21"/>
              </w:rPr>
              <w:t>计算机学院</w:t>
            </w:r>
          </w:p>
        </w:tc>
        <w:tc>
          <w:tcPr>
            <w:tcW w:type="dxa" w:w="1439"/>
          </w:tcPr>
          <w:p>
            <w:pPr>
              <w:spacing w:after="20" w:before="20"/>
            </w:pPr>
            <w:r/>
            <w:r>
              <w:rPr>
                <w:rFonts w:ascii="Times New Roman" w:hAnsi="Times New Roman" w:eastAsia="宋体"/>
                <w:b w:val="0"/>
                <w:sz w:val="21"/>
              </w:rPr>
              <w:t>张啸</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2221070121</w:t>
            </w:r>
          </w:p>
        </w:tc>
        <w:tc>
          <w:tcPr>
            <w:tcW w:type="dxa" w:w="1439"/>
          </w:tcPr>
          <w:p>
            <w:pPr>
              <w:spacing w:after="20" w:before="20"/>
            </w:pPr>
            <w:r/>
            <w:r>
              <w:rPr>
                <w:rFonts w:ascii="Times New Roman" w:hAnsi="Times New Roman" w:eastAsia="宋体"/>
                <w:b w:val="0"/>
                <w:sz w:val="21"/>
              </w:rPr>
              <w:t>人工智能（深度学习方向）</w:t>
            </w:r>
          </w:p>
        </w:tc>
      </w:tr>
      <w:tr>
        <w:tc>
          <w:tcPr>
            <w:tcW w:type="dxa" w:w="1439"/>
          </w:tcPr>
          <w:p>
            <w:pPr>
              <w:spacing w:after="20" w:before="20"/>
            </w:pPr>
            <w:r/>
            <w:r>
              <w:rPr>
                <w:rFonts w:ascii="Times New Roman" w:hAnsi="Times New Roman" w:eastAsia="宋体"/>
                <w:b w:val="0"/>
                <w:sz w:val="21"/>
              </w:rPr>
              <w:t>153</w:t>
            </w:r>
          </w:p>
        </w:tc>
        <w:tc>
          <w:tcPr>
            <w:tcW w:type="dxa" w:w="1439"/>
          </w:tcPr>
          <w:p>
            <w:pPr>
              <w:spacing w:after="20" w:before="20"/>
            </w:pPr>
            <w:r/>
            <w:r>
              <w:rPr>
                <w:rFonts w:ascii="Times New Roman" w:hAnsi="Times New Roman" w:eastAsia="宋体"/>
                <w:b w:val="0"/>
                <w:sz w:val="21"/>
              </w:rPr>
              <w:t>计算机学院</w:t>
            </w:r>
          </w:p>
        </w:tc>
        <w:tc>
          <w:tcPr>
            <w:tcW w:type="dxa" w:w="1439"/>
          </w:tcPr>
          <w:p>
            <w:pPr>
              <w:spacing w:after="20" w:before="20"/>
            </w:pPr>
            <w:r/>
            <w:r>
              <w:rPr>
                <w:rFonts w:ascii="Times New Roman" w:hAnsi="Times New Roman" w:eastAsia="宋体"/>
                <w:b w:val="0"/>
                <w:sz w:val="21"/>
              </w:rPr>
              <w:t>张佳一</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2207120404</w:t>
            </w:r>
          </w:p>
        </w:tc>
        <w:tc>
          <w:tcPr>
            <w:tcW w:type="dxa" w:w="1439"/>
          </w:tcPr>
          <w:p>
            <w:pPr>
              <w:spacing w:after="20" w:before="20"/>
            </w:pPr>
            <w:r/>
            <w:r>
              <w:rPr>
                <w:rFonts w:ascii="Times New Roman" w:hAnsi="Times New Roman" w:eastAsia="宋体"/>
                <w:b w:val="0"/>
                <w:sz w:val="21"/>
              </w:rPr>
              <w:t>软件工程</w:t>
            </w:r>
          </w:p>
        </w:tc>
      </w:tr>
      <w:tr>
        <w:tc>
          <w:tcPr>
            <w:tcW w:type="dxa" w:w="1439"/>
          </w:tcPr>
          <w:p>
            <w:pPr>
              <w:spacing w:after="20" w:before="20"/>
            </w:pPr>
            <w:r/>
            <w:r>
              <w:rPr>
                <w:rFonts w:ascii="Times New Roman" w:hAnsi="Times New Roman" w:eastAsia="宋体"/>
                <w:b w:val="0"/>
                <w:sz w:val="21"/>
              </w:rPr>
              <w:t>154</w:t>
            </w:r>
          </w:p>
        </w:tc>
        <w:tc>
          <w:tcPr>
            <w:tcW w:type="dxa" w:w="1439"/>
          </w:tcPr>
          <w:p>
            <w:pPr>
              <w:spacing w:after="20" w:before="20"/>
            </w:pPr>
            <w:r/>
            <w:r>
              <w:rPr>
                <w:rFonts w:ascii="Times New Roman" w:hAnsi="Times New Roman" w:eastAsia="宋体"/>
                <w:b w:val="0"/>
                <w:sz w:val="21"/>
              </w:rPr>
              <w:t>计算机学院</w:t>
            </w:r>
          </w:p>
        </w:tc>
        <w:tc>
          <w:tcPr>
            <w:tcW w:type="dxa" w:w="1439"/>
          </w:tcPr>
          <w:p>
            <w:pPr>
              <w:spacing w:after="20" w:before="20"/>
            </w:pPr>
            <w:r/>
            <w:r>
              <w:rPr>
                <w:rFonts w:ascii="Times New Roman" w:hAnsi="Times New Roman" w:eastAsia="宋体"/>
                <w:b w:val="0"/>
                <w:sz w:val="21"/>
              </w:rPr>
              <w:t>葛昕羽</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2207010607</w:t>
            </w:r>
          </w:p>
        </w:tc>
        <w:tc>
          <w:tcPr>
            <w:tcW w:type="dxa" w:w="1439"/>
          </w:tcPr>
          <w:p>
            <w:pPr>
              <w:spacing w:after="20" w:before="20"/>
            </w:pPr>
            <w:r/>
            <w:r>
              <w:rPr>
                <w:rFonts w:ascii="Times New Roman" w:hAnsi="Times New Roman" w:eastAsia="宋体"/>
                <w:b w:val="0"/>
                <w:sz w:val="21"/>
              </w:rPr>
              <w:t>数字媒体技术</w:t>
            </w:r>
          </w:p>
        </w:tc>
      </w:tr>
      <w:tr>
        <w:tc>
          <w:tcPr>
            <w:tcW w:type="dxa" w:w="1439"/>
          </w:tcPr>
          <w:p>
            <w:pPr>
              <w:spacing w:after="20" w:before="20"/>
            </w:pPr>
            <w:r/>
            <w:r>
              <w:rPr>
                <w:rFonts w:ascii="Times New Roman" w:hAnsi="Times New Roman" w:eastAsia="宋体"/>
                <w:b w:val="0"/>
                <w:sz w:val="21"/>
              </w:rPr>
              <w:t>155</w:t>
            </w:r>
          </w:p>
        </w:tc>
        <w:tc>
          <w:tcPr>
            <w:tcW w:type="dxa" w:w="1439"/>
          </w:tcPr>
          <w:p>
            <w:pPr>
              <w:spacing w:after="20" w:before="20"/>
            </w:pPr>
            <w:r/>
            <w:r>
              <w:rPr>
                <w:rFonts w:ascii="Times New Roman" w:hAnsi="Times New Roman" w:eastAsia="宋体"/>
                <w:b w:val="0"/>
                <w:sz w:val="21"/>
              </w:rPr>
              <w:t>计算机学院</w:t>
            </w:r>
          </w:p>
        </w:tc>
        <w:tc>
          <w:tcPr>
            <w:tcW w:type="dxa" w:w="1439"/>
          </w:tcPr>
          <w:p>
            <w:pPr>
              <w:spacing w:after="20" w:before="20"/>
            </w:pPr>
            <w:r/>
            <w:r>
              <w:rPr>
                <w:rFonts w:ascii="Times New Roman" w:hAnsi="Times New Roman" w:eastAsia="宋体"/>
                <w:b w:val="0"/>
                <w:sz w:val="21"/>
              </w:rPr>
              <w:t>肖振兴</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2207010906</w:t>
            </w:r>
          </w:p>
        </w:tc>
        <w:tc>
          <w:tcPr>
            <w:tcW w:type="dxa" w:w="1439"/>
          </w:tcPr>
          <w:p>
            <w:pPr>
              <w:spacing w:after="20" w:before="20"/>
            </w:pPr>
            <w:r/>
            <w:r>
              <w:rPr>
                <w:rFonts w:ascii="Times New Roman" w:hAnsi="Times New Roman" w:eastAsia="宋体"/>
                <w:b w:val="0"/>
                <w:sz w:val="21"/>
              </w:rPr>
              <w:t>物联网工程</w:t>
            </w:r>
          </w:p>
        </w:tc>
      </w:tr>
      <w:tr>
        <w:tc>
          <w:tcPr>
            <w:tcW w:type="dxa" w:w="1439"/>
          </w:tcPr>
          <w:p>
            <w:pPr>
              <w:spacing w:after="20" w:before="20"/>
            </w:pPr>
            <w:r/>
            <w:r>
              <w:rPr>
                <w:rFonts w:ascii="Times New Roman" w:hAnsi="Times New Roman" w:eastAsia="宋体"/>
                <w:b w:val="0"/>
                <w:sz w:val="21"/>
              </w:rPr>
              <w:t>156</w:t>
            </w:r>
          </w:p>
        </w:tc>
        <w:tc>
          <w:tcPr>
            <w:tcW w:type="dxa" w:w="1439"/>
          </w:tcPr>
          <w:p>
            <w:pPr>
              <w:spacing w:after="20" w:before="20"/>
            </w:pPr>
            <w:r/>
            <w:r>
              <w:rPr>
                <w:rFonts w:ascii="Times New Roman" w:hAnsi="Times New Roman" w:eastAsia="宋体"/>
                <w:b w:val="0"/>
                <w:sz w:val="21"/>
              </w:rPr>
              <w:t>计算机学院</w:t>
            </w:r>
          </w:p>
        </w:tc>
        <w:tc>
          <w:tcPr>
            <w:tcW w:type="dxa" w:w="1439"/>
          </w:tcPr>
          <w:p>
            <w:pPr>
              <w:spacing w:after="20" w:before="20"/>
            </w:pPr>
            <w:r/>
            <w:r>
              <w:rPr>
                <w:rFonts w:ascii="Times New Roman" w:hAnsi="Times New Roman" w:eastAsia="宋体"/>
                <w:b w:val="0"/>
                <w:sz w:val="21"/>
              </w:rPr>
              <w:t>韩雅洁</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2205010122</w:t>
            </w:r>
          </w:p>
        </w:tc>
        <w:tc>
          <w:tcPr>
            <w:tcW w:type="dxa" w:w="1439"/>
          </w:tcPr>
          <w:p>
            <w:pPr>
              <w:spacing w:after="20" w:before="20"/>
            </w:pPr>
            <w:r/>
            <w:r>
              <w:rPr>
                <w:rFonts w:ascii="Times New Roman" w:hAnsi="Times New Roman" w:eastAsia="宋体"/>
                <w:b w:val="0"/>
                <w:sz w:val="21"/>
              </w:rPr>
              <w:t>物联网工程</w:t>
            </w:r>
          </w:p>
        </w:tc>
      </w:tr>
      <w:tr>
        <w:tc>
          <w:tcPr>
            <w:tcW w:type="dxa" w:w="1439"/>
          </w:tcPr>
          <w:p>
            <w:pPr>
              <w:spacing w:after="20" w:before="20"/>
            </w:pPr>
            <w:r/>
            <w:r>
              <w:rPr>
                <w:rFonts w:ascii="Times New Roman" w:hAnsi="Times New Roman" w:eastAsia="宋体"/>
                <w:b w:val="0"/>
                <w:sz w:val="21"/>
              </w:rPr>
              <w:t>157</w:t>
            </w:r>
          </w:p>
        </w:tc>
        <w:tc>
          <w:tcPr>
            <w:tcW w:type="dxa" w:w="1439"/>
          </w:tcPr>
          <w:p>
            <w:pPr>
              <w:spacing w:after="20" w:before="20"/>
            </w:pPr>
            <w:r/>
            <w:r>
              <w:rPr>
                <w:rFonts w:ascii="Times New Roman" w:hAnsi="Times New Roman" w:eastAsia="宋体"/>
                <w:b w:val="0"/>
                <w:sz w:val="21"/>
              </w:rPr>
              <w:t>计算机学院</w:t>
            </w:r>
          </w:p>
        </w:tc>
        <w:tc>
          <w:tcPr>
            <w:tcW w:type="dxa" w:w="1439"/>
          </w:tcPr>
          <w:p>
            <w:pPr>
              <w:spacing w:after="20" w:before="20"/>
            </w:pPr>
            <w:r/>
            <w:r>
              <w:rPr>
                <w:rFonts w:ascii="Times New Roman" w:hAnsi="Times New Roman" w:eastAsia="宋体"/>
                <w:b w:val="0"/>
                <w:sz w:val="21"/>
              </w:rPr>
              <w:t>宋胡艺</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2221100115</w:t>
            </w:r>
          </w:p>
        </w:tc>
        <w:tc>
          <w:tcPr>
            <w:tcW w:type="dxa" w:w="1439"/>
          </w:tcPr>
          <w:p>
            <w:pPr>
              <w:spacing w:after="20" w:before="20"/>
            </w:pPr>
            <w:r/>
            <w:r>
              <w:rPr>
                <w:rFonts w:ascii="Times New Roman" w:hAnsi="Times New Roman" w:eastAsia="宋体"/>
                <w:b w:val="0"/>
                <w:sz w:val="21"/>
              </w:rPr>
              <w:t>人工智能（机器人方向）</w:t>
            </w:r>
          </w:p>
        </w:tc>
      </w:tr>
      <w:tr>
        <w:tc>
          <w:tcPr>
            <w:tcW w:type="dxa" w:w="1439"/>
          </w:tcPr>
          <w:p>
            <w:pPr>
              <w:spacing w:after="20" w:before="20"/>
            </w:pPr>
            <w:r/>
            <w:r>
              <w:rPr>
                <w:rFonts w:ascii="Times New Roman" w:hAnsi="Times New Roman" w:eastAsia="宋体"/>
                <w:b w:val="0"/>
                <w:sz w:val="21"/>
              </w:rPr>
              <w:t>158</w:t>
            </w:r>
          </w:p>
        </w:tc>
        <w:tc>
          <w:tcPr>
            <w:tcW w:type="dxa" w:w="1439"/>
          </w:tcPr>
          <w:p>
            <w:pPr>
              <w:spacing w:after="20" w:before="20"/>
            </w:pPr>
            <w:r/>
            <w:r>
              <w:rPr>
                <w:rFonts w:ascii="Times New Roman" w:hAnsi="Times New Roman" w:eastAsia="宋体"/>
                <w:b w:val="0"/>
                <w:sz w:val="21"/>
              </w:rPr>
              <w:t>计算机学院</w:t>
            </w:r>
          </w:p>
        </w:tc>
        <w:tc>
          <w:tcPr>
            <w:tcW w:type="dxa" w:w="1439"/>
          </w:tcPr>
          <w:p>
            <w:pPr>
              <w:spacing w:after="20" w:before="20"/>
            </w:pPr>
            <w:r/>
            <w:r>
              <w:rPr>
                <w:rFonts w:ascii="Times New Roman" w:hAnsi="Times New Roman" w:eastAsia="宋体"/>
                <w:b w:val="0"/>
                <w:sz w:val="21"/>
              </w:rPr>
              <w:t>王丞辉</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2207010829</w:t>
            </w:r>
          </w:p>
        </w:tc>
        <w:tc>
          <w:tcPr>
            <w:tcW w:type="dxa" w:w="1439"/>
          </w:tcPr>
          <w:p>
            <w:pPr>
              <w:spacing w:after="20" w:before="20"/>
            </w:pPr>
            <w:r/>
            <w:r>
              <w:rPr>
                <w:rFonts w:ascii="Times New Roman" w:hAnsi="Times New Roman" w:eastAsia="宋体"/>
                <w:b w:val="0"/>
                <w:sz w:val="21"/>
              </w:rPr>
              <w:t>物联网工程</w:t>
            </w:r>
          </w:p>
        </w:tc>
      </w:tr>
      <w:tr>
        <w:tc>
          <w:tcPr>
            <w:tcW w:type="dxa" w:w="1439"/>
          </w:tcPr>
          <w:p>
            <w:pPr>
              <w:spacing w:after="20" w:before="20"/>
            </w:pPr>
            <w:r/>
            <w:r>
              <w:rPr>
                <w:rFonts w:ascii="Times New Roman" w:hAnsi="Times New Roman" w:eastAsia="宋体"/>
                <w:b w:val="0"/>
                <w:sz w:val="21"/>
              </w:rPr>
              <w:t>159</w:t>
            </w:r>
          </w:p>
        </w:tc>
        <w:tc>
          <w:tcPr>
            <w:tcW w:type="dxa" w:w="1439"/>
          </w:tcPr>
          <w:p>
            <w:pPr>
              <w:spacing w:after="20" w:before="20"/>
            </w:pPr>
            <w:r/>
            <w:r>
              <w:rPr>
                <w:rFonts w:ascii="Times New Roman" w:hAnsi="Times New Roman" w:eastAsia="宋体"/>
                <w:b w:val="0"/>
                <w:sz w:val="21"/>
              </w:rPr>
              <w:t>计算机学院</w:t>
            </w:r>
          </w:p>
        </w:tc>
        <w:tc>
          <w:tcPr>
            <w:tcW w:type="dxa" w:w="1439"/>
          </w:tcPr>
          <w:p>
            <w:pPr>
              <w:spacing w:after="20" w:before="20"/>
            </w:pPr>
            <w:r/>
            <w:r>
              <w:rPr>
                <w:rFonts w:ascii="Times New Roman" w:hAnsi="Times New Roman" w:eastAsia="宋体"/>
                <w:b w:val="0"/>
                <w:sz w:val="21"/>
              </w:rPr>
              <w:t>张影童</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2207120309</w:t>
            </w:r>
          </w:p>
        </w:tc>
        <w:tc>
          <w:tcPr>
            <w:tcW w:type="dxa" w:w="1439"/>
          </w:tcPr>
          <w:p>
            <w:pPr>
              <w:spacing w:after="20" w:before="20"/>
            </w:pPr>
            <w:r/>
            <w:r>
              <w:rPr>
                <w:rFonts w:ascii="Times New Roman" w:hAnsi="Times New Roman" w:eastAsia="宋体"/>
                <w:b w:val="0"/>
                <w:sz w:val="21"/>
              </w:rPr>
              <w:t>软件工程</w:t>
            </w:r>
          </w:p>
        </w:tc>
      </w:tr>
      <w:tr>
        <w:tc>
          <w:tcPr>
            <w:tcW w:type="dxa" w:w="1439"/>
          </w:tcPr>
          <w:p>
            <w:pPr>
              <w:spacing w:after="20" w:before="20"/>
            </w:pPr>
            <w:r/>
            <w:r>
              <w:rPr>
                <w:rFonts w:ascii="Times New Roman" w:hAnsi="Times New Roman" w:eastAsia="宋体"/>
                <w:b w:val="0"/>
                <w:sz w:val="21"/>
              </w:rPr>
              <w:t>160</w:t>
            </w:r>
          </w:p>
        </w:tc>
        <w:tc>
          <w:tcPr>
            <w:tcW w:type="dxa" w:w="1439"/>
          </w:tcPr>
          <w:p>
            <w:pPr>
              <w:spacing w:after="20" w:before="20"/>
            </w:pPr>
            <w:r/>
            <w:r>
              <w:rPr>
                <w:rFonts w:ascii="Times New Roman" w:hAnsi="Times New Roman" w:eastAsia="宋体"/>
                <w:b w:val="0"/>
                <w:sz w:val="21"/>
              </w:rPr>
              <w:t>计算机学院</w:t>
            </w:r>
          </w:p>
        </w:tc>
        <w:tc>
          <w:tcPr>
            <w:tcW w:type="dxa" w:w="1439"/>
          </w:tcPr>
          <w:p>
            <w:pPr>
              <w:spacing w:after="20" w:before="20"/>
            </w:pPr>
            <w:r/>
            <w:r>
              <w:rPr>
                <w:rFonts w:ascii="Times New Roman" w:hAnsi="Times New Roman" w:eastAsia="宋体"/>
                <w:b w:val="0"/>
                <w:sz w:val="21"/>
              </w:rPr>
              <w:t>吴先昆</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2207010525</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161</w:t>
            </w:r>
          </w:p>
        </w:tc>
        <w:tc>
          <w:tcPr>
            <w:tcW w:type="dxa" w:w="1439"/>
          </w:tcPr>
          <w:p>
            <w:pPr>
              <w:spacing w:after="20" w:before="20"/>
            </w:pPr>
            <w:r/>
            <w:r>
              <w:rPr>
                <w:rFonts w:ascii="Times New Roman" w:hAnsi="Times New Roman" w:eastAsia="宋体"/>
                <w:b w:val="0"/>
                <w:sz w:val="21"/>
              </w:rPr>
              <w:t>计算机学院</w:t>
            </w:r>
          </w:p>
        </w:tc>
        <w:tc>
          <w:tcPr>
            <w:tcW w:type="dxa" w:w="1439"/>
          </w:tcPr>
          <w:p>
            <w:pPr>
              <w:spacing w:after="20" w:before="20"/>
            </w:pPr>
            <w:r/>
            <w:r>
              <w:rPr>
                <w:rFonts w:ascii="Times New Roman" w:hAnsi="Times New Roman" w:eastAsia="宋体"/>
                <w:b w:val="0"/>
                <w:sz w:val="21"/>
              </w:rPr>
              <w:t>杨国庆</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2207010225</w:t>
            </w:r>
          </w:p>
        </w:tc>
        <w:tc>
          <w:tcPr>
            <w:tcW w:type="dxa" w:w="1439"/>
          </w:tcPr>
          <w:p>
            <w:pPr>
              <w:spacing w:after="20" w:before="20"/>
            </w:pPr>
            <w:r/>
            <w:r>
              <w:rPr>
                <w:rFonts w:ascii="Times New Roman" w:hAnsi="Times New Roman" w:eastAsia="宋体"/>
                <w:b w:val="0"/>
                <w:sz w:val="21"/>
              </w:rPr>
              <w:t>数字媒体技术</w:t>
            </w:r>
          </w:p>
        </w:tc>
      </w:tr>
      <w:tr>
        <w:tc>
          <w:tcPr>
            <w:tcW w:type="dxa" w:w="1439"/>
          </w:tcPr>
          <w:p>
            <w:pPr>
              <w:spacing w:after="20" w:before="20"/>
            </w:pPr>
            <w:r/>
            <w:r>
              <w:rPr>
                <w:rFonts w:ascii="Times New Roman" w:hAnsi="Times New Roman" w:eastAsia="宋体"/>
                <w:b w:val="0"/>
                <w:sz w:val="21"/>
              </w:rPr>
              <w:t>162</w:t>
            </w:r>
          </w:p>
        </w:tc>
        <w:tc>
          <w:tcPr>
            <w:tcW w:type="dxa" w:w="1439"/>
          </w:tcPr>
          <w:p>
            <w:pPr>
              <w:spacing w:after="20" w:before="20"/>
            </w:pPr>
            <w:r/>
            <w:r>
              <w:rPr>
                <w:rFonts w:ascii="Times New Roman" w:hAnsi="Times New Roman" w:eastAsia="宋体"/>
                <w:b w:val="0"/>
                <w:sz w:val="21"/>
              </w:rPr>
              <w:t>计算机学院</w:t>
            </w:r>
          </w:p>
        </w:tc>
        <w:tc>
          <w:tcPr>
            <w:tcW w:type="dxa" w:w="1439"/>
          </w:tcPr>
          <w:p>
            <w:pPr>
              <w:spacing w:after="20" w:before="20"/>
            </w:pPr>
            <w:r/>
            <w:r>
              <w:rPr>
                <w:rFonts w:ascii="Times New Roman" w:hAnsi="Times New Roman" w:eastAsia="宋体"/>
                <w:b w:val="0"/>
                <w:sz w:val="21"/>
              </w:rPr>
              <w:t>刘慧娟</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2207011125</w:t>
            </w:r>
          </w:p>
        </w:tc>
        <w:tc>
          <w:tcPr>
            <w:tcW w:type="dxa" w:w="1439"/>
          </w:tcPr>
          <w:p>
            <w:pPr>
              <w:spacing w:after="20" w:before="20"/>
            </w:pPr>
            <w:r/>
            <w:r>
              <w:rPr>
                <w:rFonts w:ascii="Times New Roman" w:hAnsi="Times New Roman" w:eastAsia="宋体"/>
                <w:b w:val="0"/>
                <w:sz w:val="21"/>
              </w:rPr>
              <w:t>数字媒体技术</w:t>
            </w:r>
          </w:p>
        </w:tc>
      </w:tr>
      <w:tr>
        <w:tc>
          <w:tcPr>
            <w:tcW w:type="dxa" w:w="1439"/>
          </w:tcPr>
          <w:p>
            <w:pPr>
              <w:spacing w:after="20" w:before="20"/>
            </w:pPr>
            <w:r/>
            <w:r>
              <w:rPr>
                <w:rFonts w:ascii="Times New Roman" w:hAnsi="Times New Roman" w:eastAsia="宋体"/>
                <w:b w:val="0"/>
                <w:sz w:val="21"/>
              </w:rPr>
              <w:t>163</w:t>
            </w:r>
          </w:p>
        </w:tc>
        <w:tc>
          <w:tcPr>
            <w:tcW w:type="dxa" w:w="1439"/>
          </w:tcPr>
          <w:p>
            <w:pPr>
              <w:spacing w:after="20" w:before="20"/>
            </w:pPr>
            <w:r/>
            <w:r>
              <w:rPr>
                <w:rFonts w:ascii="Times New Roman" w:hAnsi="Times New Roman" w:eastAsia="宋体"/>
                <w:b w:val="0"/>
                <w:sz w:val="21"/>
              </w:rPr>
              <w:t>计算机学院</w:t>
            </w:r>
          </w:p>
        </w:tc>
        <w:tc>
          <w:tcPr>
            <w:tcW w:type="dxa" w:w="1439"/>
          </w:tcPr>
          <w:p>
            <w:pPr>
              <w:spacing w:after="20" w:before="20"/>
            </w:pPr>
            <w:r/>
            <w:r>
              <w:rPr>
                <w:rFonts w:ascii="Times New Roman" w:hAnsi="Times New Roman" w:eastAsia="宋体"/>
                <w:b w:val="0"/>
                <w:sz w:val="21"/>
              </w:rPr>
              <w:t>钱思羽</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2221050207</w:t>
            </w:r>
          </w:p>
        </w:tc>
        <w:tc>
          <w:tcPr>
            <w:tcW w:type="dxa" w:w="1439"/>
          </w:tcPr>
          <w:p>
            <w:pPr>
              <w:spacing w:after="20" w:before="20"/>
            </w:pPr>
            <w:r/>
            <w:r>
              <w:rPr>
                <w:rFonts w:ascii="Times New Roman" w:hAnsi="Times New Roman" w:eastAsia="宋体"/>
                <w:b w:val="0"/>
                <w:sz w:val="21"/>
              </w:rPr>
              <w:t>人工智能</w:t>
            </w:r>
          </w:p>
        </w:tc>
      </w:tr>
      <w:tr>
        <w:tc>
          <w:tcPr>
            <w:tcW w:type="dxa" w:w="1439"/>
          </w:tcPr>
          <w:p>
            <w:pPr>
              <w:spacing w:after="20" w:before="20"/>
            </w:pPr>
            <w:r/>
            <w:r>
              <w:rPr>
                <w:rFonts w:ascii="Times New Roman" w:hAnsi="Times New Roman" w:eastAsia="宋体"/>
                <w:b w:val="0"/>
                <w:sz w:val="21"/>
              </w:rPr>
              <w:t>164</w:t>
            </w:r>
          </w:p>
        </w:tc>
        <w:tc>
          <w:tcPr>
            <w:tcW w:type="dxa" w:w="1439"/>
          </w:tcPr>
          <w:p>
            <w:pPr>
              <w:spacing w:after="20" w:before="20"/>
            </w:pPr>
            <w:r/>
            <w:r>
              <w:rPr>
                <w:rFonts w:ascii="Times New Roman" w:hAnsi="Times New Roman" w:eastAsia="宋体"/>
                <w:b w:val="0"/>
                <w:sz w:val="21"/>
              </w:rPr>
              <w:t>计算机学院</w:t>
            </w:r>
          </w:p>
        </w:tc>
        <w:tc>
          <w:tcPr>
            <w:tcW w:type="dxa" w:w="1439"/>
          </w:tcPr>
          <w:p>
            <w:pPr>
              <w:spacing w:after="20" w:before="20"/>
            </w:pPr>
            <w:r/>
            <w:r>
              <w:rPr>
                <w:rFonts w:ascii="Times New Roman" w:hAnsi="Times New Roman" w:eastAsia="宋体"/>
                <w:b w:val="0"/>
                <w:sz w:val="21"/>
              </w:rPr>
              <w:t>谭倩倩</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2207011112</w:t>
            </w:r>
          </w:p>
        </w:tc>
        <w:tc>
          <w:tcPr>
            <w:tcW w:type="dxa" w:w="1439"/>
          </w:tcPr>
          <w:p>
            <w:pPr>
              <w:spacing w:after="20" w:before="20"/>
            </w:pPr>
            <w:r/>
            <w:r>
              <w:rPr>
                <w:rFonts w:ascii="Times New Roman" w:hAnsi="Times New Roman" w:eastAsia="宋体"/>
                <w:b w:val="0"/>
                <w:sz w:val="21"/>
              </w:rPr>
              <w:t>数字媒体技术</w:t>
            </w:r>
          </w:p>
        </w:tc>
      </w:tr>
    </w:tbl>
    <w:p>
      <w:pPr>
        <w:spacing w:before="160" w:after="80" w:lineRule="auto" w:line="360"/>
        <w:jc w:val="left"/>
      </w:pPr>
      <w:r>
        <w:rPr>
          <w:rFonts w:ascii="Times New Roman" w:hAnsi="Times New Roman" w:eastAsia="宋体"/>
          <w:b/>
          <w:sz w:val="28"/>
        </w:rPr>
        <w:t>四、法商学院（知识产权学院）（序号165—176，共12人）</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序号</w:t>
            </w:r>
          </w:p>
        </w:tc>
        <w:tc>
          <w:tcPr>
            <w:tcW w:type="dxa" w:w="1439"/>
          </w:tcPr>
          <w:p>
            <w:pPr>
              <w:spacing w:after="20" w:before="20"/>
            </w:pPr>
            <w:r/>
            <w:r>
              <w:rPr>
                <w:rFonts w:ascii="Times New Roman" w:hAnsi="Times New Roman" w:eastAsia="宋体"/>
                <w:b/>
                <w:sz w:val="21"/>
              </w:rPr>
              <w:t>推荐单位</w:t>
            </w:r>
          </w:p>
        </w:tc>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性别</w:t>
            </w:r>
          </w:p>
        </w:tc>
        <w:tc>
          <w:tcPr>
            <w:tcW w:type="dxa" w:w="1439"/>
          </w:tcPr>
          <w:p>
            <w:pPr>
              <w:spacing w:after="20" w:before="20"/>
            </w:pPr>
            <w:r/>
            <w:r>
              <w:rPr>
                <w:rFonts w:ascii="Times New Roman" w:hAnsi="Times New Roman" w:eastAsia="宋体"/>
                <w:b/>
                <w:sz w:val="21"/>
              </w:rPr>
              <w:t>学号</w:t>
            </w:r>
          </w:p>
        </w:tc>
        <w:tc>
          <w:tcPr>
            <w:tcW w:type="dxa" w:w="1439"/>
          </w:tcPr>
          <w:p>
            <w:pPr>
              <w:spacing w:after="20" w:before="20"/>
            </w:pPr>
            <w:r/>
            <w:r>
              <w:rPr>
                <w:rFonts w:ascii="Times New Roman" w:hAnsi="Times New Roman" w:eastAsia="宋体"/>
                <w:b/>
                <w:sz w:val="21"/>
              </w:rPr>
              <w:t>本科所学专业</w:t>
            </w:r>
          </w:p>
        </w:tc>
      </w:tr>
      <w:tr>
        <w:tc>
          <w:tcPr>
            <w:tcW w:type="dxa" w:w="1439"/>
          </w:tcPr>
          <w:p>
            <w:pPr>
              <w:spacing w:after="20" w:before="20"/>
            </w:pPr>
            <w:r/>
            <w:r>
              <w:rPr>
                <w:rFonts w:ascii="Times New Roman" w:hAnsi="Times New Roman" w:eastAsia="宋体"/>
                <w:b w:val="0"/>
                <w:sz w:val="21"/>
              </w:rPr>
              <w:t>165</w:t>
            </w:r>
          </w:p>
        </w:tc>
        <w:tc>
          <w:tcPr>
            <w:tcW w:type="dxa" w:w="1439"/>
          </w:tcPr>
          <w:p>
            <w:pPr>
              <w:spacing w:after="20" w:before="20"/>
            </w:pPr>
            <w:r/>
            <w:r>
              <w:rPr>
                <w:rFonts w:ascii="Times New Roman" w:hAnsi="Times New Roman" w:eastAsia="宋体"/>
                <w:b w:val="0"/>
                <w:sz w:val="21"/>
              </w:rPr>
              <w:t>法商学院（知识产权学院）</w:t>
            </w:r>
          </w:p>
        </w:tc>
        <w:tc>
          <w:tcPr>
            <w:tcW w:type="dxa" w:w="1439"/>
          </w:tcPr>
          <w:p>
            <w:pPr>
              <w:spacing w:after="20" w:before="20"/>
            </w:pPr>
            <w:r/>
            <w:r>
              <w:rPr>
                <w:rFonts w:ascii="Times New Roman" w:hAnsi="Times New Roman" w:eastAsia="宋体"/>
                <w:b w:val="0"/>
                <w:sz w:val="21"/>
              </w:rPr>
              <w:t>马莉莎</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2206140204</w:t>
            </w:r>
          </w:p>
        </w:tc>
        <w:tc>
          <w:tcPr>
            <w:tcW w:type="dxa" w:w="1439"/>
          </w:tcPr>
          <w:p>
            <w:pPr>
              <w:spacing w:after="20" w:before="20"/>
            </w:pPr>
            <w:r/>
            <w:r>
              <w:rPr>
                <w:rFonts w:ascii="Times New Roman" w:hAnsi="Times New Roman" w:eastAsia="宋体"/>
                <w:b w:val="0"/>
                <w:sz w:val="21"/>
              </w:rPr>
              <w:t>法学</w:t>
            </w:r>
          </w:p>
        </w:tc>
      </w:tr>
      <w:tr>
        <w:tc>
          <w:tcPr>
            <w:tcW w:type="dxa" w:w="1439"/>
          </w:tcPr>
          <w:p>
            <w:pPr>
              <w:spacing w:after="20" w:before="20"/>
            </w:pPr>
            <w:r/>
            <w:r>
              <w:rPr>
                <w:rFonts w:ascii="Times New Roman" w:hAnsi="Times New Roman" w:eastAsia="宋体"/>
                <w:b w:val="0"/>
                <w:sz w:val="21"/>
              </w:rPr>
              <w:t>166</w:t>
            </w:r>
          </w:p>
        </w:tc>
        <w:tc>
          <w:tcPr>
            <w:tcW w:type="dxa" w:w="1439"/>
          </w:tcPr>
          <w:p>
            <w:pPr>
              <w:spacing w:after="20" w:before="20"/>
            </w:pPr>
            <w:r/>
            <w:r>
              <w:rPr>
                <w:rFonts w:ascii="Times New Roman" w:hAnsi="Times New Roman" w:eastAsia="宋体"/>
                <w:b w:val="0"/>
                <w:sz w:val="21"/>
              </w:rPr>
              <w:t>法商学院（知识产权学院）</w:t>
            </w:r>
          </w:p>
        </w:tc>
        <w:tc>
          <w:tcPr>
            <w:tcW w:type="dxa" w:w="1439"/>
          </w:tcPr>
          <w:p>
            <w:pPr>
              <w:spacing w:after="20" w:before="20"/>
            </w:pPr>
            <w:r/>
            <w:r>
              <w:rPr>
                <w:rFonts w:ascii="Times New Roman" w:hAnsi="Times New Roman" w:eastAsia="宋体"/>
                <w:b w:val="0"/>
                <w:sz w:val="21"/>
              </w:rPr>
              <w:t>丁祖怡</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2208020206</w:t>
            </w:r>
          </w:p>
        </w:tc>
        <w:tc>
          <w:tcPr>
            <w:tcW w:type="dxa" w:w="1439"/>
          </w:tcPr>
          <w:p>
            <w:pPr>
              <w:spacing w:after="20" w:before="20"/>
            </w:pPr>
            <w:r/>
            <w:r>
              <w:rPr>
                <w:rFonts w:ascii="Times New Roman" w:hAnsi="Times New Roman" w:eastAsia="宋体"/>
                <w:b w:val="0"/>
                <w:sz w:val="21"/>
              </w:rPr>
              <w:t>法学</w:t>
            </w:r>
          </w:p>
        </w:tc>
      </w:tr>
      <w:tr>
        <w:tc>
          <w:tcPr>
            <w:tcW w:type="dxa" w:w="1439"/>
          </w:tcPr>
          <w:p>
            <w:pPr>
              <w:spacing w:after="20" w:before="20"/>
            </w:pPr>
            <w:r/>
            <w:r>
              <w:rPr>
                <w:rFonts w:ascii="Times New Roman" w:hAnsi="Times New Roman" w:eastAsia="宋体"/>
                <w:b w:val="0"/>
                <w:sz w:val="21"/>
              </w:rPr>
              <w:t>167</w:t>
            </w:r>
          </w:p>
        </w:tc>
        <w:tc>
          <w:tcPr>
            <w:tcW w:type="dxa" w:w="1439"/>
          </w:tcPr>
          <w:p>
            <w:pPr>
              <w:spacing w:after="20" w:before="20"/>
            </w:pPr>
            <w:r/>
            <w:r>
              <w:rPr>
                <w:rFonts w:ascii="Times New Roman" w:hAnsi="Times New Roman" w:eastAsia="宋体"/>
                <w:b w:val="0"/>
                <w:sz w:val="21"/>
              </w:rPr>
              <w:t>法商学院（知识产权学院）</w:t>
            </w:r>
          </w:p>
        </w:tc>
        <w:tc>
          <w:tcPr>
            <w:tcW w:type="dxa" w:w="1439"/>
          </w:tcPr>
          <w:p>
            <w:pPr>
              <w:spacing w:after="20" w:before="20"/>
            </w:pPr>
            <w:r/>
            <w:r>
              <w:rPr>
                <w:rFonts w:ascii="Times New Roman" w:hAnsi="Times New Roman" w:eastAsia="宋体"/>
                <w:b w:val="0"/>
                <w:sz w:val="21"/>
              </w:rPr>
              <w:t>丁昕睿</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2206270217</w:t>
            </w:r>
          </w:p>
        </w:tc>
        <w:tc>
          <w:tcPr>
            <w:tcW w:type="dxa" w:w="1439"/>
          </w:tcPr>
          <w:p>
            <w:pPr>
              <w:spacing w:after="20" w:before="20"/>
            </w:pPr>
            <w:r/>
            <w:r>
              <w:rPr>
                <w:rFonts w:ascii="Times New Roman" w:hAnsi="Times New Roman" w:eastAsia="宋体"/>
                <w:b w:val="0"/>
                <w:sz w:val="21"/>
              </w:rPr>
              <w:t>法学</w:t>
            </w:r>
          </w:p>
        </w:tc>
      </w:tr>
      <w:tr>
        <w:tc>
          <w:tcPr>
            <w:tcW w:type="dxa" w:w="1439"/>
          </w:tcPr>
          <w:p>
            <w:pPr>
              <w:spacing w:after="20" w:before="20"/>
            </w:pPr>
            <w:r/>
            <w:r>
              <w:rPr>
                <w:rFonts w:ascii="Times New Roman" w:hAnsi="Times New Roman" w:eastAsia="宋体"/>
                <w:b w:val="0"/>
                <w:sz w:val="21"/>
              </w:rPr>
              <w:t>168</w:t>
            </w:r>
          </w:p>
        </w:tc>
        <w:tc>
          <w:tcPr>
            <w:tcW w:type="dxa" w:w="1439"/>
          </w:tcPr>
          <w:p>
            <w:pPr>
              <w:spacing w:after="20" w:before="20"/>
            </w:pPr>
            <w:r/>
            <w:r>
              <w:rPr>
                <w:rFonts w:ascii="Times New Roman" w:hAnsi="Times New Roman" w:eastAsia="宋体"/>
                <w:b w:val="0"/>
                <w:sz w:val="21"/>
              </w:rPr>
              <w:t>法商学院（知识产权学院）</w:t>
            </w:r>
          </w:p>
        </w:tc>
        <w:tc>
          <w:tcPr>
            <w:tcW w:type="dxa" w:w="1439"/>
          </w:tcPr>
          <w:p>
            <w:pPr>
              <w:spacing w:after="20" w:before="20"/>
            </w:pPr>
            <w:r/>
            <w:r>
              <w:rPr>
                <w:rFonts w:ascii="Times New Roman" w:hAnsi="Times New Roman" w:eastAsia="宋体"/>
                <w:b w:val="0"/>
                <w:sz w:val="21"/>
              </w:rPr>
              <w:t>陈珺兮</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2208130112</w:t>
            </w:r>
          </w:p>
        </w:tc>
        <w:tc>
          <w:tcPr>
            <w:tcW w:type="dxa" w:w="1439"/>
          </w:tcPr>
          <w:p>
            <w:pPr>
              <w:spacing w:after="20" w:before="20"/>
            </w:pPr>
            <w:r/>
            <w:r>
              <w:rPr>
                <w:rFonts w:ascii="Times New Roman" w:hAnsi="Times New Roman" w:eastAsia="宋体"/>
                <w:b w:val="0"/>
                <w:sz w:val="21"/>
              </w:rPr>
              <w:t>法学（辅修英语）</w:t>
            </w:r>
          </w:p>
        </w:tc>
      </w:tr>
      <w:tr>
        <w:tc>
          <w:tcPr>
            <w:tcW w:type="dxa" w:w="1439"/>
          </w:tcPr>
          <w:p>
            <w:pPr>
              <w:spacing w:after="20" w:before="20"/>
            </w:pPr>
            <w:r/>
            <w:r>
              <w:rPr>
                <w:rFonts w:ascii="Times New Roman" w:hAnsi="Times New Roman" w:eastAsia="宋体"/>
                <w:b w:val="0"/>
                <w:sz w:val="21"/>
              </w:rPr>
              <w:t>169</w:t>
            </w:r>
          </w:p>
        </w:tc>
        <w:tc>
          <w:tcPr>
            <w:tcW w:type="dxa" w:w="1439"/>
          </w:tcPr>
          <w:p>
            <w:pPr>
              <w:spacing w:after="20" w:before="20"/>
            </w:pPr>
            <w:r/>
            <w:r>
              <w:rPr>
                <w:rFonts w:ascii="Times New Roman" w:hAnsi="Times New Roman" w:eastAsia="宋体"/>
                <w:b w:val="0"/>
                <w:sz w:val="21"/>
              </w:rPr>
              <w:t>法商学院（知识产权学院）</w:t>
            </w:r>
          </w:p>
        </w:tc>
        <w:tc>
          <w:tcPr>
            <w:tcW w:type="dxa" w:w="1439"/>
          </w:tcPr>
          <w:p>
            <w:pPr>
              <w:spacing w:after="20" w:before="20"/>
            </w:pPr>
            <w:r/>
            <w:r>
              <w:rPr>
                <w:rFonts w:ascii="Times New Roman" w:hAnsi="Times New Roman" w:eastAsia="宋体"/>
                <w:b w:val="0"/>
                <w:sz w:val="21"/>
              </w:rPr>
              <w:t>吴欣芮</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2216010509</w:t>
            </w:r>
          </w:p>
        </w:tc>
        <w:tc>
          <w:tcPr>
            <w:tcW w:type="dxa" w:w="1439"/>
          </w:tcPr>
          <w:p>
            <w:pPr>
              <w:spacing w:after="20" w:before="20"/>
            </w:pPr>
            <w:r/>
            <w:r>
              <w:rPr>
                <w:rFonts w:ascii="Times New Roman" w:hAnsi="Times New Roman" w:eastAsia="宋体"/>
                <w:b w:val="0"/>
                <w:sz w:val="21"/>
              </w:rPr>
              <w:t>法学（辅修英语）</w:t>
            </w:r>
          </w:p>
        </w:tc>
      </w:tr>
      <w:tr>
        <w:tc>
          <w:tcPr>
            <w:tcW w:type="dxa" w:w="1439"/>
          </w:tcPr>
          <w:p>
            <w:pPr>
              <w:spacing w:after="20" w:before="20"/>
            </w:pPr>
            <w:r/>
            <w:r>
              <w:rPr>
                <w:rFonts w:ascii="Times New Roman" w:hAnsi="Times New Roman" w:eastAsia="宋体"/>
                <w:b w:val="0"/>
                <w:sz w:val="21"/>
              </w:rPr>
              <w:t>170</w:t>
            </w:r>
          </w:p>
        </w:tc>
        <w:tc>
          <w:tcPr>
            <w:tcW w:type="dxa" w:w="1439"/>
          </w:tcPr>
          <w:p>
            <w:pPr>
              <w:spacing w:after="20" w:before="20"/>
            </w:pPr>
            <w:r/>
            <w:r>
              <w:rPr>
                <w:rFonts w:ascii="Times New Roman" w:hAnsi="Times New Roman" w:eastAsia="宋体"/>
                <w:b w:val="0"/>
                <w:sz w:val="21"/>
              </w:rPr>
              <w:t>法商学院（知识产权学院）</w:t>
            </w:r>
          </w:p>
        </w:tc>
        <w:tc>
          <w:tcPr>
            <w:tcW w:type="dxa" w:w="1439"/>
          </w:tcPr>
          <w:p>
            <w:pPr>
              <w:spacing w:after="20" w:before="20"/>
            </w:pPr>
            <w:r/>
            <w:r>
              <w:rPr>
                <w:rFonts w:ascii="Times New Roman" w:hAnsi="Times New Roman" w:eastAsia="宋体"/>
                <w:b w:val="0"/>
                <w:sz w:val="21"/>
              </w:rPr>
              <w:t>郑伊蕊</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2208020301</w:t>
            </w:r>
          </w:p>
        </w:tc>
        <w:tc>
          <w:tcPr>
            <w:tcW w:type="dxa" w:w="1439"/>
          </w:tcPr>
          <w:p>
            <w:pPr>
              <w:spacing w:after="20" w:before="20"/>
            </w:pPr>
            <w:r/>
            <w:r>
              <w:rPr>
                <w:rFonts w:ascii="Times New Roman" w:hAnsi="Times New Roman" w:eastAsia="宋体"/>
                <w:b w:val="0"/>
                <w:sz w:val="21"/>
              </w:rPr>
              <w:t>法学（涉外法务方向）</w:t>
            </w:r>
          </w:p>
        </w:tc>
      </w:tr>
      <w:tr>
        <w:tc>
          <w:tcPr>
            <w:tcW w:type="dxa" w:w="1439"/>
          </w:tcPr>
          <w:p>
            <w:pPr>
              <w:spacing w:after="20" w:before="20"/>
            </w:pPr>
            <w:r/>
            <w:r>
              <w:rPr>
                <w:rFonts w:ascii="Times New Roman" w:hAnsi="Times New Roman" w:eastAsia="宋体"/>
                <w:b w:val="0"/>
                <w:sz w:val="21"/>
              </w:rPr>
              <w:t>171</w:t>
            </w:r>
          </w:p>
        </w:tc>
        <w:tc>
          <w:tcPr>
            <w:tcW w:type="dxa" w:w="1439"/>
          </w:tcPr>
          <w:p>
            <w:pPr>
              <w:spacing w:after="20" w:before="20"/>
            </w:pPr>
            <w:r/>
            <w:r>
              <w:rPr>
                <w:rFonts w:ascii="Times New Roman" w:hAnsi="Times New Roman" w:eastAsia="宋体"/>
                <w:b w:val="0"/>
                <w:sz w:val="21"/>
              </w:rPr>
              <w:t>法商学院（知识产权学院）</w:t>
            </w:r>
          </w:p>
        </w:tc>
        <w:tc>
          <w:tcPr>
            <w:tcW w:type="dxa" w:w="1439"/>
          </w:tcPr>
          <w:p>
            <w:pPr>
              <w:spacing w:after="20" w:before="20"/>
            </w:pPr>
            <w:r/>
            <w:r>
              <w:rPr>
                <w:rFonts w:ascii="Times New Roman" w:hAnsi="Times New Roman" w:eastAsia="宋体"/>
                <w:b w:val="0"/>
                <w:sz w:val="21"/>
              </w:rPr>
              <w:t>柯昌萍</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2208150115</w:t>
            </w:r>
          </w:p>
        </w:tc>
        <w:tc>
          <w:tcPr>
            <w:tcW w:type="dxa" w:w="1439"/>
          </w:tcPr>
          <w:p>
            <w:pPr>
              <w:spacing w:after="20" w:before="20"/>
            </w:pPr>
            <w:r/>
            <w:r>
              <w:rPr>
                <w:rFonts w:ascii="Times New Roman" w:hAnsi="Times New Roman" w:eastAsia="宋体"/>
                <w:b w:val="0"/>
                <w:sz w:val="21"/>
              </w:rPr>
              <w:t>知识产权（辅修数据科学与大数据技术专业）</w:t>
            </w:r>
          </w:p>
        </w:tc>
      </w:tr>
      <w:tr>
        <w:tc>
          <w:tcPr>
            <w:tcW w:type="dxa" w:w="1439"/>
          </w:tcPr>
          <w:p>
            <w:pPr>
              <w:spacing w:after="20" w:before="20"/>
            </w:pPr>
            <w:r/>
            <w:r>
              <w:rPr>
                <w:rFonts w:ascii="Times New Roman" w:hAnsi="Times New Roman" w:eastAsia="宋体"/>
                <w:b w:val="0"/>
                <w:sz w:val="21"/>
              </w:rPr>
              <w:t>172</w:t>
            </w:r>
          </w:p>
        </w:tc>
        <w:tc>
          <w:tcPr>
            <w:tcW w:type="dxa" w:w="1439"/>
          </w:tcPr>
          <w:p>
            <w:pPr>
              <w:spacing w:after="20" w:before="20"/>
            </w:pPr>
            <w:r/>
            <w:r>
              <w:rPr>
                <w:rFonts w:ascii="Times New Roman" w:hAnsi="Times New Roman" w:eastAsia="宋体"/>
                <w:b w:val="0"/>
                <w:sz w:val="21"/>
              </w:rPr>
              <w:t>法商学院（知识产权学院）</w:t>
            </w:r>
          </w:p>
        </w:tc>
        <w:tc>
          <w:tcPr>
            <w:tcW w:type="dxa" w:w="1439"/>
          </w:tcPr>
          <w:p>
            <w:pPr>
              <w:spacing w:after="20" w:before="20"/>
            </w:pPr>
            <w:r/>
            <w:r>
              <w:rPr>
                <w:rFonts w:ascii="Times New Roman" w:hAnsi="Times New Roman" w:eastAsia="宋体"/>
                <w:b w:val="0"/>
                <w:sz w:val="21"/>
              </w:rPr>
              <w:t>熊琳瑞</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2208010505</w:t>
            </w:r>
          </w:p>
        </w:tc>
        <w:tc>
          <w:tcPr>
            <w:tcW w:type="dxa" w:w="1439"/>
          </w:tcPr>
          <w:p>
            <w:pPr>
              <w:spacing w:after="20" w:before="20"/>
            </w:pPr>
            <w:r/>
            <w:r>
              <w:rPr>
                <w:rFonts w:ascii="Times New Roman" w:hAnsi="Times New Roman" w:eastAsia="宋体"/>
                <w:b w:val="0"/>
                <w:sz w:val="21"/>
              </w:rPr>
              <w:t>国际经济与贸易（涉外法务方向）</w:t>
            </w:r>
          </w:p>
        </w:tc>
      </w:tr>
      <w:tr>
        <w:tc>
          <w:tcPr>
            <w:tcW w:type="dxa" w:w="1439"/>
          </w:tcPr>
          <w:p>
            <w:pPr>
              <w:spacing w:after="20" w:before="20"/>
            </w:pPr>
            <w:r/>
            <w:r>
              <w:rPr>
                <w:rFonts w:ascii="Times New Roman" w:hAnsi="Times New Roman" w:eastAsia="宋体"/>
                <w:b w:val="0"/>
                <w:sz w:val="21"/>
              </w:rPr>
              <w:t>173</w:t>
            </w:r>
          </w:p>
        </w:tc>
        <w:tc>
          <w:tcPr>
            <w:tcW w:type="dxa" w:w="1439"/>
          </w:tcPr>
          <w:p>
            <w:pPr>
              <w:spacing w:after="20" w:before="20"/>
            </w:pPr>
            <w:r/>
            <w:r>
              <w:rPr>
                <w:rFonts w:ascii="Times New Roman" w:hAnsi="Times New Roman" w:eastAsia="宋体"/>
                <w:b w:val="0"/>
                <w:sz w:val="21"/>
              </w:rPr>
              <w:t>法商学院（知识产权学院）</w:t>
            </w:r>
          </w:p>
        </w:tc>
        <w:tc>
          <w:tcPr>
            <w:tcW w:type="dxa" w:w="1439"/>
          </w:tcPr>
          <w:p>
            <w:pPr>
              <w:spacing w:after="20" w:before="20"/>
            </w:pPr>
            <w:r/>
            <w:r>
              <w:rPr>
                <w:rFonts w:ascii="Times New Roman" w:hAnsi="Times New Roman" w:eastAsia="宋体"/>
                <w:b w:val="0"/>
                <w:sz w:val="21"/>
              </w:rPr>
              <w:t>耿楚涵</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2208010509</w:t>
            </w:r>
          </w:p>
        </w:tc>
        <w:tc>
          <w:tcPr>
            <w:tcW w:type="dxa" w:w="1439"/>
          </w:tcPr>
          <w:p>
            <w:pPr>
              <w:spacing w:after="20" w:before="20"/>
            </w:pPr>
            <w:r/>
            <w:r>
              <w:rPr>
                <w:rFonts w:ascii="Times New Roman" w:hAnsi="Times New Roman" w:eastAsia="宋体"/>
                <w:b w:val="0"/>
                <w:sz w:val="21"/>
              </w:rPr>
              <w:t>国际经济与贸易（数字贸易方向）</w:t>
            </w:r>
          </w:p>
        </w:tc>
      </w:tr>
      <w:tr>
        <w:tc>
          <w:tcPr>
            <w:tcW w:type="dxa" w:w="1439"/>
          </w:tcPr>
          <w:p>
            <w:pPr>
              <w:spacing w:after="20" w:before="20"/>
            </w:pPr>
            <w:r/>
            <w:r>
              <w:rPr>
                <w:rFonts w:ascii="Times New Roman" w:hAnsi="Times New Roman" w:eastAsia="宋体"/>
                <w:b w:val="0"/>
                <w:sz w:val="21"/>
              </w:rPr>
              <w:t>174</w:t>
            </w:r>
          </w:p>
        </w:tc>
        <w:tc>
          <w:tcPr>
            <w:tcW w:type="dxa" w:w="1439"/>
          </w:tcPr>
          <w:p>
            <w:pPr>
              <w:spacing w:after="20" w:before="20"/>
            </w:pPr>
            <w:r/>
            <w:r>
              <w:rPr>
                <w:rFonts w:ascii="Times New Roman" w:hAnsi="Times New Roman" w:eastAsia="宋体"/>
                <w:b w:val="0"/>
                <w:sz w:val="21"/>
              </w:rPr>
              <w:t>法商学院（知识产权学院）</w:t>
            </w:r>
          </w:p>
        </w:tc>
        <w:tc>
          <w:tcPr>
            <w:tcW w:type="dxa" w:w="1439"/>
          </w:tcPr>
          <w:p>
            <w:pPr>
              <w:spacing w:after="20" w:before="20"/>
            </w:pPr>
            <w:r/>
            <w:r>
              <w:rPr>
                <w:rFonts w:ascii="Times New Roman" w:hAnsi="Times New Roman" w:eastAsia="宋体"/>
                <w:b w:val="0"/>
                <w:sz w:val="21"/>
              </w:rPr>
              <w:t>李俞吴</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2208010309</w:t>
            </w:r>
          </w:p>
        </w:tc>
        <w:tc>
          <w:tcPr>
            <w:tcW w:type="dxa" w:w="1439"/>
          </w:tcPr>
          <w:p>
            <w:pPr>
              <w:spacing w:after="20" w:before="20"/>
            </w:pPr>
            <w:r/>
            <w:r>
              <w:rPr>
                <w:rFonts w:ascii="Times New Roman" w:hAnsi="Times New Roman" w:eastAsia="宋体"/>
                <w:b w:val="0"/>
                <w:sz w:val="21"/>
              </w:rPr>
              <w:t>国际经济与贸易（数字贸易方向）</w:t>
            </w:r>
          </w:p>
        </w:tc>
      </w:tr>
      <w:tr>
        <w:tc>
          <w:tcPr>
            <w:tcW w:type="dxa" w:w="1439"/>
          </w:tcPr>
          <w:p>
            <w:pPr>
              <w:spacing w:after="20" w:before="20"/>
            </w:pPr>
            <w:r/>
            <w:r>
              <w:rPr>
                <w:rFonts w:ascii="Times New Roman" w:hAnsi="Times New Roman" w:eastAsia="宋体"/>
                <w:b w:val="0"/>
                <w:sz w:val="21"/>
              </w:rPr>
              <w:t>175</w:t>
            </w:r>
          </w:p>
        </w:tc>
        <w:tc>
          <w:tcPr>
            <w:tcW w:type="dxa" w:w="1439"/>
          </w:tcPr>
          <w:p>
            <w:pPr>
              <w:spacing w:after="20" w:before="20"/>
            </w:pPr>
            <w:r/>
            <w:r>
              <w:rPr>
                <w:rFonts w:ascii="Times New Roman" w:hAnsi="Times New Roman" w:eastAsia="宋体"/>
                <w:b w:val="0"/>
                <w:sz w:val="21"/>
              </w:rPr>
              <w:t>法商学院（知识产权学院）</w:t>
            </w:r>
          </w:p>
        </w:tc>
        <w:tc>
          <w:tcPr>
            <w:tcW w:type="dxa" w:w="1439"/>
          </w:tcPr>
          <w:p>
            <w:pPr>
              <w:spacing w:after="20" w:before="20"/>
            </w:pPr>
            <w:r/>
            <w:r>
              <w:rPr>
                <w:rFonts w:ascii="Times New Roman" w:hAnsi="Times New Roman" w:eastAsia="宋体"/>
                <w:b w:val="0"/>
                <w:sz w:val="21"/>
              </w:rPr>
              <w:t>李萍</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2208010411</w:t>
            </w:r>
          </w:p>
        </w:tc>
        <w:tc>
          <w:tcPr>
            <w:tcW w:type="dxa" w:w="1439"/>
          </w:tcPr>
          <w:p>
            <w:pPr>
              <w:spacing w:after="20" w:before="20"/>
            </w:pPr>
            <w:r/>
            <w:r>
              <w:rPr>
                <w:rFonts w:ascii="Times New Roman" w:hAnsi="Times New Roman" w:eastAsia="宋体"/>
                <w:b w:val="0"/>
                <w:sz w:val="21"/>
              </w:rPr>
              <w:t>经济学（大数据金融方向）</w:t>
            </w:r>
          </w:p>
        </w:tc>
      </w:tr>
      <w:tr>
        <w:tc>
          <w:tcPr>
            <w:tcW w:type="dxa" w:w="1439"/>
          </w:tcPr>
          <w:p>
            <w:pPr>
              <w:spacing w:after="20" w:before="20"/>
            </w:pPr>
            <w:r/>
            <w:r>
              <w:rPr>
                <w:rFonts w:ascii="Times New Roman" w:hAnsi="Times New Roman" w:eastAsia="宋体"/>
                <w:b w:val="0"/>
                <w:sz w:val="21"/>
              </w:rPr>
              <w:t>176</w:t>
            </w:r>
          </w:p>
        </w:tc>
        <w:tc>
          <w:tcPr>
            <w:tcW w:type="dxa" w:w="1439"/>
          </w:tcPr>
          <w:p>
            <w:pPr>
              <w:spacing w:after="20" w:before="20"/>
            </w:pPr>
            <w:r/>
            <w:r>
              <w:rPr>
                <w:rFonts w:ascii="Times New Roman" w:hAnsi="Times New Roman" w:eastAsia="宋体"/>
                <w:b w:val="0"/>
                <w:sz w:val="21"/>
              </w:rPr>
              <w:t>法商学院（知识产权学院）</w:t>
            </w:r>
          </w:p>
        </w:tc>
        <w:tc>
          <w:tcPr>
            <w:tcW w:type="dxa" w:w="1439"/>
          </w:tcPr>
          <w:p>
            <w:pPr>
              <w:spacing w:after="20" w:before="20"/>
            </w:pPr>
            <w:r/>
            <w:r>
              <w:rPr>
                <w:rFonts w:ascii="Times New Roman" w:hAnsi="Times New Roman" w:eastAsia="宋体"/>
                <w:b w:val="0"/>
                <w:sz w:val="21"/>
              </w:rPr>
              <w:t>任永林</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2208010524</w:t>
            </w:r>
          </w:p>
        </w:tc>
        <w:tc>
          <w:tcPr>
            <w:tcW w:type="dxa" w:w="1439"/>
          </w:tcPr>
          <w:p>
            <w:pPr>
              <w:spacing w:after="20" w:before="20"/>
            </w:pPr>
            <w:r/>
            <w:r>
              <w:rPr>
                <w:rFonts w:ascii="Times New Roman" w:hAnsi="Times New Roman" w:eastAsia="宋体"/>
                <w:b w:val="0"/>
                <w:sz w:val="21"/>
              </w:rPr>
              <w:t>经济学（大数据金融方向）</w:t>
            </w:r>
          </w:p>
        </w:tc>
      </w:tr>
    </w:tbl>
    <w:p>
      <w:pPr>
        <w:spacing w:before="160" w:after="80" w:lineRule="auto" w:line="360"/>
        <w:jc w:val="left"/>
      </w:pPr>
      <w:r>
        <w:rPr>
          <w:rFonts w:ascii="Times New Roman" w:hAnsi="Times New Roman" w:eastAsia="宋体"/>
          <w:b/>
          <w:sz w:val="28"/>
        </w:rPr>
        <w:t>五、化学与环境工程学院（序号177—193，共17人）</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序号</w:t>
            </w:r>
          </w:p>
        </w:tc>
        <w:tc>
          <w:tcPr>
            <w:tcW w:type="dxa" w:w="1439"/>
          </w:tcPr>
          <w:p>
            <w:pPr>
              <w:spacing w:after="20" w:before="20"/>
            </w:pPr>
            <w:r/>
            <w:r>
              <w:rPr>
                <w:rFonts w:ascii="Times New Roman" w:hAnsi="Times New Roman" w:eastAsia="宋体"/>
                <w:b/>
                <w:sz w:val="21"/>
              </w:rPr>
              <w:t>推荐单位</w:t>
            </w:r>
          </w:p>
        </w:tc>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性别</w:t>
            </w:r>
          </w:p>
        </w:tc>
        <w:tc>
          <w:tcPr>
            <w:tcW w:type="dxa" w:w="1439"/>
          </w:tcPr>
          <w:p>
            <w:pPr>
              <w:spacing w:after="20" w:before="20"/>
            </w:pPr>
            <w:r/>
            <w:r>
              <w:rPr>
                <w:rFonts w:ascii="Times New Roman" w:hAnsi="Times New Roman" w:eastAsia="宋体"/>
                <w:b/>
                <w:sz w:val="21"/>
              </w:rPr>
              <w:t>学号</w:t>
            </w:r>
          </w:p>
        </w:tc>
        <w:tc>
          <w:tcPr>
            <w:tcW w:type="dxa" w:w="1439"/>
          </w:tcPr>
          <w:p>
            <w:pPr>
              <w:spacing w:after="20" w:before="20"/>
            </w:pPr>
            <w:r/>
            <w:r>
              <w:rPr>
                <w:rFonts w:ascii="Times New Roman" w:hAnsi="Times New Roman" w:eastAsia="宋体"/>
                <w:b/>
                <w:sz w:val="21"/>
              </w:rPr>
              <w:t>本科所学专业</w:t>
            </w:r>
          </w:p>
        </w:tc>
      </w:tr>
      <w:tr>
        <w:tc>
          <w:tcPr>
            <w:tcW w:type="dxa" w:w="1439"/>
          </w:tcPr>
          <w:p>
            <w:pPr>
              <w:spacing w:after="20" w:before="20"/>
            </w:pPr>
            <w:r/>
            <w:r>
              <w:rPr>
                <w:rFonts w:ascii="Times New Roman" w:hAnsi="Times New Roman" w:eastAsia="宋体"/>
                <w:b w:val="0"/>
                <w:sz w:val="21"/>
              </w:rPr>
              <w:t>177</w:t>
            </w:r>
          </w:p>
        </w:tc>
        <w:tc>
          <w:tcPr>
            <w:tcW w:type="dxa" w:w="1439"/>
          </w:tcPr>
          <w:p>
            <w:pPr>
              <w:spacing w:after="20" w:before="20"/>
            </w:pPr>
            <w:r/>
            <w:r>
              <w:rPr>
                <w:rFonts w:ascii="Times New Roman" w:hAnsi="Times New Roman" w:eastAsia="宋体"/>
                <w:b w:val="0"/>
                <w:sz w:val="21"/>
              </w:rPr>
              <w:t>化学与环境工程学院</w:t>
            </w:r>
          </w:p>
        </w:tc>
        <w:tc>
          <w:tcPr>
            <w:tcW w:type="dxa" w:w="1439"/>
          </w:tcPr>
          <w:p>
            <w:pPr>
              <w:spacing w:after="20" w:before="20"/>
            </w:pPr>
            <w:r/>
            <w:r>
              <w:rPr>
                <w:rFonts w:ascii="Times New Roman" w:hAnsi="Times New Roman" w:eastAsia="宋体"/>
                <w:b w:val="0"/>
                <w:sz w:val="21"/>
              </w:rPr>
              <w:t>王佳豪</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2209060205</w:t>
            </w:r>
          </w:p>
        </w:tc>
        <w:tc>
          <w:tcPr>
            <w:tcW w:type="dxa" w:w="1439"/>
          </w:tcPr>
          <w:p>
            <w:pPr>
              <w:spacing w:after="20" w:before="20"/>
            </w:pPr>
            <w:r/>
            <w:r>
              <w:rPr>
                <w:rFonts w:ascii="Times New Roman" w:hAnsi="Times New Roman" w:eastAsia="宋体"/>
                <w:b w:val="0"/>
                <w:sz w:val="21"/>
              </w:rPr>
              <w:t>应用化学</w:t>
            </w:r>
          </w:p>
        </w:tc>
      </w:tr>
      <w:tr>
        <w:tc>
          <w:tcPr>
            <w:tcW w:type="dxa" w:w="1439"/>
          </w:tcPr>
          <w:p>
            <w:pPr>
              <w:spacing w:after="20" w:before="20"/>
            </w:pPr>
            <w:r/>
            <w:r>
              <w:rPr>
                <w:rFonts w:ascii="Times New Roman" w:hAnsi="Times New Roman" w:eastAsia="宋体"/>
                <w:b w:val="0"/>
                <w:sz w:val="21"/>
              </w:rPr>
              <w:t>178</w:t>
            </w:r>
          </w:p>
        </w:tc>
        <w:tc>
          <w:tcPr>
            <w:tcW w:type="dxa" w:w="1439"/>
          </w:tcPr>
          <w:p>
            <w:pPr>
              <w:spacing w:after="20" w:before="20"/>
            </w:pPr>
            <w:r/>
            <w:r>
              <w:rPr>
                <w:rFonts w:ascii="Times New Roman" w:hAnsi="Times New Roman" w:eastAsia="宋体"/>
                <w:b w:val="0"/>
                <w:sz w:val="21"/>
              </w:rPr>
              <w:t>化学与环境工程学院</w:t>
            </w:r>
          </w:p>
        </w:tc>
        <w:tc>
          <w:tcPr>
            <w:tcW w:type="dxa" w:w="1439"/>
          </w:tcPr>
          <w:p>
            <w:pPr>
              <w:spacing w:after="20" w:before="20"/>
            </w:pPr>
            <w:r/>
            <w:r>
              <w:rPr>
                <w:rFonts w:ascii="Times New Roman" w:hAnsi="Times New Roman" w:eastAsia="宋体"/>
                <w:b w:val="0"/>
                <w:sz w:val="21"/>
              </w:rPr>
              <w:t>李菲</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2209060403</w:t>
            </w:r>
          </w:p>
        </w:tc>
        <w:tc>
          <w:tcPr>
            <w:tcW w:type="dxa" w:w="1439"/>
          </w:tcPr>
          <w:p>
            <w:pPr>
              <w:spacing w:after="20" w:before="20"/>
            </w:pPr>
            <w:r/>
            <w:r>
              <w:rPr>
                <w:rFonts w:ascii="Times New Roman" w:hAnsi="Times New Roman" w:eastAsia="宋体"/>
                <w:b w:val="0"/>
                <w:sz w:val="21"/>
              </w:rPr>
              <w:t>应用化学</w:t>
            </w:r>
          </w:p>
        </w:tc>
      </w:tr>
      <w:tr>
        <w:tc>
          <w:tcPr>
            <w:tcW w:type="dxa" w:w="1439"/>
          </w:tcPr>
          <w:p>
            <w:pPr>
              <w:spacing w:after="20" w:before="20"/>
            </w:pPr>
            <w:r/>
            <w:r>
              <w:rPr>
                <w:rFonts w:ascii="Times New Roman" w:hAnsi="Times New Roman" w:eastAsia="宋体"/>
                <w:b w:val="0"/>
                <w:sz w:val="21"/>
              </w:rPr>
              <w:t>179</w:t>
            </w:r>
          </w:p>
        </w:tc>
        <w:tc>
          <w:tcPr>
            <w:tcW w:type="dxa" w:w="1439"/>
          </w:tcPr>
          <w:p>
            <w:pPr>
              <w:spacing w:after="20" w:before="20"/>
            </w:pPr>
            <w:r/>
            <w:r>
              <w:rPr>
                <w:rFonts w:ascii="Times New Roman" w:hAnsi="Times New Roman" w:eastAsia="宋体"/>
                <w:b w:val="0"/>
                <w:sz w:val="21"/>
              </w:rPr>
              <w:t>化学与环境工程学院</w:t>
            </w:r>
          </w:p>
        </w:tc>
        <w:tc>
          <w:tcPr>
            <w:tcW w:type="dxa" w:w="1439"/>
          </w:tcPr>
          <w:p>
            <w:pPr>
              <w:spacing w:after="20" w:before="20"/>
            </w:pPr>
            <w:r/>
            <w:r>
              <w:rPr>
                <w:rFonts w:ascii="Times New Roman" w:hAnsi="Times New Roman" w:eastAsia="宋体"/>
                <w:b w:val="0"/>
                <w:sz w:val="21"/>
              </w:rPr>
              <w:t>郑子侠</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2209060118</w:t>
            </w:r>
          </w:p>
        </w:tc>
        <w:tc>
          <w:tcPr>
            <w:tcW w:type="dxa" w:w="1439"/>
          </w:tcPr>
          <w:p>
            <w:pPr>
              <w:spacing w:after="20" w:before="20"/>
            </w:pPr>
            <w:r/>
            <w:r>
              <w:rPr>
                <w:rFonts w:ascii="Times New Roman" w:hAnsi="Times New Roman" w:eastAsia="宋体"/>
                <w:b w:val="0"/>
                <w:sz w:val="21"/>
              </w:rPr>
              <w:t>应用化学</w:t>
            </w:r>
          </w:p>
        </w:tc>
      </w:tr>
      <w:tr>
        <w:tc>
          <w:tcPr>
            <w:tcW w:type="dxa" w:w="1439"/>
          </w:tcPr>
          <w:p>
            <w:pPr>
              <w:spacing w:after="20" w:before="20"/>
            </w:pPr>
            <w:r/>
            <w:r>
              <w:rPr>
                <w:rFonts w:ascii="Times New Roman" w:hAnsi="Times New Roman" w:eastAsia="宋体"/>
                <w:b w:val="0"/>
                <w:sz w:val="21"/>
              </w:rPr>
              <w:t>180</w:t>
            </w:r>
          </w:p>
        </w:tc>
        <w:tc>
          <w:tcPr>
            <w:tcW w:type="dxa" w:w="1439"/>
          </w:tcPr>
          <w:p>
            <w:pPr>
              <w:spacing w:after="20" w:before="20"/>
            </w:pPr>
            <w:r/>
            <w:r>
              <w:rPr>
                <w:rFonts w:ascii="Times New Roman" w:hAnsi="Times New Roman" w:eastAsia="宋体"/>
                <w:b w:val="0"/>
                <w:sz w:val="21"/>
              </w:rPr>
              <w:t>化学与环境工程学院</w:t>
            </w:r>
          </w:p>
        </w:tc>
        <w:tc>
          <w:tcPr>
            <w:tcW w:type="dxa" w:w="1439"/>
          </w:tcPr>
          <w:p>
            <w:pPr>
              <w:spacing w:after="20" w:before="20"/>
            </w:pPr>
            <w:r/>
            <w:r>
              <w:rPr>
                <w:rFonts w:ascii="Times New Roman" w:hAnsi="Times New Roman" w:eastAsia="宋体"/>
                <w:b w:val="0"/>
                <w:sz w:val="21"/>
              </w:rPr>
              <w:t>熊润</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2209060421</w:t>
            </w:r>
          </w:p>
        </w:tc>
        <w:tc>
          <w:tcPr>
            <w:tcW w:type="dxa" w:w="1439"/>
          </w:tcPr>
          <w:p>
            <w:pPr>
              <w:spacing w:after="20" w:before="20"/>
            </w:pPr>
            <w:r/>
            <w:r>
              <w:rPr>
                <w:rFonts w:ascii="Times New Roman" w:hAnsi="Times New Roman" w:eastAsia="宋体"/>
                <w:b w:val="0"/>
                <w:sz w:val="21"/>
              </w:rPr>
              <w:t>应用化学</w:t>
            </w:r>
          </w:p>
        </w:tc>
      </w:tr>
      <w:tr>
        <w:tc>
          <w:tcPr>
            <w:tcW w:type="dxa" w:w="1439"/>
          </w:tcPr>
          <w:p>
            <w:pPr>
              <w:spacing w:after="20" w:before="20"/>
            </w:pPr>
            <w:r/>
            <w:r>
              <w:rPr>
                <w:rFonts w:ascii="Times New Roman" w:hAnsi="Times New Roman" w:eastAsia="宋体"/>
                <w:b w:val="0"/>
                <w:sz w:val="21"/>
              </w:rPr>
              <w:t>181</w:t>
            </w:r>
          </w:p>
        </w:tc>
        <w:tc>
          <w:tcPr>
            <w:tcW w:type="dxa" w:w="1439"/>
          </w:tcPr>
          <w:p>
            <w:pPr>
              <w:spacing w:after="20" w:before="20"/>
            </w:pPr>
            <w:r/>
            <w:r>
              <w:rPr>
                <w:rFonts w:ascii="Times New Roman" w:hAnsi="Times New Roman" w:eastAsia="宋体"/>
                <w:b w:val="0"/>
                <w:sz w:val="21"/>
              </w:rPr>
              <w:t>化学与环境工程学院</w:t>
            </w:r>
          </w:p>
        </w:tc>
        <w:tc>
          <w:tcPr>
            <w:tcW w:type="dxa" w:w="1439"/>
          </w:tcPr>
          <w:p>
            <w:pPr>
              <w:spacing w:after="20" w:before="20"/>
            </w:pPr>
            <w:r/>
            <w:r>
              <w:rPr>
                <w:rFonts w:ascii="Times New Roman" w:hAnsi="Times New Roman" w:eastAsia="宋体"/>
                <w:b w:val="0"/>
                <w:sz w:val="21"/>
              </w:rPr>
              <w:t>常梦然</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2209060218</w:t>
            </w:r>
          </w:p>
        </w:tc>
        <w:tc>
          <w:tcPr>
            <w:tcW w:type="dxa" w:w="1439"/>
          </w:tcPr>
          <w:p>
            <w:pPr>
              <w:spacing w:after="20" w:before="20"/>
            </w:pPr>
            <w:r/>
            <w:r>
              <w:rPr>
                <w:rFonts w:ascii="Times New Roman" w:hAnsi="Times New Roman" w:eastAsia="宋体"/>
                <w:b w:val="0"/>
                <w:sz w:val="21"/>
              </w:rPr>
              <w:t>应用化学</w:t>
            </w:r>
          </w:p>
        </w:tc>
      </w:tr>
      <w:tr>
        <w:tc>
          <w:tcPr>
            <w:tcW w:type="dxa" w:w="1439"/>
          </w:tcPr>
          <w:p>
            <w:pPr>
              <w:spacing w:after="20" w:before="20"/>
            </w:pPr>
            <w:r/>
            <w:r>
              <w:rPr>
                <w:rFonts w:ascii="Times New Roman" w:hAnsi="Times New Roman" w:eastAsia="宋体"/>
                <w:b w:val="0"/>
                <w:sz w:val="21"/>
              </w:rPr>
              <w:t>182</w:t>
            </w:r>
          </w:p>
        </w:tc>
        <w:tc>
          <w:tcPr>
            <w:tcW w:type="dxa" w:w="1439"/>
          </w:tcPr>
          <w:p>
            <w:pPr>
              <w:spacing w:after="20" w:before="20"/>
            </w:pPr>
            <w:r/>
            <w:r>
              <w:rPr>
                <w:rFonts w:ascii="Times New Roman" w:hAnsi="Times New Roman" w:eastAsia="宋体"/>
                <w:b w:val="0"/>
                <w:sz w:val="21"/>
              </w:rPr>
              <w:t>化学与环境工程学院</w:t>
            </w:r>
          </w:p>
        </w:tc>
        <w:tc>
          <w:tcPr>
            <w:tcW w:type="dxa" w:w="1439"/>
          </w:tcPr>
          <w:p>
            <w:pPr>
              <w:spacing w:after="20" w:before="20"/>
            </w:pPr>
            <w:r/>
            <w:r>
              <w:rPr>
                <w:rFonts w:ascii="Times New Roman" w:hAnsi="Times New Roman" w:eastAsia="宋体"/>
                <w:b w:val="0"/>
                <w:sz w:val="21"/>
              </w:rPr>
              <w:t>段辉琴</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2209060325</w:t>
            </w:r>
          </w:p>
        </w:tc>
        <w:tc>
          <w:tcPr>
            <w:tcW w:type="dxa" w:w="1439"/>
          </w:tcPr>
          <w:p>
            <w:pPr>
              <w:spacing w:after="20" w:before="20"/>
            </w:pPr>
            <w:r/>
            <w:r>
              <w:rPr>
                <w:rFonts w:ascii="Times New Roman" w:hAnsi="Times New Roman" w:eastAsia="宋体"/>
                <w:b w:val="0"/>
                <w:sz w:val="21"/>
              </w:rPr>
              <w:t>应用化学</w:t>
            </w:r>
          </w:p>
        </w:tc>
      </w:tr>
      <w:tr>
        <w:tc>
          <w:tcPr>
            <w:tcW w:type="dxa" w:w="1439"/>
          </w:tcPr>
          <w:p>
            <w:pPr>
              <w:spacing w:after="20" w:before="20"/>
            </w:pPr>
            <w:r/>
            <w:r>
              <w:rPr>
                <w:rFonts w:ascii="Times New Roman" w:hAnsi="Times New Roman" w:eastAsia="宋体"/>
                <w:b w:val="0"/>
                <w:sz w:val="21"/>
              </w:rPr>
              <w:t>183</w:t>
            </w:r>
          </w:p>
        </w:tc>
        <w:tc>
          <w:tcPr>
            <w:tcW w:type="dxa" w:w="1439"/>
          </w:tcPr>
          <w:p>
            <w:pPr>
              <w:spacing w:after="20" w:before="20"/>
            </w:pPr>
            <w:r/>
            <w:r>
              <w:rPr>
                <w:rFonts w:ascii="Times New Roman" w:hAnsi="Times New Roman" w:eastAsia="宋体"/>
                <w:b w:val="0"/>
                <w:sz w:val="21"/>
              </w:rPr>
              <w:t>化学与环境工程学院</w:t>
            </w:r>
          </w:p>
        </w:tc>
        <w:tc>
          <w:tcPr>
            <w:tcW w:type="dxa" w:w="1439"/>
          </w:tcPr>
          <w:p>
            <w:pPr>
              <w:spacing w:after="20" w:before="20"/>
            </w:pPr>
            <w:r/>
            <w:r>
              <w:rPr>
                <w:rFonts w:ascii="Times New Roman" w:hAnsi="Times New Roman" w:eastAsia="宋体"/>
                <w:b w:val="0"/>
                <w:sz w:val="21"/>
              </w:rPr>
              <w:t>黄依芸</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2209060120</w:t>
            </w:r>
          </w:p>
        </w:tc>
        <w:tc>
          <w:tcPr>
            <w:tcW w:type="dxa" w:w="1439"/>
          </w:tcPr>
          <w:p>
            <w:pPr>
              <w:spacing w:after="20" w:before="20"/>
            </w:pPr>
            <w:r/>
            <w:r>
              <w:rPr>
                <w:rFonts w:ascii="Times New Roman" w:hAnsi="Times New Roman" w:eastAsia="宋体"/>
                <w:b w:val="0"/>
                <w:sz w:val="21"/>
              </w:rPr>
              <w:t>应用化学</w:t>
            </w:r>
          </w:p>
        </w:tc>
      </w:tr>
      <w:tr>
        <w:tc>
          <w:tcPr>
            <w:tcW w:type="dxa" w:w="1439"/>
          </w:tcPr>
          <w:p>
            <w:pPr>
              <w:spacing w:after="20" w:before="20"/>
            </w:pPr>
            <w:r/>
            <w:r>
              <w:rPr>
                <w:rFonts w:ascii="Times New Roman" w:hAnsi="Times New Roman" w:eastAsia="宋体"/>
                <w:b w:val="0"/>
                <w:sz w:val="21"/>
              </w:rPr>
              <w:t>184</w:t>
            </w:r>
          </w:p>
        </w:tc>
        <w:tc>
          <w:tcPr>
            <w:tcW w:type="dxa" w:w="1439"/>
          </w:tcPr>
          <w:p>
            <w:pPr>
              <w:spacing w:after="20" w:before="20"/>
            </w:pPr>
            <w:r/>
            <w:r>
              <w:rPr>
                <w:rFonts w:ascii="Times New Roman" w:hAnsi="Times New Roman" w:eastAsia="宋体"/>
                <w:b w:val="0"/>
                <w:sz w:val="21"/>
              </w:rPr>
              <w:t>化学与环境工程学院</w:t>
            </w:r>
          </w:p>
        </w:tc>
        <w:tc>
          <w:tcPr>
            <w:tcW w:type="dxa" w:w="1439"/>
          </w:tcPr>
          <w:p>
            <w:pPr>
              <w:spacing w:after="20" w:before="20"/>
            </w:pPr>
            <w:r/>
            <w:r>
              <w:rPr>
                <w:rFonts w:ascii="Times New Roman" w:hAnsi="Times New Roman" w:eastAsia="宋体"/>
                <w:b w:val="0"/>
                <w:sz w:val="21"/>
              </w:rPr>
              <w:t>余诗悦</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2209060109</w:t>
            </w:r>
          </w:p>
        </w:tc>
        <w:tc>
          <w:tcPr>
            <w:tcW w:type="dxa" w:w="1439"/>
          </w:tcPr>
          <w:p>
            <w:pPr>
              <w:spacing w:after="20" w:before="20"/>
            </w:pPr>
            <w:r/>
            <w:r>
              <w:rPr>
                <w:rFonts w:ascii="Times New Roman" w:hAnsi="Times New Roman" w:eastAsia="宋体"/>
                <w:b w:val="0"/>
                <w:sz w:val="21"/>
              </w:rPr>
              <w:t>应用化学</w:t>
            </w:r>
          </w:p>
        </w:tc>
      </w:tr>
      <w:tr>
        <w:tc>
          <w:tcPr>
            <w:tcW w:type="dxa" w:w="1439"/>
          </w:tcPr>
          <w:p>
            <w:pPr>
              <w:spacing w:after="20" w:before="20"/>
            </w:pPr>
            <w:r/>
            <w:r>
              <w:rPr>
                <w:rFonts w:ascii="Times New Roman" w:hAnsi="Times New Roman" w:eastAsia="宋体"/>
                <w:b w:val="0"/>
                <w:sz w:val="21"/>
              </w:rPr>
              <w:t>185</w:t>
            </w:r>
          </w:p>
        </w:tc>
        <w:tc>
          <w:tcPr>
            <w:tcW w:type="dxa" w:w="1439"/>
          </w:tcPr>
          <w:p>
            <w:pPr>
              <w:spacing w:after="20" w:before="20"/>
            </w:pPr>
            <w:r/>
            <w:r>
              <w:rPr>
                <w:rFonts w:ascii="Times New Roman" w:hAnsi="Times New Roman" w:eastAsia="宋体"/>
                <w:b w:val="0"/>
                <w:sz w:val="21"/>
              </w:rPr>
              <w:t>化学与环境工程学院</w:t>
            </w:r>
          </w:p>
        </w:tc>
        <w:tc>
          <w:tcPr>
            <w:tcW w:type="dxa" w:w="1439"/>
          </w:tcPr>
          <w:p>
            <w:pPr>
              <w:spacing w:after="20" w:before="20"/>
            </w:pPr>
            <w:r/>
            <w:r>
              <w:rPr>
                <w:rFonts w:ascii="Times New Roman" w:hAnsi="Times New Roman" w:eastAsia="宋体"/>
                <w:b w:val="0"/>
                <w:sz w:val="21"/>
              </w:rPr>
              <w:t>丁文杰</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2209060317</w:t>
            </w:r>
          </w:p>
        </w:tc>
        <w:tc>
          <w:tcPr>
            <w:tcW w:type="dxa" w:w="1439"/>
          </w:tcPr>
          <w:p>
            <w:pPr>
              <w:spacing w:after="20" w:before="20"/>
            </w:pPr>
            <w:r/>
            <w:r>
              <w:rPr>
                <w:rFonts w:ascii="Times New Roman" w:hAnsi="Times New Roman" w:eastAsia="宋体"/>
                <w:b w:val="0"/>
                <w:sz w:val="21"/>
              </w:rPr>
              <w:t>应用化学</w:t>
            </w:r>
          </w:p>
        </w:tc>
      </w:tr>
      <w:tr>
        <w:tc>
          <w:tcPr>
            <w:tcW w:type="dxa" w:w="1439"/>
          </w:tcPr>
          <w:p>
            <w:pPr>
              <w:spacing w:after="20" w:before="20"/>
            </w:pPr>
            <w:r/>
            <w:r>
              <w:rPr>
                <w:rFonts w:ascii="Times New Roman" w:hAnsi="Times New Roman" w:eastAsia="宋体"/>
                <w:b w:val="0"/>
                <w:sz w:val="21"/>
              </w:rPr>
              <w:t>186</w:t>
            </w:r>
          </w:p>
        </w:tc>
        <w:tc>
          <w:tcPr>
            <w:tcW w:type="dxa" w:w="1439"/>
          </w:tcPr>
          <w:p>
            <w:pPr>
              <w:spacing w:after="20" w:before="20"/>
            </w:pPr>
            <w:r/>
            <w:r>
              <w:rPr>
                <w:rFonts w:ascii="Times New Roman" w:hAnsi="Times New Roman" w:eastAsia="宋体"/>
                <w:b w:val="0"/>
                <w:sz w:val="21"/>
              </w:rPr>
              <w:t>化学与环境工程学院</w:t>
            </w:r>
          </w:p>
        </w:tc>
        <w:tc>
          <w:tcPr>
            <w:tcW w:type="dxa" w:w="1439"/>
          </w:tcPr>
          <w:p>
            <w:pPr>
              <w:spacing w:after="20" w:before="20"/>
            </w:pPr>
            <w:r/>
            <w:r>
              <w:rPr>
                <w:rFonts w:ascii="Times New Roman" w:hAnsi="Times New Roman" w:eastAsia="宋体"/>
                <w:b w:val="0"/>
                <w:sz w:val="21"/>
              </w:rPr>
              <w:t>王令欣</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2209030414</w:t>
            </w:r>
          </w:p>
        </w:tc>
        <w:tc>
          <w:tcPr>
            <w:tcW w:type="dxa" w:w="1439"/>
          </w:tcPr>
          <w:p>
            <w:pPr>
              <w:spacing w:after="20" w:before="20"/>
            </w:pPr>
            <w:r/>
            <w:r>
              <w:rPr>
                <w:rFonts w:ascii="Times New Roman" w:hAnsi="Times New Roman" w:eastAsia="宋体"/>
                <w:b w:val="0"/>
                <w:sz w:val="21"/>
              </w:rPr>
              <w:t>环境工程</w:t>
            </w:r>
          </w:p>
        </w:tc>
      </w:tr>
      <w:tr>
        <w:tc>
          <w:tcPr>
            <w:tcW w:type="dxa" w:w="1439"/>
          </w:tcPr>
          <w:p>
            <w:pPr>
              <w:spacing w:after="20" w:before="20"/>
            </w:pPr>
            <w:r/>
            <w:r>
              <w:rPr>
                <w:rFonts w:ascii="Times New Roman" w:hAnsi="Times New Roman" w:eastAsia="宋体"/>
                <w:b w:val="0"/>
                <w:sz w:val="21"/>
              </w:rPr>
              <w:t>187</w:t>
            </w:r>
          </w:p>
        </w:tc>
        <w:tc>
          <w:tcPr>
            <w:tcW w:type="dxa" w:w="1439"/>
          </w:tcPr>
          <w:p>
            <w:pPr>
              <w:spacing w:after="20" w:before="20"/>
            </w:pPr>
            <w:r/>
            <w:r>
              <w:rPr>
                <w:rFonts w:ascii="Times New Roman" w:hAnsi="Times New Roman" w:eastAsia="宋体"/>
                <w:b w:val="0"/>
                <w:sz w:val="21"/>
              </w:rPr>
              <w:t>化学与环境工程学院</w:t>
            </w:r>
          </w:p>
        </w:tc>
        <w:tc>
          <w:tcPr>
            <w:tcW w:type="dxa" w:w="1439"/>
          </w:tcPr>
          <w:p>
            <w:pPr>
              <w:spacing w:after="20" w:before="20"/>
            </w:pPr>
            <w:r/>
            <w:r>
              <w:rPr>
                <w:rFonts w:ascii="Times New Roman" w:hAnsi="Times New Roman" w:eastAsia="宋体"/>
                <w:b w:val="0"/>
                <w:sz w:val="21"/>
              </w:rPr>
              <w:t>胡炳文</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2209030214</w:t>
            </w:r>
          </w:p>
        </w:tc>
        <w:tc>
          <w:tcPr>
            <w:tcW w:type="dxa" w:w="1439"/>
          </w:tcPr>
          <w:p>
            <w:pPr>
              <w:spacing w:after="20" w:before="20"/>
            </w:pPr>
            <w:r/>
            <w:r>
              <w:rPr>
                <w:rFonts w:ascii="Times New Roman" w:hAnsi="Times New Roman" w:eastAsia="宋体"/>
                <w:b w:val="0"/>
                <w:sz w:val="21"/>
              </w:rPr>
              <w:t>环境工程</w:t>
            </w:r>
          </w:p>
        </w:tc>
      </w:tr>
      <w:tr>
        <w:tc>
          <w:tcPr>
            <w:tcW w:type="dxa" w:w="1439"/>
          </w:tcPr>
          <w:p>
            <w:pPr>
              <w:spacing w:after="20" w:before="20"/>
            </w:pPr>
            <w:r/>
            <w:r>
              <w:rPr>
                <w:rFonts w:ascii="Times New Roman" w:hAnsi="Times New Roman" w:eastAsia="宋体"/>
                <w:b w:val="0"/>
                <w:sz w:val="21"/>
              </w:rPr>
              <w:t>188</w:t>
            </w:r>
          </w:p>
        </w:tc>
        <w:tc>
          <w:tcPr>
            <w:tcW w:type="dxa" w:w="1439"/>
          </w:tcPr>
          <w:p>
            <w:pPr>
              <w:spacing w:after="20" w:before="20"/>
            </w:pPr>
            <w:r/>
            <w:r>
              <w:rPr>
                <w:rFonts w:ascii="Times New Roman" w:hAnsi="Times New Roman" w:eastAsia="宋体"/>
                <w:b w:val="0"/>
                <w:sz w:val="21"/>
              </w:rPr>
              <w:t>化学与环境工程学院</w:t>
            </w:r>
          </w:p>
        </w:tc>
        <w:tc>
          <w:tcPr>
            <w:tcW w:type="dxa" w:w="1439"/>
          </w:tcPr>
          <w:p>
            <w:pPr>
              <w:spacing w:after="20" w:before="20"/>
            </w:pPr>
            <w:r/>
            <w:r>
              <w:rPr>
                <w:rFonts w:ascii="Times New Roman" w:hAnsi="Times New Roman" w:eastAsia="宋体"/>
                <w:b w:val="0"/>
                <w:sz w:val="21"/>
              </w:rPr>
              <w:t>黄尹</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2209030424</w:t>
            </w:r>
          </w:p>
        </w:tc>
        <w:tc>
          <w:tcPr>
            <w:tcW w:type="dxa" w:w="1439"/>
          </w:tcPr>
          <w:p>
            <w:pPr>
              <w:spacing w:after="20" w:before="20"/>
            </w:pPr>
            <w:r/>
            <w:r>
              <w:rPr>
                <w:rFonts w:ascii="Times New Roman" w:hAnsi="Times New Roman" w:eastAsia="宋体"/>
                <w:b w:val="0"/>
                <w:sz w:val="21"/>
              </w:rPr>
              <w:t>环境工程</w:t>
            </w:r>
          </w:p>
        </w:tc>
      </w:tr>
      <w:tr>
        <w:tc>
          <w:tcPr>
            <w:tcW w:type="dxa" w:w="1439"/>
          </w:tcPr>
          <w:p>
            <w:pPr>
              <w:spacing w:after="20" w:before="20"/>
            </w:pPr>
            <w:r/>
            <w:r>
              <w:rPr>
                <w:rFonts w:ascii="Times New Roman" w:hAnsi="Times New Roman" w:eastAsia="宋体"/>
                <w:b w:val="0"/>
                <w:sz w:val="21"/>
              </w:rPr>
              <w:t>189</w:t>
            </w:r>
          </w:p>
        </w:tc>
        <w:tc>
          <w:tcPr>
            <w:tcW w:type="dxa" w:w="1439"/>
          </w:tcPr>
          <w:p>
            <w:pPr>
              <w:spacing w:after="20" w:before="20"/>
            </w:pPr>
            <w:r/>
            <w:r>
              <w:rPr>
                <w:rFonts w:ascii="Times New Roman" w:hAnsi="Times New Roman" w:eastAsia="宋体"/>
                <w:b w:val="0"/>
                <w:sz w:val="21"/>
              </w:rPr>
              <w:t>化学与环境工程学院</w:t>
            </w:r>
          </w:p>
        </w:tc>
        <w:tc>
          <w:tcPr>
            <w:tcW w:type="dxa" w:w="1439"/>
          </w:tcPr>
          <w:p>
            <w:pPr>
              <w:spacing w:after="20" w:before="20"/>
            </w:pPr>
            <w:r/>
            <w:r>
              <w:rPr>
                <w:rFonts w:ascii="Times New Roman" w:hAnsi="Times New Roman" w:eastAsia="宋体"/>
                <w:b w:val="0"/>
                <w:sz w:val="21"/>
              </w:rPr>
              <w:t>杨经纬</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2209030217</w:t>
            </w:r>
          </w:p>
        </w:tc>
        <w:tc>
          <w:tcPr>
            <w:tcW w:type="dxa" w:w="1439"/>
          </w:tcPr>
          <w:p>
            <w:pPr>
              <w:spacing w:after="20" w:before="20"/>
            </w:pPr>
            <w:r/>
            <w:r>
              <w:rPr>
                <w:rFonts w:ascii="Times New Roman" w:hAnsi="Times New Roman" w:eastAsia="宋体"/>
                <w:b w:val="0"/>
                <w:sz w:val="21"/>
              </w:rPr>
              <w:t>环境工程</w:t>
            </w:r>
          </w:p>
        </w:tc>
      </w:tr>
      <w:tr>
        <w:tc>
          <w:tcPr>
            <w:tcW w:type="dxa" w:w="1439"/>
          </w:tcPr>
          <w:p>
            <w:pPr>
              <w:spacing w:after="20" w:before="20"/>
            </w:pPr>
            <w:r/>
            <w:r>
              <w:rPr>
                <w:rFonts w:ascii="Times New Roman" w:hAnsi="Times New Roman" w:eastAsia="宋体"/>
                <w:b w:val="0"/>
                <w:sz w:val="21"/>
              </w:rPr>
              <w:t>190</w:t>
            </w:r>
          </w:p>
        </w:tc>
        <w:tc>
          <w:tcPr>
            <w:tcW w:type="dxa" w:w="1439"/>
          </w:tcPr>
          <w:p>
            <w:pPr>
              <w:spacing w:after="20" w:before="20"/>
            </w:pPr>
            <w:r/>
            <w:r>
              <w:rPr>
                <w:rFonts w:ascii="Times New Roman" w:hAnsi="Times New Roman" w:eastAsia="宋体"/>
                <w:b w:val="0"/>
                <w:sz w:val="21"/>
              </w:rPr>
              <w:t>化学与环境工程学院</w:t>
            </w:r>
          </w:p>
        </w:tc>
        <w:tc>
          <w:tcPr>
            <w:tcW w:type="dxa" w:w="1439"/>
          </w:tcPr>
          <w:p>
            <w:pPr>
              <w:spacing w:after="20" w:before="20"/>
            </w:pPr>
            <w:r/>
            <w:r>
              <w:rPr>
                <w:rFonts w:ascii="Times New Roman" w:hAnsi="Times New Roman" w:eastAsia="宋体"/>
                <w:b w:val="0"/>
                <w:sz w:val="21"/>
              </w:rPr>
              <w:t>周思梦</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2209030202</w:t>
            </w:r>
          </w:p>
        </w:tc>
        <w:tc>
          <w:tcPr>
            <w:tcW w:type="dxa" w:w="1439"/>
          </w:tcPr>
          <w:p>
            <w:pPr>
              <w:spacing w:after="20" w:before="20"/>
            </w:pPr>
            <w:r/>
            <w:r>
              <w:rPr>
                <w:rFonts w:ascii="Times New Roman" w:hAnsi="Times New Roman" w:eastAsia="宋体"/>
                <w:b w:val="0"/>
                <w:sz w:val="21"/>
              </w:rPr>
              <w:t>环境工程</w:t>
            </w:r>
          </w:p>
        </w:tc>
      </w:tr>
      <w:tr>
        <w:tc>
          <w:tcPr>
            <w:tcW w:type="dxa" w:w="1439"/>
          </w:tcPr>
          <w:p>
            <w:pPr>
              <w:spacing w:after="20" w:before="20"/>
            </w:pPr>
            <w:r/>
            <w:r>
              <w:rPr>
                <w:rFonts w:ascii="Times New Roman" w:hAnsi="Times New Roman" w:eastAsia="宋体"/>
                <w:b w:val="0"/>
                <w:sz w:val="21"/>
              </w:rPr>
              <w:t>191</w:t>
            </w:r>
          </w:p>
        </w:tc>
        <w:tc>
          <w:tcPr>
            <w:tcW w:type="dxa" w:w="1439"/>
          </w:tcPr>
          <w:p>
            <w:pPr>
              <w:spacing w:after="20" w:before="20"/>
            </w:pPr>
            <w:r/>
            <w:r>
              <w:rPr>
                <w:rFonts w:ascii="Times New Roman" w:hAnsi="Times New Roman" w:eastAsia="宋体"/>
                <w:b w:val="0"/>
                <w:sz w:val="21"/>
              </w:rPr>
              <w:t>化学与环境工程学院</w:t>
            </w:r>
          </w:p>
        </w:tc>
        <w:tc>
          <w:tcPr>
            <w:tcW w:type="dxa" w:w="1439"/>
          </w:tcPr>
          <w:p>
            <w:pPr>
              <w:spacing w:after="20" w:before="20"/>
            </w:pPr>
            <w:r/>
            <w:r>
              <w:rPr>
                <w:rFonts w:ascii="Times New Roman" w:hAnsi="Times New Roman" w:eastAsia="宋体"/>
                <w:b w:val="0"/>
                <w:sz w:val="21"/>
              </w:rPr>
              <w:t>敖玉婷</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2209030309</w:t>
            </w:r>
          </w:p>
        </w:tc>
        <w:tc>
          <w:tcPr>
            <w:tcW w:type="dxa" w:w="1439"/>
          </w:tcPr>
          <w:p>
            <w:pPr>
              <w:spacing w:after="20" w:before="20"/>
            </w:pPr>
            <w:r/>
            <w:r>
              <w:rPr>
                <w:rFonts w:ascii="Times New Roman" w:hAnsi="Times New Roman" w:eastAsia="宋体"/>
                <w:b w:val="0"/>
                <w:sz w:val="21"/>
              </w:rPr>
              <w:t>环境工程</w:t>
            </w:r>
          </w:p>
        </w:tc>
      </w:tr>
      <w:tr>
        <w:tc>
          <w:tcPr>
            <w:tcW w:type="dxa" w:w="1439"/>
          </w:tcPr>
          <w:p>
            <w:pPr>
              <w:spacing w:after="20" w:before="20"/>
            </w:pPr>
            <w:r/>
            <w:r>
              <w:rPr>
                <w:rFonts w:ascii="Times New Roman" w:hAnsi="Times New Roman" w:eastAsia="宋体"/>
                <w:b w:val="0"/>
                <w:sz w:val="21"/>
              </w:rPr>
              <w:t>192</w:t>
            </w:r>
          </w:p>
        </w:tc>
        <w:tc>
          <w:tcPr>
            <w:tcW w:type="dxa" w:w="1439"/>
          </w:tcPr>
          <w:p>
            <w:pPr>
              <w:spacing w:after="20" w:before="20"/>
            </w:pPr>
            <w:r/>
            <w:r>
              <w:rPr>
                <w:rFonts w:ascii="Times New Roman" w:hAnsi="Times New Roman" w:eastAsia="宋体"/>
                <w:b w:val="0"/>
                <w:sz w:val="21"/>
              </w:rPr>
              <w:t>化学与环境工程学院</w:t>
            </w:r>
          </w:p>
        </w:tc>
        <w:tc>
          <w:tcPr>
            <w:tcW w:type="dxa" w:w="1439"/>
          </w:tcPr>
          <w:p>
            <w:pPr>
              <w:spacing w:after="20" w:before="20"/>
            </w:pPr>
            <w:r/>
            <w:r>
              <w:rPr>
                <w:rFonts w:ascii="Times New Roman" w:hAnsi="Times New Roman" w:eastAsia="宋体"/>
                <w:b w:val="0"/>
                <w:sz w:val="21"/>
              </w:rPr>
              <w:t>毕卓远</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2209060430</w:t>
            </w:r>
          </w:p>
        </w:tc>
        <w:tc>
          <w:tcPr>
            <w:tcW w:type="dxa" w:w="1439"/>
          </w:tcPr>
          <w:p>
            <w:pPr>
              <w:spacing w:after="20" w:before="20"/>
            </w:pPr>
            <w:r/>
            <w:r>
              <w:rPr>
                <w:rFonts w:ascii="Times New Roman" w:hAnsi="Times New Roman" w:eastAsia="宋体"/>
                <w:b w:val="0"/>
                <w:sz w:val="21"/>
              </w:rPr>
              <w:t>应用化学</w:t>
            </w:r>
          </w:p>
        </w:tc>
      </w:tr>
      <w:tr>
        <w:tc>
          <w:tcPr>
            <w:tcW w:type="dxa" w:w="1439"/>
          </w:tcPr>
          <w:p>
            <w:pPr>
              <w:spacing w:after="20" w:before="20"/>
            </w:pPr>
            <w:r/>
            <w:r>
              <w:rPr>
                <w:rFonts w:ascii="Times New Roman" w:hAnsi="Times New Roman" w:eastAsia="宋体"/>
                <w:b w:val="0"/>
                <w:sz w:val="21"/>
              </w:rPr>
              <w:t>193</w:t>
            </w:r>
          </w:p>
        </w:tc>
        <w:tc>
          <w:tcPr>
            <w:tcW w:type="dxa" w:w="1439"/>
          </w:tcPr>
          <w:p>
            <w:pPr>
              <w:spacing w:after="20" w:before="20"/>
            </w:pPr>
            <w:r/>
            <w:r>
              <w:rPr>
                <w:rFonts w:ascii="Times New Roman" w:hAnsi="Times New Roman" w:eastAsia="宋体"/>
                <w:b w:val="0"/>
                <w:sz w:val="21"/>
              </w:rPr>
              <w:t>化学与环境工程学院</w:t>
            </w:r>
          </w:p>
        </w:tc>
        <w:tc>
          <w:tcPr>
            <w:tcW w:type="dxa" w:w="1439"/>
          </w:tcPr>
          <w:p>
            <w:pPr>
              <w:spacing w:after="20" w:before="20"/>
            </w:pPr>
            <w:r/>
            <w:r>
              <w:rPr>
                <w:rFonts w:ascii="Times New Roman" w:hAnsi="Times New Roman" w:eastAsia="宋体"/>
                <w:b w:val="0"/>
                <w:sz w:val="21"/>
              </w:rPr>
              <w:t>程晓敏</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2209060203</w:t>
            </w:r>
          </w:p>
        </w:tc>
        <w:tc>
          <w:tcPr>
            <w:tcW w:type="dxa" w:w="1439"/>
          </w:tcPr>
          <w:p>
            <w:pPr>
              <w:spacing w:after="20" w:before="20"/>
            </w:pPr>
            <w:r/>
            <w:r>
              <w:rPr>
                <w:rFonts w:ascii="Times New Roman" w:hAnsi="Times New Roman" w:eastAsia="宋体"/>
                <w:b w:val="0"/>
                <w:sz w:val="21"/>
              </w:rPr>
              <w:t>应用化学</w:t>
            </w:r>
          </w:p>
        </w:tc>
      </w:tr>
    </w:tbl>
    <w:p>
      <w:pPr>
        <w:spacing w:before="160" w:after="80" w:lineRule="auto" w:line="360"/>
        <w:jc w:val="left"/>
      </w:pPr>
      <w:r>
        <w:rPr>
          <w:rFonts w:ascii="Times New Roman" w:hAnsi="Times New Roman" w:eastAsia="宋体"/>
          <w:b/>
          <w:sz w:val="28"/>
        </w:rPr>
        <w:t>六、光电信息与能源工程学院数理学院（序号194—213，共20人）</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序号</w:t>
            </w:r>
          </w:p>
        </w:tc>
        <w:tc>
          <w:tcPr>
            <w:tcW w:type="dxa" w:w="1439"/>
          </w:tcPr>
          <w:p>
            <w:pPr>
              <w:spacing w:after="20" w:before="20"/>
            </w:pPr>
            <w:r/>
            <w:r>
              <w:rPr>
                <w:rFonts w:ascii="Times New Roman" w:hAnsi="Times New Roman" w:eastAsia="宋体"/>
                <w:b/>
                <w:sz w:val="21"/>
              </w:rPr>
              <w:t>推荐单位</w:t>
            </w:r>
          </w:p>
        </w:tc>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性别</w:t>
            </w:r>
          </w:p>
        </w:tc>
        <w:tc>
          <w:tcPr>
            <w:tcW w:type="dxa" w:w="1439"/>
          </w:tcPr>
          <w:p>
            <w:pPr>
              <w:spacing w:after="20" w:before="20"/>
            </w:pPr>
            <w:r/>
            <w:r>
              <w:rPr>
                <w:rFonts w:ascii="Times New Roman" w:hAnsi="Times New Roman" w:eastAsia="宋体"/>
                <w:b/>
                <w:sz w:val="21"/>
              </w:rPr>
              <w:t>学号</w:t>
            </w:r>
          </w:p>
        </w:tc>
        <w:tc>
          <w:tcPr>
            <w:tcW w:type="dxa" w:w="1439"/>
          </w:tcPr>
          <w:p>
            <w:pPr>
              <w:spacing w:after="20" w:before="20"/>
            </w:pPr>
            <w:r/>
            <w:r>
              <w:rPr>
                <w:rFonts w:ascii="Times New Roman" w:hAnsi="Times New Roman" w:eastAsia="宋体"/>
                <w:b/>
                <w:sz w:val="21"/>
              </w:rPr>
              <w:t>本科所学专业</w:t>
            </w:r>
          </w:p>
        </w:tc>
      </w:tr>
      <w:tr>
        <w:tc>
          <w:tcPr>
            <w:tcW w:type="dxa" w:w="1439"/>
          </w:tcPr>
          <w:p>
            <w:pPr>
              <w:spacing w:after="20" w:before="20"/>
            </w:pPr>
            <w:r/>
            <w:r>
              <w:rPr>
                <w:rFonts w:ascii="Times New Roman" w:hAnsi="Times New Roman" w:eastAsia="宋体"/>
                <w:b w:val="0"/>
                <w:sz w:val="21"/>
              </w:rPr>
              <w:t>194</w:t>
            </w:r>
          </w:p>
        </w:tc>
        <w:tc>
          <w:tcPr>
            <w:tcW w:type="dxa" w:w="1439"/>
          </w:tcPr>
          <w:p>
            <w:pPr>
              <w:spacing w:after="20" w:before="20"/>
            </w:pPr>
            <w:r/>
            <w:r>
              <w:rPr>
                <w:rFonts w:ascii="Times New Roman" w:hAnsi="Times New Roman" w:eastAsia="宋体"/>
                <w:b w:val="0"/>
                <w:sz w:val="21"/>
              </w:rPr>
              <w:t>光电信息与能源工程学院数理学院</w:t>
            </w:r>
          </w:p>
        </w:tc>
        <w:tc>
          <w:tcPr>
            <w:tcW w:type="dxa" w:w="1439"/>
          </w:tcPr>
          <w:p>
            <w:pPr>
              <w:spacing w:after="20" w:before="20"/>
            </w:pPr>
            <w:r/>
            <w:r>
              <w:rPr>
                <w:rFonts w:ascii="Times New Roman" w:hAnsi="Times New Roman" w:eastAsia="宋体"/>
                <w:b w:val="0"/>
                <w:sz w:val="21"/>
              </w:rPr>
              <w:t>夏文希</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2210070110</w:t>
            </w:r>
          </w:p>
        </w:tc>
        <w:tc>
          <w:tcPr>
            <w:tcW w:type="dxa" w:w="1439"/>
          </w:tcPr>
          <w:p>
            <w:pPr>
              <w:spacing w:after="20" w:before="20"/>
            </w:pPr>
            <w:r/>
            <w:r>
              <w:rPr>
                <w:rFonts w:ascii="Times New Roman" w:hAnsi="Times New Roman" w:eastAsia="宋体"/>
                <w:b w:val="0"/>
                <w:sz w:val="21"/>
              </w:rPr>
              <w:t>光电信息科学与工程</w:t>
            </w:r>
          </w:p>
        </w:tc>
      </w:tr>
      <w:tr>
        <w:tc>
          <w:tcPr>
            <w:tcW w:type="dxa" w:w="1439"/>
          </w:tcPr>
          <w:p>
            <w:pPr>
              <w:spacing w:after="20" w:before="20"/>
            </w:pPr>
            <w:r/>
            <w:r>
              <w:rPr>
                <w:rFonts w:ascii="Times New Roman" w:hAnsi="Times New Roman" w:eastAsia="宋体"/>
                <w:b w:val="0"/>
                <w:sz w:val="21"/>
              </w:rPr>
              <w:t>195</w:t>
            </w:r>
          </w:p>
        </w:tc>
        <w:tc>
          <w:tcPr>
            <w:tcW w:type="dxa" w:w="1439"/>
          </w:tcPr>
          <w:p>
            <w:pPr>
              <w:spacing w:after="20" w:before="20"/>
            </w:pPr>
            <w:r/>
            <w:r>
              <w:rPr>
                <w:rFonts w:ascii="Times New Roman" w:hAnsi="Times New Roman" w:eastAsia="宋体"/>
                <w:b w:val="0"/>
                <w:sz w:val="21"/>
              </w:rPr>
              <w:t>光电信息与能源工程学院数理学院</w:t>
            </w:r>
          </w:p>
        </w:tc>
        <w:tc>
          <w:tcPr>
            <w:tcW w:type="dxa" w:w="1439"/>
          </w:tcPr>
          <w:p>
            <w:pPr>
              <w:spacing w:after="20" w:before="20"/>
            </w:pPr>
            <w:r/>
            <w:r>
              <w:rPr>
                <w:rFonts w:ascii="Times New Roman" w:hAnsi="Times New Roman" w:eastAsia="宋体"/>
                <w:b w:val="0"/>
                <w:sz w:val="21"/>
              </w:rPr>
              <w:t>张耀严</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2210070414</w:t>
            </w:r>
          </w:p>
        </w:tc>
        <w:tc>
          <w:tcPr>
            <w:tcW w:type="dxa" w:w="1439"/>
          </w:tcPr>
          <w:p>
            <w:pPr>
              <w:spacing w:after="20" w:before="20"/>
            </w:pPr>
            <w:r/>
            <w:r>
              <w:rPr>
                <w:rFonts w:ascii="Times New Roman" w:hAnsi="Times New Roman" w:eastAsia="宋体"/>
                <w:b w:val="0"/>
                <w:sz w:val="21"/>
              </w:rPr>
              <w:t>光电信息科学与工程</w:t>
            </w:r>
          </w:p>
        </w:tc>
      </w:tr>
      <w:tr>
        <w:tc>
          <w:tcPr>
            <w:tcW w:type="dxa" w:w="1439"/>
          </w:tcPr>
          <w:p>
            <w:pPr>
              <w:spacing w:after="20" w:before="20"/>
            </w:pPr>
            <w:r/>
            <w:r>
              <w:rPr>
                <w:rFonts w:ascii="Times New Roman" w:hAnsi="Times New Roman" w:eastAsia="宋体"/>
                <w:b w:val="0"/>
                <w:sz w:val="21"/>
              </w:rPr>
              <w:t>196</w:t>
            </w:r>
          </w:p>
        </w:tc>
        <w:tc>
          <w:tcPr>
            <w:tcW w:type="dxa" w:w="1439"/>
          </w:tcPr>
          <w:p>
            <w:pPr>
              <w:spacing w:after="20" w:before="20"/>
            </w:pPr>
            <w:r/>
            <w:r>
              <w:rPr>
                <w:rFonts w:ascii="Times New Roman" w:hAnsi="Times New Roman" w:eastAsia="宋体"/>
                <w:b w:val="0"/>
                <w:sz w:val="21"/>
              </w:rPr>
              <w:t>光电信息与能源工程学院数理学院</w:t>
            </w:r>
          </w:p>
        </w:tc>
        <w:tc>
          <w:tcPr>
            <w:tcW w:type="dxa" w:w="1439"/>
          </w:tcPr>
          <w:p>
            <w:pPr>
              <w:spacing w:after="20" w:before="20"/>
            </w:pPr>
            <w:r/>
            <w:r>
              <w:rPr>
                <w:rFonts w:ascii="Times New Roman" w:hAnsi="Times New Roman" w:eastAsia="宋体"/>
                <w:b w:val="0"/>
                <w:sz w:val="21"/>
              </w:rPr>
              <w:t>周媛</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2210070415</w:t>
            </w:r>
          </w:p>
        </w:tc>
        <w:tc>
          <w:tcPr>
            <w:tcW w:type="dxa" w:w="1439"/>
          </w:tcPr>
          <w:p>
            <w:pPr>
              <w:spacing w:after="20" w:before="20"/>
            </w:pPr>
            <w:r/>
            <w:r>
              <w:rPr>
                <w:rFonts w:ascii="Times New Roman" w:hAnsi="Times New Roman" w:eastAsia="宋体"/>
                <w:b w:val="0"/>
                <w:sz w:val="21"/>
              </w:rPr>
              <w:t>光电信息科学与工程</w:t>
            </w:r>
          </w:p>
        </w:tc>
      </w:tr>
      <w:tr>
        <w:tc>
          <w:tcPr>
            <w:tcW w:type="dxa" w:w="1439"/>
          </w:tcPr>
          <w:p>
            <w:pPr>
              <w:spacing w:after="20" w:before="20"/>
            </w:pPr>
            <w:r/>
            <w:r>
              <w:rPr>
                <w:rFonts w:ascii="Times New Roman" w:hAnsi="Times New Roman" w:eastAsia="宋体"/>
                <w:b w:val="0"/>
                <w:sz w:val="21"/>
              </w:rPr>
              <w:t>197</w:t>
            </w:r>
          </w:p>
        </w:tc>
        <w:tc>
          <w:tcPr>
            <w:tcW w:type="dxa" w:w="1439"/>
          </w:tcPr>
          <w:p>
            <w:pPr>
              <w:spacing w:after="20" w:before="20"/>
            </w:pPr>
            <w:r/>
            <w:r>
              <w:rPr>
                <w:rFonts w:ascii="Times New Roman" w:hAnsi="Times New Roman" w:eastAsia="宋体"/>
                <w:b w:val="0"/>
                <w:sz w:val="21"/>
              </w:rPr>
              <w:t>光电信息与能源工程学院数理学院</w:t>
            </w:r>
          </w:p>
        </w:tc>
        <w:tc>
          <w:tcPr>
            <w:tcW w:type="dxa" w:w="1439"/>
          </w:tcPr>
          <w:p>
            <w:pPr>
              <w:spacing w:after="20" w:before="20"/>
            </w:pPr>
            <w:r/>
            <w:r>
              <w:rPr>
                <w:rFonts w:ascii="Times New Roman" w:hAnsi="Times New Roman" w:eastAsia="宋体"/>
                <w:b w:val="0"/>
                <w:sz w:val="21"/>
              </w:rPr>
              <w:t>郑智霖</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2008030227</w:t>
            </w:r>
          </w:p>
        </w:tc>
        <w:tc>
          <w:tcPr>
            <w:tcW w:type="dxa" w:w="1439"/>
          </w:tcPr>
          <w:p>
            <w:pPr>
              <w:spacing w:after="20" w:before="20"/>
            </w:pPr>
            <w:r/>
            <w:r>
              <w:rPr>
                <w:rFonts w:ascii="Times New Roman" w:hAnsi="Times New Roman" w:eastAsia="宋体"/>
                <w:b w:val="0"/>
                <w:sz w:val="21"/>
              </w:rPr>
              <w:t>光电信息科学与工程</w:t>
            </w:r>
          </w:p>
        </w:tc>
      </w:tr>
      <w:tr>
        <w:tc>
          <w:tcPr>
            <w:tcW w:type="dxa" w:w="1439"/>
          </w:tcPr>
          <w:p>
            <w:pPr>
              <w:spacing w:after="20" w:before="20"/>
            </w:pPr>
            <w:r/>
            <w:r>
              <w:rPr>
                <w:rFonts w:ascii="Times New Roman" w:hAnsi="Times New Roman" w:eastAsia="宋体"/>
                <w:b w:val="0"/>
                <w:sz w:val="21"/>
              </w:rPr>
              <w:t>198</w:t>
            </w:r>
          </w:p>
        </w:tc>
        <w:tc>
          <w:tcPr>
            <w:tcW w:type="dxa" w:w="1439"/>
          </w:tcPr>
          <w:p>
            <w:pPr>
              <w:spacing w:after="20" w:before="20"/>
            </w:pPr>
            <w:r/>
            <w:r>
              <w:rPr>
                <w:rFonts w:ascii="Times New Roman" w:hAnsi="Times New Roman" w:eastAsia="宋体"/>
                <w:b w:val="0"/>
                <w:sz w:val="21"/>
              </w:rPr>
              <w:t>光电信息与能源工程学院数理学院</w:t>
            </w:r>
          </w:p>
        </w:tc>
        <w:tc>
          <w:tcPr>
            <w:tcW w:type="dxa" w:w="1439"/>
          </w:tcPr>
          <w:p>
            <w:pPr>
              <w:spacing w:after="20" w:before="20"/>
            </w:pPr>
            <w:r/>
            <w:r>
              <w:rPr>
                <w:rFonts w:ascii="Times New Roman" w:hAnsi="Times New Roman" w:eastAsia="宋体"/>
                <w:b w:val="0"/>
                <w:sz w:val="21"/>
              </w:rPr>
              <w:t>张广辉</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2210070407</w:t>
            </w:r>
          </w:p>
        </w:tc>
        <w:tc>
          <w:tcPr>
            <w:tcW w:type="dxa" w:w="1439"/>
          </w:tcPr>
          <w:p>
            <w:pPr>
              <w:spacing w:after="20" w:before="20"/>
            </w:pPr>
            <w:r/>
            <w:r>
              <w:rPr>
                <w:rFonts w:ascii="Times New Roman" w:hAnsi="Times New Roman" w:eastAsia="宋体"/>
                <w:b w:val="0"/>
                <w:sz w:val="21"/>
              </w:rPr>
              <w:t>光电信息科学与工程</w:t>
            </w:r>
          </w:p>
        </w:tc>
      </w:tr>
      <w:tr>
        <w:tc>
          <w:tcPr>
            <w:tcW w:type="dxa" w:w="1439"/>
          </w:tcPr>
          <w:p>
            <w:pPr>
              <w:spacing w:after="20" w:before="20"/>
            </w:pPr>
            <w:r/>
            <w:r>
              <w:rPr>
                <w:rFonts w:ascii="Times New Roman" w:hAnsi="Times New Roman" w:eastAsia="宋体"/>
                <w:b w:val="0"/>
                <w:sz w:val="21"/>
              </w:rPr>
              <w:t>199</w:t>
            </w:r>
          </w:p>
        </w:tc>
        <w:tc>
          <w:tcPr>
            <w:tcW w:type="dxa" w:w="1439"/>
          </w:tcPr>
          <w:p>
            <w:pPr>
              <w:spacing w:after="20" w:before="20"/>
            </w:pPr>
            <w:r/>
            <w:r>
              <w:rPr>
                <w:rFonts w:ascii="Times New Roman" w:hAnsi="Times New Roman" w:eastAsia="宋体"/>
                <w:b w:val="0"/>
                <w:sz w:val="21"/>
              </w:rPr>
              <w:t>光电信息与能源工程学院数理学院</w:t>
            </w:r>
          </w:p>
        </w:tc>
        <w:tc>
          <w:tcPr>
            <w:tcW w:type="dxa" w:w="1439"/>
          </w:tcPr>
          <w:p>
            <w:pPr>
              <w:spacing w:after="20" w:before="20"/>
            </w:pPr>
            <w:r/>
            <w:r>
              <w:rPr>
                <w:rFonts w:ascii="Times New Roman" w:hAnsi="Times New Roman" w:eastAsia="宋体"/>
                <w:b w:val="0"/>
                <w:sz w:val="21"/>
              </w:rPr>
              <w:t>童昊衎</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2210070119</w:t>
            </w:r>
          </w:p>
        </w:tc>
        <w:tc>
          <w:tcPr>
            <w:tcW w:type="dxa" w:w="1439"/>
          </w:tcPr>
          <w:p>
            <w:pPr>
              <w:spacing w:after="20" w:before="20"/>
            </w:pPr>
            <w:r/>
            <w:r>
              <w:rPr>
                <w:rFonts w:ascii="Times New Roman" w:hAnsi="Times New Roman" w:eastAsia="宋体"/>
                <w:b w:val="0"/>
                <w:sz w:val="21"/>
              </w:rPr>
              <w:t>光电信息科学与工程</w:t>
            </w:r>
          </w:p>
        </w:tc>
      </w:tr>
      <w:tr>
        <w:tc>
          <w:tcPr>
            <w:tcW w:type="dxa" w:w="1439"/>
          </w:tcPr>
          <w:p>
            <w:pPr>
              <w:spacing w:after="20" w:before="20"/>
            </w:pPr>
            <w:r/>
            <w:r>
              <w:rPr>
                <w:rFonts w:ascii="Times New Roman" w:hAnsi="Times New Roman" w:eastAsia="宋体"/>
                <w:b w:val="0"/>
                <w:sz w:val="21"/>
              </w:rPr>
              <w:t>200</w:t>
            </w:r>
          </w:p>
        </w:tc>
        <w:tc>
          <w:tcPr>
            <w:tcW w:type="dxa" w:w="1439"/>
          </w:tcPr>
          <w:p>
            <w:pPr>
              <w:spacing w:after="20" w:before="20"/>
            </w:pPr>
            <w:r/>
            <w:r>
              <w:rPr>
                <w:rFonts w:ascii="Times New Roman" w:hAnsi="Times New Roman" w:eastAsia="宋体"/>
                <w:b w:val="0"/>
                <w:sz w:val="21"/>
              </w:rPr>
              <w:t>光电信息与能源工程学院数理学院</w:t>
            </w:r>
          </w:p>
        </w:tc>
        <w:tc>
          <w:tcPr>
            <w:tcW w:type="dxa" w:w="1439"/>
          </w:tcPr>
          <w:p>
            <w:pPr>
              <w:spacing w:after="20" w:before="20"/>
            </w:pPr>
            <w:r/>
            <w:r>
              <w:rPr>
                <w:rFonts w:ascii="Times New Roman" w:hAnsi="Times New Roman" w:eastAsia="宋体"/>
                <w:b w:val="0"/>
                <w:sz w:val="21"/>
              </w:rPr>
              <w:t>周泽润</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2210070308</w:t>
            </w:r>
          </w:p>
        </w:tc>
        <w:tc>
          <w:tcPr>
            <w:tcW w:type="dxa" w:w="1439"/>
          </w:tcPr>
          <w:p>
            <w:pPr>
              <w:spacing w:after="20" w:before="20"/>
            </w:pPr>
            <w:r/>
            <w:r>
              <w:rPr>
                <w:rFonts w:ascii="Times New Roman" w:hAnsi="Times New Roman" w:eastAsia="宋体"/>
                <w:b w:val="0"/>
                <w:sz w:val="21"/>
              </w:rPr>
              <w:t>光电信息科学与工程</w:t>
            </w:r>
          </w:p>
        </w:tc>
      </w:tr>
      <w:tr>
        <w:tc>
          <w:tcPr>
            <w:tcW w:type="dxa" w:w="1439"/>
          </w:tcPr>
          <w:p>
            <w:pPr>
              <w:spacing w:after="20" w:before="20"/>
            </w:pPr>
            <w:r/>
            <w:r>
              <w:rPr>
                <w:rFonts w:ascii="Times New Roman" w:hAnsi="Times New Roman" w:eastAsia="宋体"/>
                <w:b w:val="0"/>
                <w:sz w:val="21"/>
              </w:rPr>
              <w:t>201</w:t>
            </w:r>
          </w:p>
        </w:tc>
        <w:tc>
          <w:tcPr>
            <w:tcW w:type="dxa" w:w="1439"/>
          </w:tcPr>
          <w:p>
            <w:pPr>
              <w:spacing w:after="20" w:before="20"/>
            </w:pPr>
            <w:r/>
            <w:r>
              <w:rPr>
                <w:rFonts w:ascii="Times New Roman" w:hAnsi="Times New Roman" w:eastAsia="宋体"/>
                <w:b w:val="0"/>
                <w:sz w:val="21"/>
              </w:rPr>
              <w:t>光电信息与能源工程学院数理学院</w:t>
            </w:r>
          </w:p>
        </w:tc>
        <w:tc>
          <w:tcPr>
            <w:tcW w:type="dxa" w:w="1439"/>
          </w:tcPr>
          <w:p>
            <w:pPr>
              <w:spacing w:after="20" w:before="20"/>
            </w:pPr>
            <w:r/>
            <w:r>
              <w:rPr>
                <w:rFonts w:ascii="Times New Roman" w:hAnsi="Times New Roman" w:eastAsia="宋体"/>
                <w:b w:val="0"/>
                <w:sz w:val="21"/>
              </w:rPr>
              <w:t>李如心</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2210040203</w:t>
            </w:r>
          </w:p>
        </w:tc>
        <w:tc>
          <w:tcPr>
            <w:tcW w:type="dxa" w:w="1439"/>
          </w:tcPr>
          <w:p>
            <w:pPr>
              <w:spacing w:after="20" w:before="20"/>
            </w:pPr>
            <w:r/>
            <w:r>
              <w:rPr>
                <w:rFonts w:ascii="Times New Roman" w:hAnsi="Times New Roman" w:eastAsia="宋体"/>
                <w:b w:val="0"/>
                <w:sz w:val="21"/>
              </w:rPr>
              <w:t>能源与动力工程</w:t>
            </w:r>
          </w:p>
        </w:tc>
      </w:tr>
      <w:tr>
        <w:tc>
          <w:tcPr>
            <w:tcW w:type="dxa" w:w="1439"/>
          </w:tcPr>
          <w:p>
            <w:pPr>
              <w:spacing w:after="20" w:before="20"/>
            </w:pPr>
            <w:r/>
            <w:r>
              <w:rPr>
                <w:rFonts w:ascii="Times New Roman" w:hAnsi="Times New Roman" w:eastAsia="宋体"/>
                <w:b w:val="0"/>
                <w:sz w:val="21"/>
              </w:rPr>
              <w:t>202</w:t>
            </w:r>
          </w:p>
        </w:tc>
        <w:tc>
          <w:tcPr>
            <w:tcW w:type="dxa" w:w="1439"/>
          </w:tcPr>
          <w:p>
            <w:pPr>
              <w:spacing w:after="20" w:before="20"/>
            </w:pPr>
            <w:r/>
            <w:r>
              <w:rPr>
                <w:rFonts w:ascii="Times New Roman" w:hAnsi="Times New Roman" w:eastAsia="宋体"/>
                <w:b w:val="0"/>
                <w:sz w:val="21"/>
              </w:rPr>
              <w:t>光电信息与能源工程学院数理学院</w:t>
            </w:r>
          </w:p>
        </w:tc>
        <w:tc>
          <w:tcPr>
            <w:tcW w:type="dxa" w:w="1439"/>
          </w:tcPr>
          <w:p>
            <w:pPr>
              <w:spacing w:after="20" w:before="20"/>
            </w:pPr>
            <w:r/>
            <w:r>
              <w:rPr>
                <w:rFonts w:ascii="Times New Roman" w:hAnsi="Times New Roman" w:eastAsia="宋体"/>
                <w:b w:val="0"/>
                <w:sz w:val="21"/>
              </w:rPr>
              <w:t>张敬帅</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2210040103</w:t>
            </w:r>
          </w:p>
        </w:tc>
        <w:tc>
          <w:tcPr>
            <w:tcW w:type="dxa" w:w="1439"/>
          </w:tcPr>
          <w:p>
            <w:pPr>
              <w:spacing w:after="20" w:before="20"/>
            </w:pPr>
            <w:r/>
            <w:r>
              <w:rPr>
                <w:rFonts w:ascii="Times New Roman" w:hAnsi="Times New Roman" w:eastAsia="宋体"/>
                <w:b w:val="0"/>
                <w:sz w:val="21"/>
              </w:rPr>
              <w:t>能源与动力工程</w:t>
            </w:r>
          </w:p>
        </w:tc>
      </w:tr>
      <w:tr>
        <w:tc>
          <w:tcPr>
            <w:tcW w:type="dxa" w:w="1439"/>
          </w:tcPr>
          <w:p>
            <w:pPr>
              <w:spacing w:after="20" w:before="20"/>
            </w:pPr>
            <w:r/>
            <w:r>
              <w:rPr>
                <w:rFonts w:ascii="Times New Roman" w:hAnsi="Times New Roman" w:eastAsia="宋体"/>
                <w:b w:val="0"/>
                <w:sz w:val="21"/>
              </w:rPr>
              <w:t>203</w:t>
            </w:r>
          </w:p>
        </w:tc>
        <w:tc>
          <w:tcPr>
            <w:tcW w:type="dxa" w:w="1439"/>
          </w:tcPr>
          <w:p>
            <w:pPr>
              <w:spacing w:after="20" w:before="20"/>
            </w:pPr>
            <w:r/>
            <w:r>
              <w:rPr>
                <w:rFonts w:ascii="Times New Roman" w:hAnsi="Times New Roman" w:eastAsia="宋体"/>
                <w:b w:val="0"/>
                <w:sz w:val="21"/>
              </w:rPr>
              <w:t>光电信息与能源工程学院数理学院</w:t>
            </w:r>
          </w:p>
        </w:tc>
        <w:tc>
          <w:tcPr>
            <w:tcW w:type="dxa" w:w="1439"/>
          </w:tcPr>
          <w:p>
            <w:pPr>
              <w:spacing w:after="20" w:before="20"/>
            </w:pPr>
            <w:r/>
            <w:r>
              <w:rPr>
                <w:rFonts w:ascii="Times New Roman" w:hAnsi="Times New Roman" w:eastAsia="宋体"/>
                <w:b w:val="0"/>
                <w:sz w:val="21"/>
              </w:rPr>
              <w:t>夏宏玲</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2210040122</w:t>
            </w:r>
          </w:p>
        </w:tc>
        <w:tc>
          <w:tcPr>
            <w:tcW w:type="dxa" w:w="1439"/>
          </w:tcPr>
          <w:p>
            <w:pPr>
              <w:spacing w:after="20" w:before="20"/>
            </w:pPr>
            <w:r/>
            <w:r>
              <w:rPr>
                <w:rFonts w:ascii="Times New Roman" w:hAnsi="Times New Roman" w:eastAsia="宋体"/>
                <w:b w:val="0"/>
                <w:sz w:val="21"/>
              </w:rPr>
              <w:t>能源与动力工程</w:t>
            </w:r>
          </w:p>
        </w:tc>
      </w:tr>
      <w:tr>
        <w:tc>
          <w:tcPr>
            <w:tcW w:type="dxa" w:w="1439"/>
          </w:tcPr>
          <w:p>
            <w:pPr>
              <w:spacing w:after="20" w:before="20"/>
            </w:pPr>
            <w:r/>
            <w:r>
              <w:rPr>
                <w:rFonts w:ascii="Times New Roman" w:hAnsi="Times New Roman" w:eastAsia="宋体"/>
                <w:b w:val="0"/>
                <w:sz w:val="21"/>
              </w:rPr>
              <w:t>204</w:t>
            </w:r>
          </w:p>
        </w:tc>
        <w:tc>
          <w:tcPr>
            <w:tcW w:type="dxa" w:w="1439"/>
          </w:tcPr>
          <w:p>
            <w:pPr>
              <w:spacing w:after="20" w:before="20"/>
            </w:pPr>
            <w:r/>
            <w:r>
              <w:rPr>
                <w:rFonts w:ascii="Times New Roman" w:hAnsi="Times New Roman" w:eastAsia="宋体"/>
                <w:b w:val="0"/>
                <w:sz w:val="21"/>
              </w:rPr>
              <w:t>光电信息与能源工程学院数理学院</w:t>
            </w:r>
          </w:p>
        </w:tc>
        <w:tc>
          <w:tcPr>
            <w:tcW w:type="dxa" w:w="1439"/>
          </w:tcPr>
          <w:p>
            <w:pPr>
              <w:spacing w:after="20" w:before="20"/>
            </w:pPr>
            <w:r/>
            <w:r>
              <w:rPr>
                <w:rFonts w:ascii="Times New Roman" w:hAnsi="Times New Roman" w:eastAsia="宋体"/>
                <w:b w:val="0"/>
                <w:sz w:val="21"/>
              </w:rPr>
              <w:t>廖宇新</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2210040303</w:t>
            </w:r>
          </w:p>
        </w:tc>
        <w:tc>
          <w:tcPr>
            <w:tcW w:type="dxa" w:w="1439"/>
          </w:tcPr>
          <w:p>
            <w:pPr>
              <w:spacing w:after="20" w:before="20"/>
            </w:pPr>
            <w:r/>
            <w:r>
              <w:rPr>
                <w:rFonts w:ascii="Times New Roman" w:hAnsi="Times New Roman" w:eastAsia="宋体"/>
                <w:b w:val="0"/>
                <w:sz w:val="21"/>
              </w:rPr>
              <w:t>能源与动力工程</w:t>
            </w:r>
          </w:p>
        </w:tc>
      </w:tr>
      <w:tr>
        <w:tc>
          <w:tcPr>
            <w:tcW w:type="dxa" w:w="1439"/>
          </w:tcPr>
          <w:p>
            <w:pPr>
              <w:spacing w:after="20" w:before="20"/>
            </w:pPr>
            <w:r/>
            <w:r>
              <w:rPr>
                <w:rFonts w:ascii="Times New Roman" w:hAnsi="Times New Roman" w:eastAsia="宋体"/>
                <w:b w:val="0"/>
                <w:sz w:val="21"/>
              </w:rPr>
              <w:t>205</w:t>
            </w:r>
          </w:p>
        </w:tc>
        <w:tc>
          <w:tcPr>
            <w:tcW w:type="dxa" w:w="1439"/>
          </w:tcPr>
          <w:p>
            <w:pPr>
              <w:spacing w:after="20" w:before="20"/>
            </w:pPr>
            <w:r/>
            <w:r>
              <w:rPr>
                <w:rFonts w:ascii="Times New Roman" w:hAnsi="Times New Roman" w:eastAsia="宋体"/>
                <w:b w:val="0"/>
                <w:sz w:val="21"/>
              </w:rPr>
              <w:t>光电信息与能源工程学院数理学院</w:t>
            </w:r>
          </w:p>
        </w:tc>
        <w:tc>
          <w:tcPr>
            <w:tcW w:type="dxa" w:w="1439"/>
          </w:tcPr>
          <w:p>
            <w:pPr>
              <w:spacing w:after="20" w:before="20"/>
            </w:pPr>
            <w:r/>
            <w:r>
              <w:rPr>
                <w:rFonts w:ascii="Times New Roman" w:hAnsi="Times New Roman" w:eastAsia="宋体"/>
                <w:b w:val="0"/>
                <w:sz w:val="21"/>
              </w:rPr>
              <w:t>李翔</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2220020303</w:t>
            </w:r>
          </w:p>
        </w:tc>
        <w:tc>
          <w:tcPr>
            <w:tcW w:type="dxa" w:w="1439"/>
          </w:tcPr>
          <w:p>
            <w:pPr>
              <w:spacing w:after="20" w:before="20"/>
            </w:pPr>
            <w:r/>
            <w:r>
              <w:rPr>
                <w:rFonts w:ascii="Times New Roman" w:hAnsi="Times New Roman" w:eastAsia="宋体"/>
                <w:b w:val="0"/>
                <w:sz w:val="21"/>
              </w:rPr>
              <w:t>信息与计算科学</w:t>
            </w:r>
          </w:p>
        </w:tc>
      </w:tr>
      <w:tr>
        <w:tc>
          <w:tcPr>
            <w:tcW w:type="dxa" w:w="1439"/>
          </w:tcPr>
          <w:p>
            <w:pPr>
              <w:spacing w:after="20" w:before="20"/>
            </w:pPr>
            <w:r/>
            <w:r>
              <w:rPr>
                <w:rFonts w:ascii="Times New Roman" w:hAnsi="Times New Roman" w:eastAsia="宋体"/>
                <w:b w:val="0"/>
                <w:sz w:val="21"/>
              </w:rPr>
              <w:t>206</w:t>
            </w:r>
          </w:p>
        </w:tc>
        <w:tc>
          <w:tcPr>
            <w:tcW w:type="dxa" w:w="1439"/>
          </w:tcPr>
          <w:p>
            <w:pPr>
              <w:spacing w:after="20" w:before="20"/>
            </w:pPr>
            <w:r/>
            <w:r>
              <w:rPr>
                <w:rFonts w:ascii="Times New Roman" w:hAnsi="Times New Roman" w:eastAsia="宋体"/>
                <w:b w:val="0"/>
                <w:sz w:val="21"/>
              </w:rPr>
              <w:t>光电信息与能源工程学院数理学院</w:t>
            </w:r>
          </w:p>
        </w:tc>
        <w:tc>
          <w:tcPr>
            <w:tcW w:type="dxa" w:w="1439"/>
          </w:tcPr>
          <w:p>
            <w:pPr>
              <w:spacing w:after="20" w:before="20"/>
            </w:pPr>
            <w:r/>
            <w:r>
              <w:rPr>
                <w:rFonts w:ascii="Times New Roman" w:hAnsi="Times New Roman" w:eastAsia="宋体"/>
                <w:b w:val="0"/>
                <w:sz w:val="21"/>
              </w:rPr>
              <w:t>徐爱茹</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2205240218</w:t>
            </w:r>
          </w:p>
        </w:tc>
        <w:tc>
          <w:tcPr>
            <w:tcW w:type="dxa" w:w="1439"/>
          </w:tcPr>
          <w:p>
            <w:pPr>
              <w:spacing w:after="20" w:before="20"/>
            </w:pPr>
            <w:r/>
            <w:r>
              <w:rPr>
                <w:rFonts w:ascii="Times New Roman" w:hAnsi="Times New Roman" w:eastAsia="宋体"/>
                <w:b w:val="0"/>
                <w:sz w:val="21"/>
              </w:rPr>
              <w:t>信息与计算科学</w:t>
            </w:r>
          </w:p>
        </w:tc>
      </w:tr>
      <w:tr>
        <w:tc>
          <w:tcPr>
            <w:tcW w:type="dxa" w:w="1439"/>
          </w:tcPr>
          <w:p>
            <w:pPr>
              <w:spacing w:after="20" w:before="20"/>
            </w:pPr>
            <w:r/>
            <w:r>
              <w:rPr>
                <w:rFonts w:ascii="Times New Roman" w:hAnsi="Times New Roman" w:eastAsia="宋体"/>
                <w:b w:val="0"/>
                <w:sz w:val="21"/>
              </w:rPr>
              <w:t>207</w:t>
            </w:r>
          </w:p>
        </w:tc>
        <w:tc>
          <w:tcPr>
            <w:tcW w:type="dxa" w:w="1439"/>
          </w:tcPr>
          <w:p>
            <w:pPr>
              <w:spacing w:after="20" w:before="20"/>
            </w:pPr>
            <w:r/>
            <w:r>
              <w:rPr>
                <w:rFonts w:ascii="Times New Roman" w:hAnsi="Times New Roman" w:eastAsia="宋体"/>
                <w:b w:val="0"/>
                <w:sz w:val="21"/>
              </w:rPr>
              <w:t>光电信息与能源工程学院数理学院</w:t>
            </w:r>
          </w:p>
        </w:tc>
        <w:tc>
          <w:tcPr>
            <w:tcW w:type="dxa" w:w="1439"/>
          </w:tcPr>
          <w:p>
            <w:pPr>
              <w:spacing w:after="20" w:before="20"/>
            </w:pPr>
            <w:r/>
            <w:r>
              <w:rPr>
                <w:rFonts w:ascii="Times New Roman" w:hAnsi="Times New Roman" w:eastAsia="宋体"/>
                <w:b w:val="0"/>
                <w:sz w:val="21"/>
              </w:rPr>
              <w:t>蒋林烽</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2220020113</w:t>
            </w:r>
          </w:p>
        </w:tc>
        <w:tc>
          <w:tcPr>
            <w:tcW w:type="dxa" w:w="1439"/>
          </w:tcPr>
          <w:p>
            <w:pPr>
              <w:spacing w:after="20" w:before="20"/>
            </w:pPr>
            <w:r/>
            <w:r>
              <w:rPr>
                <w:rFonts w:ascii="Times New Roman" w:hAnsi="Times New Roman" w:eastAsia="宋体"/>
                <w:b w:val="0"/>
                <w:sz w:val="21"/>
              </w:rPr>
              <w:t>信息与计算科学</w:t>
            </w:r>
          </w:p>
        </w:tc>
      </w:tr>
      <w:tr>
        <w:tc>
          <w:tcPr>
            <w:tcW w:type="dxa" w:w="1439"/>
          </w:tcPr>
          <w:p>
            <w:pPr>
              <w:spacing w:after="20" w:before="20"/>
            </w:pPr>
            <w:r/>
            <w:r>
              <w:rPr>
                <w:rFonts w:ascii="Times New Roman" w:hAnsi="Times New Roman" w:eastAsia="宋体"/>
                <w:b w:val="0"/>
                <w:sz w:val="21"/>
              </w:rPr>
              <w:t>208</w:t>
            </w:r>
          </w:p>
        </w:tc>
        <w:tc>
          <w:tcPr>
            <w:tcW w:type="dxa" w:w="1439"/>
          </w:tcPr>
          <w:p>
            <w:pPr>
              <w:spacing w:after="20" w:before="20"/>
            </w:pPr>
            <w:r/>
            <w:r>
              <w:rPr>
                <w:rFonts w:ascii="Times New Roman" w:hAnsi="Times New Roman" w:eastAsia="宋体"/>
                <w:b w:val="0"/>
                <w:sz w:val="21"/>
              </w:rPr>
              <w:t>光电信息与能源工程学院数理学院</w:t>
            </w:r>
          </w:p>
        </w:tc>
        <w:tc>
          <w:tcPr>
            <w:tcW w:type="dxa" w:w="1439"/>
          </w:tcPr>
          <w:p>
            <w:pPr>
              <w:spacing w:after="20" w:before="20"/>
            </w:pPr>
            <w:r/>
            <w:r>
              <w:rPr>
                <w:rFonts w:ascii="Times New Roman" w:hAnsi="Times New Roman" w:eastAsia="宋体"/>
                <w:b w:val="0"/>
                <w:sz w:val="21"/>
              </w:rPr>
              <w:t>阮可</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2206340211</w:t>
            </w:r>
          </w:p>
        </w:tc>
        <w:tc>
          <w:tcPr>
            <w:tcW w:type="dxa" w:w="1439"/>
          </w:tcPr>
          <w:p>
            <w:pPr>
              <w:spacing w:after="20" w:before="20"/>
            </w:pPr>
            <w:r/>
            <w:r>
              <w:rPr>
                <w:rFonts w:ascii="Times New Roman" w:hAnsi="Times New Roman" w:eastAsia="宋体"/>
                <w:b w:val="0"/>
                <w:sz w:val="21"/>
              </w:rPr>
              <w:t>信息与计算科学</w:t>
            </w:r>
          </w:p>
        </w:tc>
      </w:tr>
      <w:tr>
        <w:tc>
          <w:tcPr>
            <w:tcW w:type="dxa" w:w="1439"/>
          </w:tcPr>
          <w:p>
            <w:pPr>
              <w:spacing w:after="20" w:before="20"/>
            </w:pPr>
            <w:r/>
            <w:r>
              <w:rPr>
                <w:rFonts w:ascii="Times New Roman" w:hAnsi="Times New Roman" w:eastAsia="宋体"/>
                <w:b w:val="0"/>
                <w:sz w:val="21"/>
              </w:rPr>
              <w:t>209</w:t>
            </w:r>
          </w:p>
        </w:tc>
        <w:tc>
          <w:tcPr>
            <w:tcW w:type="dxa" w:w="1439"/>
          </w:tcPr>
          <w:p>
            <w:pPr>
              <w:spacing w:after="20" w:before="20"/>
            </w:pPr>
            <w:r/>
            <w:r>
              <w:rPr>
                <w:rFonts w:ascii="Times New Roman" w:hAnsi="Times New Roman" w:eastAsia="宋体"/>
                <w:b w:val="0"/>
                <w:sz w:val="21"/>
              </w:rPr>
              <w:t>光电信息与能源工程学院数理学院</w:t>
            </w:r>
          </w:p>
        </w:tc>
        <w:tc>
          <w:tcPr>
            <w:tcW w:type="dxa" w:w="1439"/>
          </w:tcPr>
          <w:p>
            <w:pPr>
              <w:spacing w:after="20" w:before="20"/>
            </w:pPr>
            <w:r/>
            <w:r>
              <w:rPr>
                <w:rFonts w:ascii="Times New Roman" w:hAnsi="Times New Roman" w:eastAsia="宋体"/>
                <w:b w:val="0"/>
                <w:sz w:val="21"/>
              </w:rPr>
              <w:t>罗胡清</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2220210219</w:t>
            </w:r>
          </w:p>
        </w:tc>
        <w:tc>
          <w:tcPr>
            <w:tcW w:type="dxa" w:w="1439"/>
          </w:tcPr>
          <w:p>
            <w:pPr>
              <w:spacing w:after="20" w:before="20"/>
            </w:pPr>
            <w:r/>
            <w:r>
              <w:rPr>
                <w:rFonts w:ascii="Times New Roman" w:hAnsi="Times New Roman" w:eastAsia="宋体"/>
                <w:b w:val="0"/>
                <w:sz w:val="21"/>
              </w:rPr>
              <w:t>数据科学与大数据技术</w:t>
            </w:r>
          </w:p>
        </w:tc>
      </w:tr>
      <w:tr>
        <w:tc>
          <w:tcPr>
            <w:tcW w:type="dxa" w:w="1439"/>
          </w:tcPr>
          <w:p>
            <w:pPr>
              <w:spacing w:after="20" w:before="20"/>
            </w:pPr>
            <w:r/>
            <w:r>
              <w:rPr>
                <w:rFonts w:ascii="Times New Roman" w:hAnsi="Times New Roman" w:eastAsia="宋体"/>
                <w:b w:val="0"/>
                <w:sz w:val="21"/>
              </w:rPr>
              <w:t>210</w:t>
            </w:r>
          </w:p>
        </w:tc>
        <w:tc>
          <w:tcPr>
            <w:tcW w:type="dxa" w:w="1439"/>
          </w:tcPr>
          <w:p>
            <w:pPr>
              <w:spacing w:after="20" w:before="20"/>
            </w:pPr>
            <w:r/>
            <w:r>
              <w:rPr>
                <w:rFonts w:ascii="Times New Roman" w:hAnsi="Times New Roman" w:eastAsia="宋体"/>
                <w:b w:val="0"/>
                <w:sz w:val="21"/>
              </w:rPr>
              <w:t>光电信息与能源工程学院数理学院</w:t>
            </w:r>
          </w:p>
        </w:tc>
        <w:tc>
          <w:tcPr>
            <w:tcW w:type="dxa" w:w="1439"/>
          </w:tcPr>
          <w:p>
            <w:pPr>
              <w:spacing w:after="20" w:before="20"/>
            </w:pPr>
            <w:r/>
            <w:r>
              <w:rPr>
                <w:rFonts w:ascii="Times New Roman" w:hAnsi="Times New Roman" w:eastAsia="宋体"/>
                <w:b w:val="0"/>
                <w:sz w:val="21"/>
              </w:rPr>
              <w:t>杜思贝</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2220210326</w:t>
            </w:r>
          </w:p>
        </w:tc>
        <w:tc>
          <w:tcPr>
            <w:tcW w:type="dxa" w:w="1439"/>
          </w:tcPr>
          <w:p>
            <w:pPr>
              <w:spacing w:after="20" w:before="20"/>
            </w:pPr>
            <w:r/>
            <w:r>
              <w:rPr>
                <w:rFonts w:ascii="Times New Roman" w:hAnsi="Times New Roman" w:eastAsia="宋体"/>
                <w:b w:val="0"/>
                <w:sz w:val="21"/>
              </w:rPr>
              <w:t>数据科学与大数据技术</w:t>
            </w:r>
          </w:p>
        </w:tc>
      </w:tr>
      <w:tr>
        <w:tc>
          <w:tcPr>
            <w:tcW w:type="dxa" w:w="1439"/>
          </w:tcPr>
          <w:p>
            <w:pPr>
              <w:spacing w:after="20" w:before="20"/>
            </w:pPr>
            <w:r/>
            <w:r>
              <w:rPr>
                <w:rFonts w:ascii="Times New Roman" w:hAnsi="Times New Roman" w:eastAsia="宋体"/>
                <w:b w:val="0"/>
                <w:sz w:val="21"/>
              </w:rPr>
              <w:t>211</w:t>
            </w:r>
          </w:p>
        </w:tc>
        <w:tc>
          <w:tcPr>
            <w:tcW w:type="dxa" w:w="1439"/>
          </w:tcPr>
          <w:p>
            <w:pPr>
              <w:spacing w:after="20" w:before="20"/>
            </w:pPr>
            <w:r/>
            <w:r>
              <w:rPr>
                <w:rFonts w:ascii="Times New Roman" w:hAnsi="Times New Roman" w:eastAsia="宋体"/>
                <w:b w:val="0"/>
                <w:sz w:val="21"/>
              </w:rPr>
              <w:t>光电信息与能源工程学院数理学院</w:t>
            </w:r>
          </w:p>
        </w:tc>
        <w:tc>
          <w:tcPr>
            <w:tcW w:type="dxa" w:w="1439"/>
          </w:tcPr>
          <w:p>
            <w:pPr>
              <w:spacing w:after="20" w:before="20"/>
            </w:pPr>
            <w:r/>
            <w:r>
              <w:rPr>
                <w:rFonts w:ascii="Times New Roman" w:hAnsi="Times New Roman" w:eastAsia="宋体"/>
                <w:b w:val="0"/>
                <w:sz w:val="21"/>
              </w:rPr>
              <w:t>赵佳慧</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2220210331</w:t>
            </w:r>
          </w:p>
        </w:tc>
        <w:tc>
          <w:tcPr>
            <w:tcW w:type="dxa" w:w="1439"/>
          </w:tcPr>
          <w:p>
            <w:pPr>
              <w:spacing w:after="20" w:before="20"/>
            </w:pPr>
            <w:r/>
            <w:r>
              <w:rPr>
                <w:rFonts w:ascii="Times New Roman" w:hAnsi="Times New Roman" w:eastAsia="宋体"/>
                <w:b w:val="0"/>
                <w:sz w:val="21"/>
              </w:rPr>
              <w:t>数据科学与大数据技术</w:t>
            </w:r>
          </w:p>
        </w:tc>
      </w:tr>
      <w:tr>
        <w:tc>
          <w:tcPr>
            <w:tcW w:type="dxa" w:w="1439"/>
          </w:tcPr>
          <w:p>
            <w:pPr>
              <w:spacing w:after="20" w:before="20"/>
            </w:pPr>
            <w:r/>
            <w:r>
              <w:rPr>
                <w:rFonts w:ascii="Times New Roman" w:hAnsi="Times New Roman" w:eastAsia="宋体"/>
                <w:b w:val="0"/>
                <w:sz w:val="21"/>
              </w:rPr>
              <w:t>212</w:t>
            </w:r>
          </w:p>
        </w:tc>
        <w:tc>
          <w:tcPr>
            <w:tcW w:type="dxa" w:w="1439"/>
          </w:tcPr>
          <w:p>
            <w:pPr>
              <w:spacing w:after="20" w:before="20"/>
            </w:pPr>
            <w:r/>
            <w:r>
              <w:rPr>
                <w:rFonts w:ascii="Times New Roman" w:hAnsi="Times New Roman" w:eastAsia="宋体"/>
                <w:b w:val="0"/>
                <w:sz w:val="21"/>
              </w:rPr>
              <w:t>光电信息与能源工程学院数理学院</w:t>
            </w:r>
          </w:p>
        </w:tc>
        <w:tc>
          <w:tcPr>
            <w:tcW w:type="dxa" w:w="1439"/>
          </w:tcPr>
          <w:p>
            <w:pPr>
              <w:spacing w:after="20" w:before="20"/>
            </w:pPr>
            <w:r/>
            <w:r>
              <w:rPr>
                <w:rFonts w:ascii="Times New Roman" w:hAnsi="Times New Roman" w:eastAsia="宋体"/>
                <w:b w:val="0"/>
                <w:sz w:val="21"/>
              </w:rPr>
              <w:t>尹科婷</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2204090203</w:t>
            </w:r>
          </w:p>
        </w:tc>
        <w:tc>
          <w:tcPr>
            <w:tcW w:type="dxa" w:w="1439"/>
          </w:tcPr>
          <w:p>
            <w:pPr>
              <w:spacing w:after="20" w:before="20"/>
            </w:pPr>
            <w:r/>
            <w:r>
              <w:rPr>
                <w:rFonts w:ascii="Times New Roman" w:hAnsi="Times New Roman" w:eastAsia="宋体"/>
                <w:b w:val="0"/>
                <w:sz w:val="21"/>
              </w:rPr>
              <w:t>数据科学与大数据技术</w:t>
            </w:r>
          </w:p>
        </w:tc>
      </w:tr>
      <w:tr>
        <w:tc>
          <w:tcPr>
            <w:tcW w:type="dxa" w:w="1439"/>
          </w:tcPr>
          <w:p>
            <w:pPr>
              <w:spacing w:after="20" w:before="20"/>
            </w:pPr>
            <w:r/>
            <w:r>
              <w:rPr>
                <w:rFonts w:ascii="Times New Roman" w:hAnsi="Times New Roman" w:eastAsia="宋体"/>
                <w:b w:val="0"/>
                <w:sz w:val="21"/>
              </w:rPr>
              <w:t>213</w:t>
            </w:r>
          </w:p>
        </w:tc>
        <w:tc>
          <w:tcPr>
            <w:tcW w:type="dxa" w:w="1439"/>
          </w:tcPr>
          <w:p>
            <w:pPr>
              <w:spacing w:after="20" w:before="20"/>
            </w:pPr>
            <w:r/>
            <w:r>
              <w:rPr>
                <w:rFonts w:ascii="Times New Roman" w:hAnsi="Times New Roman" w:eastAsia="宋体"/>
                <w:b w:val="0"/>
                <w:sz w:val="21"/>
              </w:rPr>
              <w:t>光电信息与能源工程学院数理学院</w:t>
            </w:r>
          </w:p>
        </w:tc>
        <w:tc>
          <w:tcPr>
            <w:tcW w:type="dxa" w:w="1439"/>
          </w:tcPr>
          <w:p>
            <w:pPr>
              <w:spacing w:after="20" w:before="20"/>
            </w:pPr>
            <w:r/>
            <w:r>
              <w:rPr>
                <w:rFonts w:ascii="Times New Roman" w:hAnsi="Times New Roman" w:eastAsia="宋体"/>
                <w:b w:val="0"/>
                <w:sz w:val="21"/>
              </w:rPr>
              <w:t>王佳惠</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2220210117</w:t>
            </w:r>
          </w:p>
        </w:tc>
        <w:tc>
          <w:tcPr>
            <w:tcW w:type="dxa" w:w="1439"/>
          </w:tcPr>
          <w:p>
            <w:pPr>
              <w:spacing w:after="20" w:before="20"/>
            </w:pPr>
            <w:r/>
            <w:r>
              <w:rPr>
                <w:rFonts w:ascii="Times New Roman" w:hAnsi="Times New Roman" w:eastAsia="宋体"/>
                <w:b w:val="0"/>
                <w:sz w:val="21"/>
              </w:rPr>
              <w:t>数据科学与大数据技术</w:t>
            </w:r>
          </w:p>
        </w:tc>
      </w:tr>
    </w:tbl>
    <w:p>
      <w:pPr>
        <w:spacing w:before="160" w:after="80" w:lineRule="auto" w:line="360"/>
        <w:jc w:val="left"/>
      </w:pPr>
      <w:r>
        <w:rPr>
          <w:rFonts w:ascii="Times New Roman" w:hAnsi="Times New Roman" w:eastAsia="宋体"/>
          <w:b/>
          <w:sz w:val="28"/>
        </w:rPr>
        <w:t>七、外语学院（序号214—223，共10人）</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序号</w:t>
            </w:r>
          </w:p>
        </w:tc>
        <w:tc>
          <w:tcPr>
            <w:tcW w:type="dxa" w:w="1439"/>
          </w:tcPr>
          <w:p>
            <w:pPr>
              <w:spacing w:after="20" w:before="20"/>
            </w:pPr>
            <w:r/>
            <w:r>
              <w:rPr>
                <w:rFonts w:ascii="Times New Roman" w:hAnsi="Times New Roman" w:eastAsia="宋体"/>
                <w:b/>
                <w:sz w:val="21"/>
              </w:rPr>
              <w:t>推荐单位</w:t>
            </w:r>
          </w:p>
        </w:tc>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性别</w:t>
            </w:r>
          </w:p>
        </w:tc>
        <w:tc>
          <w:tcPr>
            <w:tcW w:type="dxa" w:w="1439"/>
          </w:tcPr>
          <w:p>
            <w:pPr>
              <w:spacing w:after="20" w:before="20"/>
            </w:pPr>
            <w:r/>
            <w:r>
              <w:rPr>
                <w:rFonts w:ascii="Times New Roman" w:hAnsi="Times New Roman" w:eastAsia="宋体"/>
                <w:b/>
                <w:sz w:val="21"/>
              </w:rPr>
              <w:t>学号</w:t>
            </w:r>
          </w:p>
        </w:tc>
        <w:tc>
          <w:tcPr>
            <w:tcW w:type="dxa" w:w="1439"/>
          </w:tcPr>
          <w:p>
            <w:pPr>
              <w:spacing w:after="20" w:before="20"/>
            </w:pPr>
            <w:r/>
            <w:r>
              <w:rPr>
                <w:rFonts w:ascii="Times New Roman" w:hAnsi="Times New Roman" w:eastAsia="宋体"/>
                <w:b/>
                <w:sz w:val="21"/>
              </w:rPr>
              <w:t>本科所学专业</w:t>
            </w:r>
          </w:p>
        </w:tc>
      </w:tr>
      <w:tr>
        <w:tc>
          <w:tcPr>
            <w:tcW w:type="dxa" w:w="1439"/>
          </w:tcPr>
          <w:p>
            <w:pPr>
              <w:spacing w:after="20" w:before="20"/>
            </w:pPr>
            <w:r/>
            <w:r>
              <w:rPr>
                <w:rFonts w:ascii="Times New Roman" w:hAnsi="Times New Roman" w:eastAsia="宋体"/>
                <w:b w:val="0"/>
                <w:sz w:val="21"/>
              </w:rPr>
              <w:t>214</w:t>
            </w:r>
          </w:p>
        </w:tc>
        <w:tc>
          <w:tcPr>
            <w:tcW w:type="dxa" w:w="1439"/>
          </w:tcPr>
          <w:p>
            <w:pPr>
              <w:spacing w:after="20" w:before="20"/>
            </w:pPr>
            <w:r/>
            <w:r>
              <w:rPr>
                <w:rFonts w:ascii="Times New Roman" w:hAnsi="Times New Roman" w:eastAsia="宋体"/>
                <w:b w:val="0"/>
                <w:sz w:val="21"/>
              </w:rPr>
              <w:t>外语学院</w:t>
            </w:r>
          </w:p>
        </w:tc>
        <w:tc>
          <w:tcPr>
            <w:tcW w:type="dxa" w:w="1439"/>
          </w:tcPr>
          <w:p>
            <w:pPr>
              <w:spacing w:after="20" w:before="20"/>
            </w:pPr>
            <w:r/>
            <w:r>
              <w:rPr>
                <w:rFonts w:ascii="Times New Roman" w:hAnsi="Times New Roman" w:eastAsia="宋体"/>
                <w:b w:val="0"/>
                <w:sz w:val="21"/>
              </w:rPr>
              <w:t>江佳敏</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2211010112</w:t>
            </w:r>
          </w:p>
        </w:tc>
        <w:tc>
          <w:tcPr>
            <w:tcW w:type="dxa" w:w="1439"/>
          </w:tcPr>
          <w:p>
            <w:pPr>
              <w:spacing w:after="20" w:before="20"/>
            </w:pPr>
            <w:r/>
            <w:r>
              <w:rPr>
                <w:rFonts w:ascii="Times New Roman" w:hAnsi="Times New Roman" w:eastAsia="宋体"/>
                <w:b w:val="0"/>
                <w:sz w:val="21"/>
              </w:rPr>
              <w:t>英语</w:t>
            </w:r>
          </w:p>
        </w:tc>
      </w:tr>
      <w:tr>
        <w:tc>
          <w:tcPr>
            <w:tcW w:type="dxa" w:w="1439"/>
          </w:tcPr>
          <w:p>
            <w:pPr>
              <w:spacing w:after="20" w:before="20"/>
            </w:pPr>
            <w:r/>
            <w:r>
              <w:rPr>
                <w:rFonts w:ascii="Times New Roman" w:hAnsi="Times New Roman" w:eastAsia="宋体"/>
                <w:b w:val="0"/>
                <w:sz w:val="21"/>
              </w:rPr>
              <w:t>215</w:t>
            </w:r>
          </w:p>
        </w:tc>
        <w:tc>
          <w:tcPr>
            <w:tcW w:type="dxa" w:w="1439"/>
          </w:tcPr>
          <w:p>
            <w:pPr>
              <w:spacing w:after="20" w:before="20"/>
            </w:pPr>
            <w:r/>
            <w:r>
              <w:rPr>
                <w:rFonts w:ascii="Times New Roman" w:hAnsi="Times New Roman" w:eastAsia="宋体"/>
                <w:b w:val="0"/>
                <w:sz w:val="21"/>
              </w:rPr>
              <w:t>外语学院</w:t>
            </w:r>
          </w:p>
        </w:tc>
        <w:tc>
          <w:tcPr>
            <w:tcW w:type="dxa" w:w="1439"/>
          </w:tcPr>
          <w:p>
            <w:pPr>
              <w:spacing w:after="20" w:before="20"/>
            </w:pPr>
            <w:r/>
            <w:r>
              <w:rPr>
                <w:rFonts w:ascii="Times New Roman" w:hAnsi="Times New Roman" w:eastAsia="宋体"/>
                <w:b w:val="0"/>
                <w:sz w:val="21"/>
              </w:rPr>
              <w:t>李奥雅</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2211010409</w:t>
            </w:r>
          </w:p>
        </w:tc>
        <w:tc>
          <w:tcPr>
            <w:tcW w:type="dxa" w:w="1439"/>
          </w:tcPr>
          <w:p>
            <w:pPr>
              <w:spacing w:after="20" w:before="20"/>
            </w:pPr>
            <w:r/>
            <w:r>
              <w:rPr>
                <w:rFonts w:ascii="Times New Roman" w:hAnsi="Times New Roman" w:eastAsia="宋体"/>
                <w:b w:val="0"/>
                <w:sz w:val="21"/>
              </w:rPr>
              <w:t>英语</w:t>
            </w:r>
          </w:p>
        </w:tc>
      </w:tr>
      <w:tr>
        <w:tc>
          <w:tcPr>
            <w:tcW w:type="dxa" w:w="1439"/>
          </w:tcPr>
          <w:p>
            <w:pPr>
              <w:spacing w:after="20" w:before="20"/>
            </w:pPr>
            <w:r/>
            <w:r>
              <w:rPr>
                <w:rFonts w:ascii="Times New Roman" w:hAnsi="Times New Roman" w:eastAsia="宋体"/>
                <w:b w:val="0"/>
                <w:sz w:val="21"/>
              </w:rPr>
              <w:t>216</w:t>
            </w:r>
          </w:p>
        </w:tc>
        <w:tc>
          <w:tcPr>
            <w:tcW w:type="dxa" w:w="1439"/>
          </w:tcPr>
          <w:p>
            <w:pPr>
              <w:spacing w:after="20" w:before="20"/>
            </w:pPr>
            <w:r/>
            <w:r>
              <w:rPr>
                <w:rFonts w:ascii="Times New Roman" w:hAnsi="Times New Roman" w:eastAsia="宋体"/>
                <w:b w:val="0"/>
                <w:sz w:val="21"/>
              </w:rPr>
              <w:t>外语学院</w:t>
            </w:r>
          </w:p>
        </w:tc>
        <w:tc>
          <w:tcPr>
            <w:tcW w:type="dxa" w:w="1439"/>
          </w:tcPr>
          <w:p>
            <w:pPr>
              <w:spacing w:after="20" w:before="20"/>
            </w:pPr>
            <w:r/>
            <w:r>
              <w:rPr>
                <w:rFonts w:ascii="Times New Roman" w:hAnsi="Times New Roman" w:eastAsia="宋体"/>
                <w:b w:val="0"/>
                <w:sz w:val="21"/>
              </w:rPr>
              <w:t>王娟</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2211010201</w:t>
            </w:r>
          </w:p>
        </w:tc>
        <w:tc>
          <w:tcPr>
            <w:tcW w:type="dxa" w:w="1439"/>
          </w:tcPr>
          <w:p>
            <w:pPr>
              <w:spacing w:after="20" w:before="20"/>
            </w:pPr>
            <w:r/>
            <w:r>
              <w:rPr>
                <w:rFonts w:ascii="Times New Roman" w:hAnsi="Times New Roman" w:eastAsia="宋体"/>
                <w:b w:val="0"/>
                <w:sz w:val="21"/>
              </w:rPr>
              <w:t>英语</w:t>
            </w:r>
          </w:p>
        </w:tc>
      </w:tr>
      <w:tr>
        <w:tc>
          <w:tcPr>
            <w:tcW w:type="dxa" w:w="1439"/>
          </w:tcPr>
          <w:p>
            <w:pPr>
              <w:spacing w:after="20" w:before="20"/>
            </w:pPr>
            <w:r/>
            <w:r>
              <w:rPr>
                <w:rFonts w:ascii="Times New Roman" w:hAnsi="Times New Roman" w:eastAsia="宋体"/>
                <w:b w:val="0"/>
                <w:sz w:val="21"/>
              </w:rPr>
              <w:t>217</w:t>
            </w:r>
          </w:p>
        </w:tc>
        <w:tc>
          <w:tcPr>
            <w:tcW w:type="dxa" w:w="1439"/>
          </w:tcPr>
          <w:p>
            <w:pPr>
              <w:spacing w:after="20" w:before="20"/>
            </w:pPr>
            <w:r/>
            <w:r>
              <w:rPr>
                <w:rFonts w:ascii="Times New Roman" w:hAnsi="Times New Roman" w:eastAsia="宋体"/>
                <w:b w:val="0"/>
                <w:sz w:val="21"/>
              </w:rPr>
              <w:t>外语学院</w:t>
            </w:r>
          </w:p>
        </w:tc>
        <w:tc>
          <w:tcPr>
            <w:tcW w:type="dxa" w:w="1439"/>
          </w:tcPr>
          <w:p>
            <w:pPr>
              <w:spacing w:after="20" w:before="20"/>
            </w:pPr>
            <w:r/>
            <w:r>
              <w:rPr>
                <w:rFonts w:ascii="Times New Roman" w:hAnsi="Times New Roman" w:eastAsia="宋体"/>
                <w:b w:val="0"/>
                <w:sz w:val="21"/>
              </w:rPr>
              <w:t>鄂柳</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2211010115</w:t>
            </w:r>
          </w:p>
        </w:tc>
        <w:tc>
          <w:tcPr>
            <w:tcW w:type="dxa" w:w="1439"/>
          </w:tcPr>
          <w:p>
            <w:pPr>
              <w:spacing w:after="20" w:before="20"/>
            </w:pPr>
            <w:r/>
            <w:r>
              <w:rPr>
                <w:rFonts w:ascii="Times New Roman" w:hAnsi="Times New Roman" w:eastAsia="宋体"/>
                <w:b w:val="0"/>
                <w:sz w:val="21"/>
              </w:rPr>
              <w:t>英语</w:t>
            </w:r>
          </w:p>
        </w:tc>
      </w:tr>
      <w:tr>
        <w:tc>
          <w:tcPr>
            <w:tcW w:type="dxa" w:w="1439"/>
          </w:tcPr>
          <w:p>
            <w:pPr>
              <w:spacing w:after="20" w:before="20"/>
            </w:pPr>
            <w:r/>
            <w:r>
              <w:rPr>
                <w:rFonts w:ascii="Times New Roman" w:hAnsi="Times New Roman" w:eastAsia="宋体"/>
                <w:b w:val="0"/>
                <w:sz w:val="21"/>
              </w:rPr>
              <w:t>218</w:t>
            </w:r>
          </w:p>
        </w:tc>
        <w:tc>
          <w:tcPr>
            <w:tcW w:type="dxa" w:w="1439"/>
          </w:tcPr>
          <w:p>
            <w:pPr>
              <w:spacing w:after="20" w:before="20"/>
            </w:pPr>
            <w:r/>
            <w:r>
              <w:rPr>
                <w:rFonts w:ascii="Times New Roman" w:hAnsi="Times New Roman" w:eastAsia="宋体"/>
                <w:b w:val="0"/>
                <w:sz w:val="21"/>
              </w:rPr>
              <w:t>外语学院</w:t>
            </w:r>
          </w:p>
        </w:tc>
        <w:tc>
          <w:tcPr>
            <w:tcW w:type="dxa" w:w="1439"/>
          </w:tcPr>
          <w:p>
            <w:pPr>
              <w:spacing w:after="20" w:before="20"/>
            </w:pPr>
            <w:r/>
            <w:r>
              <w:rPr>
                <w:rFonts w:ascii="Times New Roman" w:hAnsi="Times New Roman" w:eastAsia="宋体"/>
                <w:b w:val="0"/>
                <w:sz w:val="21"/>
              </w:rPr>
              <w:t>练华卿</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2211010203</w:t>
            </w:r>
          </w:p>
        </w:tc>
        <w:tc>
          <w:tcPr>
            <w:tcW w:type="dxa" w:w="1439"/>
          </w:tcPr>
          <w:p>
            <w:pPr>
              <w:spacing w:after="20" w:before="20"/>
            </w:pPr>
            <w:r/>
            <w:r>
              <w:rPr>
                <w:rFonts w:ascii="Times New Roman" w:hAnsi="Times New Roman" w:eastAsia="宋体"/>
                <w:b w:val="0"/>
                <w:sz w:val="21"/>
              </w:rPr>
              <w:t>英语</w:t>
            </w:r>
          </w:p>
        </w:tc>
      </w:tr>
      <w:tr>
        <w:tc>
          <w:tcPr>
            <w:tcW w:type="dxa" w:w="1439"/>
          </w:tcPr>
          <w:p>
            <w:pPr>
              <w:spacing w:after="20" w:before="20"/>
            </w:pPr>
            <w:r/>
            <w:r>
              <w:rPr>
                <w:rFonts w:ascii="Times New Roman" w:hAnsi="Times New Roman" w:eastAsia="宋体"/>
                <w:b w:val="0"/>
                <w:sz w:val="21"/>
              </w:rPr>
              <w:t>219</w:t>
            </w:r>
          </w:p>
        </w:tc>
        <w:tc>
          <w:tcPr>
            <w:tcW w:type="dxa" w:w="1439"/>
          </w:tcPr>
          <w:p>
            <w:pPr>
              <w:spacing w:after="20" w:before="20"/>
            </w:pPr>
            <w:r/>
            <w:r>
              <w:rPr>
                <w:rFonts w:ascii="Times New Roman" w:hAnsi="Times New Roman" w:eastAsia="宋体"/>
                <w:b w:val="0"/>
                <w:sz w:val="21"/>
              </w:rPr>
              <w:t>外语学院</w:t>
            </w:r>
          </w:p>
        </w:tc>
        <w:tc>
          <w:tcPr>
            <w:tcW w:type="dxa" w:w="1439"/>
          </w:tcPr>
          <w:p>
            <w:pPr>
              <w:spacing w:after="20" w:before="20"/>
            </w:pPr>
            <w:r/>
            <w:r>
              <w:rPr>
                <w:rFonts w:ascii="Times New Roman" w:hAnsi="Times New Roman" w:eastAsia="宋体"/>
                <w:b w:val="0"/>
                <w:sz w:val="21"/>
              </w:rPr>
              <w:t>王微</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2211060102</w:t>
            </w:r>
          </w:p>
        </w:tc>
        <w:tc>
          <w:tcPr>
            <w:tcW w:type="dxa" w:w="1439"/>
          </w:tcPr>
          <w:p>
            <w:pPr>
              <w:spacing w:after="20" w:before="20"/>
            </w:pPr>
            <w:r/>
            <w:r>
              <w:rPr>
                <w:rFonts w:ascii="Times New Roman" w:hAnsi="Times New Roman" w:eastAsia="宋体"/>
                <w:b w:val="0"/>
                <w:sz w:val="21"/>
              </w:rPr>
              <w:t>汉语国际教育</w:t>
            </w:r>
          </w:p>
        </w:tc>
      </w:tr>
      <w:tr>
        <w:tc>
          <w:tcPr>
            <w:tcW w:type="dxa" w:w="1439"/>
          </w:tcPr>
          <w:p>
            <w:pPr>
              <w:spacing w:after="20" w:before="20"/>
            </w:pPr>
            <w:r/>
            <w:r>
              <w:rPr>
                <w:rFonts w:ascii="Times New Roman" w:hAnsi="Times New Roman" w:eastAsia="宋体"/>
                <w:b w:val="0"/>
                <w:sz w:val="21"/>
              </w:rPr>
              <w:t>220</w:t>
            </w:r>
          </w:p>
        </w:tc>
        <w:tc>
          <w:tcPr>
            <w:tcW w:type="dxa" w:w="1439"/>
          </w:tcPr>
          <w:p>
            <w:pPr>
              <w:spacing w:after="20" w:before="20"/>
            </w:pPr>
            <w:r/>
            <w:r>
              <w:rPr>
                <w:rFonts w:ascii="Times New Roman" w:hAnsi="Times New Roman" w:eastAsia="宋体"/>
                <w:b w:val="0"/>
                <w:sz w:val="21"/>
              </w:rPr>
              <w:t>外语学院</w:t>
            </w:r>
          </w:p>
        </w:tc>
        <w:tc>
          <w:tcPr>
            <w:tcW w:type="dxa" w:w="1439"/>
          </w:tcPr>
          <w:p>
            <w:pPr>
              <w:spacing w:after="20" w:before="20"/>
            </w:pPr>
            <w:r/>
            <w:r>
              <w:rPr>
                <w:rFonts w:ascii="Times New Roman" w:hAnsi="Times New Roman" w:eastAsia="宋体"/>
                <w:b w:val="0"/>
                <w:sz w:val="21"/>
              </w:rPr>
              <w:t>王荣</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2211060202</w:t>
            </w:r>
          </w:p>
        </w:tc>
        <w:tc>
          <w:tcPr>
            <w:tcW w:type="dxa" w:w="1439"/>
          </w:tcPr>
          <w:p>
            <w:pPr>
              <w:spacing w:after="20" w:before="20"/>
            </w:pPr>
            <w:r/>
            <w:r>
              <w:rPr>
                <w:rFonts w:ascii="Times New Roman" w:hAnsi="Times New Roman" w:eastAsia="宋体"/>
                <w:b w:val="0"/>
                <w:sz w:val="21"/>
              </w:rPr>
              <w:t>汉语国际教育</w:t>
            </w:r>
          </w:p>
        </w:tc>
      </w:tr>
      <w:tr>
        <w:tc>
          <w:tcPr>
            <w:tcW w:type="dxa" w:w="1439"/>
          </w:tcPr>
          <w:p>
            <w:pPr>
              <w:spacing w:after="20" w:before="20"/>
            </w:pPr>
            <w:r/>
            <w:r>
              <w:rPr>
                <w:rFonts w:ascii="Times New Roman" w:hAnsi="Times New Roman" w:eastAsia="宋体"/>
                <w:b w:val="0"/>
                <w:sz w:val="21"/>
              </w:rPr>
              <w:t>221</w:t>
            </w:r>
          </w:p>
        </w:tc>
        <w:tc>
          <w:tcPr>
            <w:tcW w:type="dxa" w:w="1439"/>
          </w:tcPr>
          <w:p>
            <w:pPr>
              <w:spacing w:after="20" w:before="20"/>
            </w:pPr>
            <w:r/>
            <w:r>
              <w:rPr>
                <w:rFonts w:ascii="Times New Roman" w:hAnsi="Times New Roman" w:eastAsia="宋体"/>
                <w:b w:val="0"/>
                <w:sz w:val="21"/>
              </w:rPr>
              <w:t>外语学院</w:t>
            </w:r>
          </w:p>
        </w:tc>
        <w:tc>
          <w:tcPr>
            <w:tcW w:type="dxa" w:w="1439"/>
          </w:tcPr>
          <w:p>
            <w:pPr>
              <w:spacing w:after="20" w:before="20"/>
            </w:pPr>
            <w:r/>
            <w:r>
              <w:rPr>
                <w:rFonts w:ascii="Times New Roman" w:hAnsi="Times New Roman" w:eastAsia="宋体"/>
                <w:b w:val="0"/>
                <w:sz w:val="21"/>
              </w:rPr>
              <w:t>杨家乐</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2211100125</w:t>
            </w:r>
          </w:p>
        </w:tc>
        <w:tc>
          <w:tcPr>
            <w:tcW w:type="dxa" w:w="1439"/>
          </w:tcPr>
          <w:p>
            <w:pPr>
              <w:spacing w:after="20" w:before="20"/>
            </w:pPr>
            <w:r/>
            <w:r>
              <w:rPr>
                <w:rFonts w:ascii="Times New Roman" w:hAnsi="Times New Roman" w:eastAsia="宋体"/>
                <w:b w:val="0"/>
                <w:sz w:val="21"/>
              </w:rPr>
              <w:t>英语（辅修市场营销）</w:t>
            </w:r>
          </w:p>
        </w:tc>
      </w:tr>
      <w:tr>
        <w:tc>
          <w:tcPr>
            <w:tcW w:type="dxa" w:w="1439"/>
          </w:tcPr>
          <w:p>
            <w:pPr>
              <w:spacing w:after="20" w:before="20"/>
            </w:pPr>
            <w:r/>
            <w:r>
              <w:rPr>
                <w:rFonts w:ascii="Times New Roman" w:hAnsi="Times New Roman" w:eastAsia="宋体"/>
                <w:b w:val="0"/>
                <w:sz w:val="21"/>
              </w:rPr>
              <w:t>222</w:t>
            </w:r>
          </w:p>
        </w:tc>
        <w:tc>
          <w:tcPr>
            <w:tcW w:type="dxa" w:w="1439"/>
          </w:tcPr>
          <w:p>
            <w:pPr>
              <w:spacing w:after="20" w:before="20"/>
            </w:pPr>
            <w:r/>
            <w:r>
              <w:rPr>
                <w:rFonts w:ascii="Times New Roman" w:hAnsi="Times New Roman" w:eastAsia="宋体"/>
                <w:b w:val="0"/>
                <w:sz w:val="21"/>
              </w:rPr>
              <w:t>外语学院</w:t>
            </w:r>
          </w:p>
        </w:tc>
        <w:tc>
          <w:tcPr>
            <w:tcW w:type="dxa" w:w="1439"/>
          </w:tcPr>
          <w:p>
            <w:pPr>
              <w:spacing w:after="20" w:before="20"/>
            </w:pPr>
            <w:r/>
            <w:r>
              <w:rPr>
                <w:rFonts w:ascii="Times New Roman" w:hAnsi="Times New Roman" w:eastAsia="宋体"/>
                <w:b w:val="0"/>
                <w:sz w:val="21"/>
              </w:rPr>
              <w:t>唐清扬</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2211090103</w:t>
            </w:r>
          </w:p>
        </w:tc>
        <w:tc>
          <w:tcPr>
            <w:tcW w:type="dxa" w:w="1439"/>
          </w:tcPr>
          <w:p>
            <w:pPr>
              <w:spacing w:after="20" w:before="20"/>
            </w:pPr>
            <w:r/>
            <w:r>
              <w:rPr>
                <w:rFonts w:ascii="Times New Roman" w:hAnsi="Times New Roman" w:eastAsia="宋体"/>
                <w:b w:val="0"/>
                <w:sz w:val="21"/>
              </w:rPr>
              <w:t>英语（辅修法学）</w:t>
            </w:r>
          </w:p>
        </w:tc>
      </w:tr>
      <w:tr>
        <w:tc>
          <w:tcPr>
            <w:tcW w:type="dxa" w:w="1439"/>
          </w:tcPr>
          <w:p>
            <w:pPr>
              <w:spacing w:after="20" w:before="20"/>
            </w:pPr>
            <w:r/>
            <w:r>
              <w:rPr>
                <w:rFonts w:ascii="Times New Roman" w:hAnsi="Times New Roman" w:eastAsia="宋体"/>
                <w:b w:val="0"/>
                <w:sz w:val="21"/>
              </w:rPr>
              <w:t>223</w:t>
            </w:r>
          </w:p>
        </w:tc>
        <w:tc>
          <w:tcPr>
            <w:tcW w:type="dxa" w:w="1439"/>
          </w:tcPr>
          <w:p>
            <w:pPr>
              <w:spacing w:after="20" w:before="20"/>
            </w:pPr>
            <w:r/>
            <w:r>
              <w:rPr>
                <w:rFonts w:ascii="Times New Roman" w:hAnsi="Times New Roman" w:eastAsia="宋体"/>
                <w:b w:val="0"/>
                <w:sz w:val="21"/>
              </w:rPr>
              <w:t>外语学院</w:t>
            </w:r>
          </w:p>
        </w:tc>
        <w:tc>
          <w:tcPr>
            <w:tcW w:type="dxa" w:w="1439"/>
          </w:tcPr>
          <w:p>
            <w:pPr>
              <w:spacing w:after="20" w:before="20"/>
            </w:pPr>
            <w:r/>
            <w:r>
              <w:rPr>
                <w:rFonts w:ascii="Times New Roman" w:hAnsi="Times New Roman" w:eastAsia="宋体"/>
                <w:b w:val="0"/>
                <w:sz w:val="21"/>
              </w:rPr>
              <w:t>何艾洲</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2211090125</w:t>
            </w:r>
          </w:p>
        </w:tc>
        <w:tc>
          <w:tcPr>
            <w:tcW w:type="dxa" w:w="1439"/>
          </w:tcPr>
          <w:p>
            <w:pPr>
              <w:spacing w:after="20" w:before="20"/>
            </w:pPr>
            <w:r/>
            <w:r>
              <w:rPr>
                <w:rFonts w:ascii="Times New Roman" w:hAnsi="Times New Roman" w:eastAsia="宋体"/>
                <w:b w:val="0"/>
                <w:sz w:val="21"/>
              </w:rPr>
              <w:t>英语（辅修法学）</w:t>
            </w:r>
          </w:p>
        </w:tc>
      </w:tr>
    </w:tbl>
    <w:p>
      <w:pPr>
        <w:spacing w:before="160" w:after="80" w:lineRule="auto" w:line="360"/>
        <w:jc w:val="left"/>
      </w:pPr>
      <w:r>
        <w:rPr>
          <w:rFonts w:ascii="Times New Roman" w:hAnsi="Times New Roman" w:eastAsia="宋体"/>
          <w:b/>
          <w:sz w:val="28"/>
        </w:rPr>
        <w:t>八、艺术设计学院（序号224—235，共12人）</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序号</w:t>
            </w:r>
          </w:p>
        </w:tc>
        <w:tc>
          <w:tcPr>
            <w:tcW w:type="dxa" w:w="1439"/>
          </w:tcPr>
          <w:p>
            <w:pPr>
              <w:spacing w:after="20" w:before="20"/>
            </w:pPr>
            <w:r/>
            <w:r>
              <w:rPr>
                <w:rFonts w:ascii="Times New Roman" w:hAnsi="Times New Roman" w:eastAsia="宋体"/>
                <w:b/>
                <w:sz w:val="21"/>
              </w:rPr>
              <w:t>推荐单位</w:t>
            </w:r>
          </w:p>
        </w:tc>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性别</w:t>
            </w:r>
          </w:p>
        </w:tc>
        <w:tc>
          <w:tcPr>
            <w:tcW w:type="dxa" w:w="1439"/>
          </w:tcPr>
          <w:p>
            <w:pPr>
              <w:spacing w:after="20" w:before="20"/>
            </w:pPr>
            <w:r/>
            <w:r>
              <w:rPr>
                <w:rFonts w:ascii="Times New Roman" w:hAnsi="Times New Roman" w:eastAsia="宋体"/>
                <w:b/>
                <w:sz w:val="21"/>
              </w:rPr>
              <w:t>学号</w:t>
            </w:r>
          </w:p>
        </w:tc>
        <w:tc>
          <w:tcPr>
            <w:tcW w:type="dxa" w:w="1439"/>
          </w:tcPr>
          <w:p>
            <w:pPr>
              <w:spacing w:after="20" w:before="20"/>
            </w:pPr>
            <w:r/>
            <w:r>
              <w:rPr>
                <w:rFonts w:ascii="Times New Roman" w:hAnsi="Times New Roman" w:eastAsia="宋体"/>
                <w:b/>
                <w:sz w:val="21"/>
              </w:rPr>
              <w:t>本科所学专业</w:t>
            </w:r>
          </w:p>
        </w:tc>
      </w:tr>
      <w:tr>
        <w:tc>
          <w:tcPr>
            <w:tcW w:type="dxa" w:w="1439"/>
          </w:tcPr>
          <w:p>
            <w:pPr>
              <w:spacing w:after="20" w:before="20"/>
            </w:pPr>
            <w:r/>
            <w:r>
              <w:rPr>
                <w:rFonts w:ascii="Times New Roman" w:hAnsi="Times New Roman" w:eastAsia="宋体"/>
                <w:b w:val="0"/>
                <w:sz w:val="21"/>
              </w:rPr>
              <w:t>224</w:t>
            </w:r>
          </w:p>
        </w:tc>
        <w:tc>
          <w:tcPr>
            <w:tcW w:type="dxa" w:w="1439"/>
          </w:tcPr>
          <w:p>
            <w:pPr>
              <w:spacing w:after="20" w:before="20"/>
            </w:pPr>
            <w:r/>
            <w:r>
              <w:rPr>
                <w:rFonts w:ascii="Times New Roman" w:hAnsi="Times New Roman" w:eastAsia="宋体"/>
                <w:b w:val="0"/>
                <w:sz w:val="21"/>
              </w:rPr>
              <w:t>艺术设计学院</w:t>
            </w:r>
          </w:p>
        </w:tc>
        <w:tc>
          <w:tcPr>
            <w:tcW w:type="dxa" w:w="1439"/>
          </w:tcPr>
          <w:p>
            <w:pPr>
              <w:spacing w:after="20" w:before="20"/>
            </w:pPr>
            <w:r/>
            <w:r>
              <w:rPr>
                <w:rFonts w:ascii="Times New Roman" w:hAnsi="Times New Roman" w:eastAsia="宋体"/>
                <w:b w:val="0"/>
                <w:sz w:val="21"/>
              </w:rPr>
              <w:t>朱佳颖</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2212020115</w:t>
            </w:r>
          </w:p>
        </w:tc>
        <w:tc>
          <w:tcPr>
            <w:tcW w:type="dxa" w:w="1439"/>
          </w:tcPr>
          <w:p>
            <w:pPr>
              <w:spacing w:after="20" w:before="20"/>
            </w:pPr>
            <w:r/>
            <w:r>
              <w:rPr>
                <w:rFonts w:ascii="Times New Roman" w:hAnsi="Times New Roman" w:eastAsia="宋体"/>
                <w:b w:val="0"/>
                <w:sz w:val="21"/>
              </w:rPr>
              <w:t>工业设计</w:t>
            </w:r>
          </w:p>
        </w:tc>
      </w:tr>
      <w:tr>
        <w:tc>
          <w:tcPr>
            <w:tcW w:type="dxa" w:w="1439"/>
          </w:tcPr>
          <w:p>
            <w:pPr>
              <w:spacing w:after="20" w:before="20"/>
            </w:pPr>
            <w:r/>
            <w:r>
              <w:rPr>
                <w:rFonts w:ascii="Times New Roman" w:hAnsi="Times New Roman" w:eastAsia="宋体"/>
                <w:b w:val="0"/>
                <w:sz w:val="21"/>
              </w:rPr>
              <w:t>225</w:t>
            </w:r>
          </w:p>
        </w:tc>
        <w:tc>
          <w:tcPr>
            <w:tcW w:type="dxa" w:w="1439"/>
          </w:tcPr>
          <w:p>
            <w:pPr>
              <w:spacing w:after="20" w:before="20"/>
            </w:pPr>
            <w:r/>
            <w:r>
              <w:rPr>
                <w:rFonts w:ascii="Times New Roman" w:hAnsi="Times New Roman" w:eastAsia="宋体"/>
                <w:b w:val="0"/>
                <w:sz w:val="21"/>
              </w:rPr>
              <w:t>艺术设计学院</w:t>
            </w:r>
          </w:p>
        </w:tc>
        <w:tc>
          <w:tcPr>
            <w:tcW w:type="dxa" w:w="1439"/>
          </w:tcPr>
          <w:p>
            <w:pPr>
              <w:spacing w:after="20" w:before="20"/>
            </w:pPr>
            <w:r/>
            <w:r>
              <w:rPr>
                <w:rFonts w:ascii="Times New Roman" w:hAnsi="Times New Roman" w:eastAsia="宋体"/>
                <w:b w:val="0"/>
                <w:sz w:val="21"/>
              </w:rPr>
              <w:t>贾默晗</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2212020206</w:t>
            </w:r>
          </w:p>
        </w:tc>
        <w:tc>
          <w:tcPr>
            <w:tcW w:type="dxa" w:w="1439"/>
          </w:tcPr>
          <w:p>
            <w:pPr>
              <w:spacing w:after="20" w:before="20"/>
            </w:pPr>
            <w:r/>
            <w:r>
              <w:rPr>
                <w:rFonts w:ascii="Times New Roman" w:hAnsi="Times New Roman" w:eastAsia="宋体"/>
                <w:b w:val="0"/>
                <w:sz w:val="21"/>
              </w:rPr>
              <w:t>工业设计</w:t>
            </w:r>
          </w:p>
        </w:tc>
      </w:tr>
      <w:tr>
        <w:tc>
          <w:tcPr>
            <w:tcW w:type="dxa" w:w="1439"/>
          </w:tcPr>
          <w:p>
            <w:pPr>
              <w:spacing w:after="20" w:before="20"/>
            </w:pPr>
            <w:r/>
            <w:r>
              <w:rPr>
                <w:rFonts w:ascii="Times New Roman" w:hAnsi="Times New Roman" w:eastAsia="宋体"/>
                <w:b w:val="0"/>
                <w:sz w:val="21"/>
              </w:rPr>
              <w:t>226</w:t>
            </w:r>
          </w:p>
        </w:tc>
        <w:tc>
          <w:tcPr>
            <w:tcW w:type="dxa" w:w="1439"/>
          </w:tcPr>
          <w:p>
            <w:pPr>
              <w:spacing w:after="20" w:before="20"/>
            </w:pPr>
            <w:r/>
            <w:r>
              <w:rPr>
                <w:rFonts w:ascii="Times New Roman" w:hAnsi="Times New Roman" w:eastAsia="宋体"/>
                <w:b w:val="0"/>
                <w:sz w:val="21"/>
              </w:rPr>
              <w:t>艺术设计学院</w:t>
            </w:r>
          </w:p>
        </w:tc>
        <w:tc>
          <w:tcPr>
            <w:tcW w:type="dxa" w:w="1439"/>
          </w:tcPr>
          <w:p>
            <w:pPr>
              <w:spacing w:after="20" w:before="20"/>
            </w:pPr>
            <w:r/>
            <w:r>
              <w:rPr>
                <w:rFonts w:ascii="Times New Roman" w:hAnsi="Times New Roman" w:eastAsia="宋体"/>
                <w:b w:val="0"/>
                <w:sz w:val="21"/>
              </w:rPr>
              <w:t>汪兰心</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2212140118</w:t>
            </w:r>
          </w:p>
        </w:tc>
        <w:tc>
          <w:tcPr>
            <w:tcW w:type="dxa" w:w="1439"/>
          </w:tcPr>
          <w:p>
            <w:pPr>
              <w:spacing w:after="20" w:before="20"/>
            </w:pPr>
            <w:r/>
            <w:r>
              <w:rPr>
                <w:rFonts w:ascii="Times New Roman" w:hAnsi="Times New Roman" w:eastAsia="宋体"/>
                <w:b w:val="0"/>
                <w:sz w:val="21"/>
              </w:rPr>
              <w:t>产品设计</w:t>
            </w:r>
          </w:p>
        </w:tc>
      </w:tr>
      <w:tr>
        <w:tc>
          <w:tcPr>
            <w:tcW w:type="dxa" w:w="1439"/>
          </w:tcPr>
          <w:p>
            <w:pPr>
              <w:spacing w:after="20" w:before="20"/>
            </w:pPr>
            <w:r/>
            <w:r>
              <w:rPr>
                <w:rFonts w:ascii="Times New Roman" w:hAnsi="Times New Roman" w:eastAsia="宋体"/>
                <w:b w:val="0"/>
                <w:sz w:val="21"/>
              </w:rPr>
              <w:t>227</w:t>
            </w:r>
          </w:p>
        </w:tc>
        <w:tc>
          <w:tcPr>
            <w:tcW w:type="dxa" w:w="1439"/>
          </w:tcPr>
          <w:p>
            <w:pPr>
              <w:spacing w:after="20" w:before="20"/>
            </w:pPr>
            <w:r/>
            <w:r>
              <w:rPr>
                <w:rFonts w:ascii="Times New Roman" w:hAnsi="Times New Roman" w:eastAsia="宋体"/>
                <w:b w:val="0"/>
                <w:sz w:val="21"/>
              </w:rPr>
              <w:t>艺术设计学院</w:t>
            </w:r>
          </w:p>
        </w:tc>
        <w:tc>
          <w:tcPr>
            <w:tcW w:type="dxa" w:w="1439"/>
          </w:tcPr>
          <w:p>
            <w:pPr>
              <w:spacing w:after="20" w:before="20"/>
            </w:pPr>
            <w:r/>
            <w:r>
              <w:rPr>
                <w:rFonts w:ascii="Times New Roman" w:hAnsi="Times New Roman" w:eastAsia="宋体"/>
                <w:b w:val="0"/>
                <w:sz w:val="21"/>
              </w:rPr>
              <w:t>郑欣怡</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2212140311</w:t>
            </w:r>
          </w:p>
        </w:tc>
        <w:tc>
          <w:tcPr>
            <w:tcW w:type="dxa" w:w="1439"/>
          </w:tcPr>
          <w:p>
            <w:pPr>
              <w:spacing w:after="20" w:before="20"/>
            </w:pPr>
            <w:r/>
            <w:r>
              <w:rPr>
                <w:rFonts w:ascii="Times New Roman" w:hAnsi="Times New Roman" w:eastAsia="宋体"/>
                <w:b w:val="0"/>
                <w:sz w:val="21"/>
              </w:rPr>
              <w:t>产品设计</w:t>
            </w:r>
          </w:p>
        </w:tc>
      </w:tr>
      <w:tr>
        <w:tc>
          <w:tcPr>
            <w:tcW w:type="dxa" w:w="1439"/>
          </w:tcPr>
          <w:p>
            <w:pPr>
              <w:spacing w:after="20" w:before="20"/>
            </w:pPr>
            <w:r/>
            <w:r>
              <w:rPr>
                <w:rFonts w:ascii="Times New Roman" w:hAnsi="Times New Roman" w:eastAsia="宋体"/>
                <w:b w:val="0"/>
                <w:sz w:val="21"/>
              </w:rPr>
              <w:t>228</w:t>
            </w:r>
          </w:p>
        </w:tc>
        <w:tc>
          <w:tcPr>
            <w:tcW w:type="dxa" w:w="1439"/>
          </w:tcPr>
          <w:p>
            <w:pPr>
              <w:spacing w:after="20" w:before="20"/>
            </w:pPr>
            <w:r/>
            <w:r>
              <w:rPr>
                <w:rFonts w:ascii="Times New Roman" w:hAnsi="Times New Roman" w:eastAsia="宋体"/>
                <w:b w:val="0"/>
                <w:sz w:val="21"/>
              </w:rPr>
              <w:t>艺术设计学院</w:t>
            </w:r>
          </w:p>
        </w:tc>
        <w:tc>
          <w:tcPr>
            <w:tcW w:type="dxa" w:w="1439"/>
          </w:tcPr>
          <w:p>
            <w:pPr>
              <w:spacing w:after="20" w:before="20"/>
            </w:pPr>
            <w:r/>
            <w:r>
              <w:rPr>
                <w:rFonts w:ascii="Times New Roman" w:hAnsi="Times New Roman" w:eastAsia="宋体"/>
                <w:b w:val="0"/>
                <w:sz w:val="21"/>
              </w:rPr>
              <w:t>方欣雅</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2212130211</w:t>
            </w:r>
          </w:p>
        </w:tc>
        <w:tc>
          <w:tcPr>
            <w:tcW w:type="dxa" w:w="1439"/>
          </w:tcPr>
          <w:p>
            <w:pPr>
              <w:spacing w:after="20" w:before="20"/>
            </w:pPr>
            <w:r/>
            <w:r>
              <w:rPr>
                <w:rFonts w:ascii="Times New Roman" w:hAnsi="Times New Roman" w:eastAsia="宋体"/>
                <w:b w:val="0"/>
                <w:sz w:val="21"/>
              </w:rPr>
              <w:t>环境设计</w:t>
            </w:r>
          </w:p>
        </w:tc>
      </w:tr>
      <w:tr>
        <w:tc>
          <w:tcPr>
            <w:tcW w:type="dxa" w:w="1439"/>
          </w:tcPr>
          <w:p>
            <w:pPr>
              <w:spacing w:after="20" w:before="20"/>
            </w:pPr>
            <w:r/>
            <w:r>
              <w:rPr>
                <w:rFonts w:ascii="Times New Roman" w:hAnsi="Times New Roman" w:eastAsia="宋体"/>
                <w:b w:val="0"/>
                <w:sz w:val="21"/>
              </w:rPr>
              <w:t>229</w:t>
            </w:r>
          </w:p>
        </w:tc>
        <w:tc>
          <w:tcPr>
            <w:tcW w:type="dxa" w:w="1439"/>
          </w:tcPr>
          <w:p>
            <w:pPr>
              <w:spacing w:after="20" w:before="20"/>
            </w:pPr>
            <w:r/>
            <w:r>
              <w:rPr>
                <w:rFonts w:ascii="Times New Roman" w:hAnsi="Times New Roman" w:eastAsia="宋体"/>
                <w:b w:val="0"/>
                <w:sz w:val="21"/>
              </w:rPr>
              <w:t>艺术设计学院</w:t>
            </w:r>
          </w:p>
        </w:tc>
        <w:tc>
          <w:tcPr>
            <w:tcW w:type="dxa" w:w="1439"/>
          </w:tcPr>
          <w:p>
            <w:pPr>
              <w:spacing w:after="20" w:before="20"/>
            </w:pPr>
            <w:r/>
            <w:r>
              <w:rPr>
                <w:rFonts w:ascii="Times New Roman" w:hAnsi="Times New Roman" w:eastAsia="宋体"/>
                <w:b w:val="0"/>
                <w:sz w:val="21"/>
              </w:rPr>
              <w:t>余乐</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2212130107</w:t>
            </w:r>
          </w:p>
        </w:tc>
        <w:tc>
          <w:tcPr>
            <w:tcW w:type="dxa" w:w="1439"/>
          </w:tcPr>
          <w:p>
            <w:pPr>
              <w:spacing w:after="20" w:before="20"/>
            </w:pPr>
            <w:r/>
            <w:r>
              <w:rPr>
                <w:rFonts w:ascii="Times New Roman" w:hAnsi="Times New Roman" w:eastAsia="宋体"/>
                <w:b w:val="0"/>
                <w:sz w:val="21"/>
              </w:rPr>
              <w:t>环境设计</w:t>
            </w:r>
          </w:p>
        </w:tc>
      </w:tr>
      <w:tr>
        <w:tc>
          <w:tcPr>
            <w:tcW w:type="dxa" w:w="1439"/>
          </w:tcPr>
          <w:p>
            <w:pPr>
              <w:spacing w:after="20" w:before="20"/>
            </w:pPr>
            <w:r/>
            <w:r>
              <w:rPr>
                <w:rFonts w:ascii="Times New Roman" w:hAnsi="Times New Roman" w:eastAsia="宋体"/>
                <w:b w:val="0"/>
                <w:sz w:val="21"/>
              </w:rPr>
              <w:t>230</w:t>
            </w:r>
          </w:p>
        </w:tc>
        <w:tc>
          <w:tcPr>
            <w:tcW w:type="dxa" w:w="1439"/>
          </w:tcPr>
          <w:p>
            <w:pPr>
              <w:spacing w:after="20" w:before="20"/>
            </w:pPr>
            <w:r/>
            <w:r>
              <w:rPr>
                <w:rFonts w:ascii="Times New Roman" w:hAnsi="Times New Roman" w:eastAsia="宋体"/>
                <w:b w:val="0"/>
                <w:sz w:val="21"/>
              </w:rPr>
              <w:t>艺术设计学院</w:t>
            </w:r>
          </w:p>
        </w:tc>
        <w:tc>
          <w:tcPr>
            <w:tcW w:type="dxa" w:w="1439"/>
          </w:tcPr>
          <w:p>
            <w:pPr>
              <w:spacing w:after="20" w:before="20"/>
            </w:pPr>
            <w:r/>
            <w:r>
              <w:rPr>
                <w:rFonts w:ascii="Times New Roman" w:hAnsi="Times New Roman" w:eastAsia="宋体"/>
                <w:b w:val="0"/>
                <w:sz w:val="21"/>
              </w:rPr>
              <w:t>黄怡</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2212110108</w:t>
            </w:r>
          </w:p>
        </w:tc>
        <w:tc>
          <w:tcPr>
            <w:tcW w:type="dxa" w:w="1439"/>
          </w:tcPr>
          <w:p>
            <w:pPr>
              <w:spacing w:after="20" w:before="20"/>
            </w:pPr>
            <w:r/>
            <w:r>
              <w:rPr>
                <w:rFonts w:ascii="Times New Roman" w:hAnsi="Times New Roman" w:eastAsia="宋体"/>
                <w:b w:val="0"/>
                <w:sz w:val="21"/>
              </w:rPr>
              <w:t>动画</w:t>
            </w:r>
          </w:p>
        </w:tc>
      </w:tr>
      <w:tr>
        <w:tc>
          <w:tcPr>
            <w:tcW w:type="dxa" w:w="1439"/>
          </w:tcPr>
          <w:p>
            <w:pPr>
              <w:spacing w:after="20" w:before="20"/>
            </w:pPr>
            <w:r/>
            <w:r>
              <w:rPr>
                <w:rFonts w:ascii="Times New Roman" w:hAnsi="Times New Roman" w:eastAsia="宋体"/>
                <w:b w:val="0"/>
                <w:sz w:val="21"/>
              </w:rPr>
              <w:t>231</w:t>
            </w:r>
          </w:p>
        </w:tc>
        <w:tc>
          <w:tcPr>
            <w:tcW w:type="dxa" w:w="1439"/>
          </w:tcPr>
          <w:p>
            <w:pPr>
              <w:spacing w:after="20" w:before="20"/>
            </w:pPr>
            <w:r/>
            <w:r>
              <w:rPr>
                <w:rFonts w:ascii="Times New Roman" w:hAnsi="Times New Roman" w:eastAsia="宋体"/>
                <w:b w:val="0"/>
                <w:sz w:val="21"/>
              </w:rPr>
              <w:t>艺术设计学院</w:t>
            </w:r>
          </w:p>
        </w:tc>
        <w:tc>
          <w:tcPr>
            <w:tcW w:type="dxa" w:w="1439"/>
          </w:tcPr>
          <w:p>
            <w:pPr>
              <w:spacing w:after="20" w:before="20"/>
            </w:pPr>
            <w:r/>
            <w:r>
              <w:rPr>
                <w:rFonts w:ascii="Times New Roman" w:hAnsi="Times New Roman" w:eastAsia="宋体"/>
                <w:b w:val="0"/>
                <w:sz w:val="21"/>
              </w:rPr>
              <w:t>叶知雨</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2212140123</w:t>
            </w:r>
          </w:p>
        </w:tc>
        <w:tc>
          <w:tcPr>
            <w:tcW w:type="dxa" w:w="1439"/>
          </w:tcPr>
          <w:p>
            <w:pPr>
              <w:spacing w:after="20" w:before="20"/>
            </w:pPr>
            <w:r/>
            <w:r>
              <w:rPr>
                <w:rFonts w:ascii="Times New Roman" w:hAnsi="Times New Roman" w:eastAsia="宋体"/>
                <w:b w:val="0"/>
                <w:sz w:val="21"/>
              </w:rPr>
              <w:t>动画</w:t>
            </w:r>
          </w:p>
        </w:tc>
      </w:tr>
      <w:tr>
        <w:tc>
          <w:tcPr>
            <w:tcW w:type="dxa" w:w="1439"/>
          </w:tcPr>
          <w:p>
            <w:pPr>
              <w:spacing w:after="20" w:before="20"/>
            </w:pPr>
            <w:r/>
            <w:r>
              <w:rPr>
                <w:rFonts w:ascii="Times New Roman" w:hAnsi="Times New Roman" w:eastAsia="宋体"/>
                <w:b w:val="0"/>
                <w:sz w:val="21"/>
              </w:rPr>
              <w:t>232</w:t>
            </w:r>
          </w:p>
        </w:tc>
        <w:tc>
          <w:tcPr>
            <w:tcW w:type="dxa" w:w="1439"/>
          </w:tcPr>
          <w:p>
            <w:pPr>
              <w:spacing w:after="20" w:before="20"/>
            </w:pPr>
            <w:r/>
            <w:r>
              <w:rPr>
                <w:rFonts w:ascii="Times New Roman" w:hAnsi="Times New Roman" w:eastAsia="宋体"/>
                <w:b w:val="0"/>
                <w:sz w:val="21"/>
              </w:rPr>
              <w:t>艺术设计学院</w:t>
            </w:r>
          </w:p>
        </w:tc>
        <w:tc>
          <w:tcPr>
            <w:tcW w:type="dxa" w:w="1439"/>
          </w:tcPr>
          <w:p>
            <w:pPr>
              <w:spacing w:after="20" w:before="20"/>
            </w:pPr>
            <w:r/>
            <w:r>
              <w:rPr>
                <w:rFonts w:ascii="Times New Roman" w:hAnsi="Times New Roman" w:eastAsia="宋体"/>
                <w:b w:val="0"/>
                <w:sz w:val="21"/>
              </w:rPr>
              <w:t>张意强</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2212110404</w:t>
            </w:r>
          </w:p>
        </w:tc>
        <w:tc>
          <w:tcPr>
            <w:tcW w:type="dxa" w:w="1439"/>
          </w:tcPr>
          <w:p>
            <w:pPr>
              <w:spacing w:after="20" w:before="20"/>
            </w:pPr>
            <w:r/>
            <w:r>
              <w:rPr>
                <w:rFonts w:ascii="Times New Roman" w:hAnsi="Times New Roman" w:eastAsia="宋体"/>
                <w:b w:val="0"/>
                <w:sz w:val="21"/>
              </w:rPr>
              <w:t>动画</w:t>
            </w:r>
          </w:p>
        </w:tc>
      </w:tr>
      <w:tr>
        <w:tc>
          <w:tcPr>
            <w:tcW w:type="dxa" w:w="1439"/>
          </w:tcPr>
          <w:p>
            <w:pPr>
              <w:spacing w:after="20" w:before="20"/>
            </w:pPr>
            <w:r/>
            <w:r>
              <w:rPr>
                <w:rFonts w:ascii="Times New Roman" w:hAnsi="Times New Roman" w:eastAsia="宋体"/>
                <w:b w:val="0"/>
                <w:sz w:val="21"/>
              </w:rPr>
              <w:t>233</w:t>
            </w:r>
          </w:p>
        </w:tc>
        <w:tc>
          <w:tcPr>
            <w:tcW w:type="dxa" w:w="1439"/>
          </w:tcPr>
          <w:p>
            <w:pPr>
              <w:spacing w:after="20" w:before="20"/>
            </w:pPr>
            <w:r/>
            <w:r>
              <w:rPr>
                <w:rFonts w:ascii="Times New Roman" w:hAnsi="Times New Roman" w:eastAsia="宋体"/>
                <w:b w:val="0"/>
                <w:sz w:val="21"/>
              </w:rPr>
              <w:t>艺术设计学院</w:t>
            </w:r>
          </w:p>
        </w:tc>
        <w:tc>
          <w:tcPr>
            <w:tcW w:type="dxa" w:w="1439"/>
          </w:tcPr>
          <w:p>
            <w:pPr>
              <w:spacing w:after="20" w:before="20"/>
            </w:pPr>
            <w:r/>
            <w:r>
              <w:rPr>
                <w:rFonts w:ascii="Times New Roman" w:hAnsi="Times New Roman" w:eastAsia="宋体"/>
                <w:b w:val="0"/>
                <w:sz w:val="21"/>
              </w:rPr>
              <w:t>山丹枫</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2212120214</w:t>
            </w:r>
          </w:p>
        </w:tc>
        <w:tc>
          <w:tcPr>
            <w:tcW w:type="dxa" w:w="1439"/>
          </w:tcPr>
          <w:p>
            <w:pPr>
              <w:spacing w:after="20" w:before="20"/>
            </w:pPr>
            <w:r/>
            <w:r>
              <w:rPr>
                <w:rFonts w:ascii="Times New Roman" w:hAnsi="Times New Roman" w:eastAsia="宋体"/>
                <w:b w:val="0"/>
                <w:sz w:val="21"/>
              </w:rPr>
              <w:t>视觉传达设计</w:t>
            </w:r>
          </w:p>
        </w:tc>
      </w:tr>
      <w:tr>
        <w:tc>
          <w:tcPr>
            <w:tcW w:type="dxa" w:w="1439"/>
          </w:tcPr>
          <w:p>
            <w:pPr>
              <w:spacing w:after="20" w:before="20"/>
            </w:pPr>
            <w:r/>
            <w:r>
              <w:rPr>
                <w:rFonts w:ascii="Times New Roman" w:hAnsi="Times New Roman" w:eastAsia="宋体"/>
                <w:b w:val="0"/>
                <w:sz w:val="21"/>
              </w:rPr>
              <w:t>234</w:t>
            </w:r>
          </w:p>
        </w:tc>
        <w:tc>
          <w:tcPr>
            <w:tcW w:type="dxa" w:w="1439"/>
          </w:tcPr>
          <w:p>
            <w:pPr>
              <w:spacing w:after="20" w:before="20"/>
            </w:pPr>
            <w:r/>
            <w:r>
              <w:rPr>
                <w:rFonts w:ascii="Times New Roman" w:hAnsi="Times New Roman" w:eastAsia="宋体"/>
                <w:b w:val="0"/>
                <w:sz w:val="21"/>
              </w:rPr>
              <w:t>艺术设计学院</w:t>
            </w:r>
          </w:p>
        </w:tc>
        <w:tc>
          <w:tcPr>
            <w:tcW w:type="dxa" w:w="1439"/>
          </w:tcPr>
          <w:p>
            <w:pPr>
              <w:spacing w:after="20" w:before="20"/>
            </w:pPr>
            <w:r/>
            <w:r>
              <w:rPr>
                <w:rFonts w:ascii="Times New Roman" w:hAnsi="Times New Roman" w:eastAsia="宋体"/>
                <w:b w:val="0"/>
                <w:sz w:val="21"/>
              </w:rPr>
              <w:t>柏阳</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2212120412</w:t>
            </w:r>
          </w:p>
        </w:tc>
        <w:tc>
          <w:tcPr>
            <w:tcW w:type="dxa" w:w="1439"/>
          </w:tcPr>
          <w:p>
            <w:pPr>
              <w:spacing w:after="20" w:before="20"/>
            </w:pPr>
            <w:r/>
            <w:r>
              <w:rPr>
                <w:rFonts w:ascii="Times New Roman" w:hAnsi="Times New Roman" w:eastAsia="宋体"/>
                <w:b w:val="0"/>
                <w:sz w:val="21"/>
              </w:rPr>
              <w:t>视觉传达设计</w:t>
            </w:r>
          </w:p>
        </w:tc>
      </w:tr>
      <w:tr>
        <w:tc>
          <w:tcPr>
            <w:tcW w:type="dxa" w:w="1439"/>
          </w:tcPr>
          <w:p>
            <w:pPr>
              <w:spacing w:after="20" w:before="20"/>
            </w:pPr>
            <w:r/>
            <w:r>
              <w:rPr>
                <w:rFonts w:ascii="Times New Roman" w:hAnsi="Times New Roman" w:eastAsia="宋体"/>
                <w:b w:val="0"/>
                <w:sz w:val="21"/>
              </w:rPr>
              <w:t>235</w:t>
            </w:r>
          </w:p>
        </w:tc>
        <w:tc>
          <w:tcPr>
            <w:tcW w:type="dxa" w:w="1439"/>
          </w:tcPr>
          <w:p>
            <w:pPr>
              <w:spacing w:after="20" w:before="20"/>
            </w:pPr>
            <w:r/>
            <w:r>
              <w:rPr>
                <w:rFonts w:ascii="Times New Roman" w:hAnsi="Times New Roman" w:eastAsia="宋体"/>
                <w:b w:val="0"/>
                <w:sz w:val="21"/>
              </w:rPr>
              <w:t>艺术设计学院</w:t>
            </w:r>
          </w:p>
        </w:tc>
        <w:tc>
          <w:tcPr>
            <w:tcW w:type="dxa" w:w="1439"/>
          </w:tcPr>
          <w:p>
            <w:pPr>
              <w:spacing w:after="20" w:before="20"/>
            </w:pPr>
            <w:r/>
            <w:r>
              <w:rPr>
                <w:rFonts w:ascii="Times New Roman" w:hAnsi="Times New Roman" w:eastAsia="宋体"/>
                <w:b w:val="0"/>
                <w:sz w:val="21"/>
              </w:rPr>
              <w:t>谌颖</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2212120223</w:t>
            </w:r>
          </w:p>
        </w:tc>
        <w:tc>
          <w:tcPr>
            <w:tcW w:type="dxa" w:w="1439"/>
          </w:tcPr>
          <w:p>
            <w:pPr>
              <w:spacing w:after="20" w:before="20"/>
            </w:pPr>
            <w:r/>
            <w:r>
              <w:rPr>
                <w:rFonts w:ascii="Times New Roman" w:hAnsi="Times New Roman" w:eastAsia="宋体"/>
                <w:b w:val="0"/>
                <w:sz w:val="21"/>
              </w:rPr>
              <w:t>视觉传达设计</w:t>
            </w:r>
          </w:p>
        </w:tc>
      </w:tr>
    </w:tbl>
    <w:p>
      <w:pPr>
        <w:spacing w:before="160" w:after="80" w:lineRule="auto" w:line="360"/>
        <w:jc w:val="left"/>
      </w:pPr>
      <w:r>
        <w:rPr>
          <w:rFonts w:ascii="Times New Roman" w:hAnsi="Times New Roman" w:eastAsia="宋体"/>
          <w:b/>
          <w:sz w:val="28"/>
        </w:rPr>
        <w:t>九、环境生态与生物工程学院（序号236—245，共10人）</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序号</w:t>
            </w:r>
          </w:p>
        </w:tc>
        <w:tc>
          <w:tcPr>
            <w:tcW w:type="dxa" w:w="1439"/>
          </w:tcPr>
          <w:p>
            <w:pPr>
              <w:spacing w:after="20" w:before="20"/>
            </w:pPr>
            <w:r/>
            <w:r>
              <w:rPr>
                <w:rFonts w:ascii="Times New Roman" w:hAnsi="Times New Roman" w:eastAsia="宋体"/>
                <w:b/>
                <w:sz w:val="21"/>
              </w:rPr>
              <w:t>推荐单位</w:t>
            </w:r>
          </w:p>
        </w:tc>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性别</w:t>
            </w:r>
          </w:p>
        </w:tc>
        <w:tc>
          <w:tcPr>
            <w:tcW w:type="dxa" w:w="1439"/>
          </w:tcPr>
          <w:p>
            <w:pPr>
              <w:spacing w:after="20" w:before="20"/>
            </w:pPr>
            <w:r/>
            <w:r>
              <w:rPr>
                <w:rFonts w:ascii="Times New Roman" w:hAnsi="Times New Roman" w:eastAsia="宋体"/>
                <w:b/>
                <w:sz w:val="21"/>
              </w:rPr>
              <w:t>学号</w:t>
            </w:r>
          </w:p>
        </w:tc>
        <w:tc>
          <w:tcPr>
            <w:tcW w:type="dxa" w:w="1439"/>
          </w:tcPr>
          <w:p>
            <w:pPr>
              <w:spacing w:after="20" w:before="20"/>
            </w:pPr>
            <w:r/>
            <w:r>
              <w:rPr>
                <w:rFonts w:ascii="Times New Roman" w:hAnsi="Times New Roman" w:eastAsia="宋体"/>
                <w:b/>
                <w:sz w:val="21"/>
              </w:rPr>
              <w:t>本科所学专业</w:t>
            </w:r>
          </w:p>
        </w:tc>
      </w:tr>
      <w:tr>
        <w:tc>
          <w:tcPr>
            <w:tcW w:type="dxa" w:w="1439"/>
          </w:tcPr>
          <w:p>
            <w:pPr>
              <w:spacing w:after="20" w:before="20"/>
            </w:pPr>
            <w:r/>
            <w:r>
              <w:rPr>
                <w:rFonts w:ascii="Times New Roman" w:hAnsi="Times New Roman" w:eastAsia="宋体"/>
                <w:b w:val="0"/>
                <w:sz w:val="21"/>
              </w:rPr>
              <w:t>236</w:t>
            </w:r>
          </w:p>
        </w:tc>
        <w:tc>
          <w:tcPr>
            <w:tcW w:type="dxa" w:w="1439"/>
          </w:tcPr>
          <w:p>
            <w:pPr>
              <w:spacing w:after="20" w:before="20"/>
            </w:pPr>
            <w:r/>
            <w:r>
              <w:rPr>
                <w:rFonts w:ascii="Times New Roman" w:hAnsi="Times New Roman" w:eastAsia="宋体"/>
                <w:b w:val="0"/>
                <w:sz w:val="21"/>
              </w:rPr>
              <w:t>环境生态与生物工程学院</w:t>
            </w:r>
          </w:p>
        </w:tc>
        <w:tc>
          <w:tcPr>
            <w:tcW w:type="dxa" w:w="1439"/>
          </w:tcPr>
          <w:p>
            <w:pPr>
              <w:spacing w:after="20" w:before="20"/>
            </w:pPr>
            <w:r/>
            <w:r>
              <w:rPr>
                <w:rFonts w:ascii="Times New Roman" w:hAnsi="Times New Roman" w:eastAsia="宋体"/>
                <w:b w:val="0"/>
                <w:sz w:val="21"/>
              </w:rPr>
              <w:t>龙彩云</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2216010217</w:t>
            </w:r>
          </w:p>
        </w:tc>
        <w:tc>
          <w:tcPr>
            <w:tcW w:type="dxa" w:w="1439"/>
          </w:tcPr>
          <w:p>
            <w:pPr>
              <w:spacing w:after="20" w:before="20"/>
            </w:pPr>
            <w:r/>
            <w:r>
              <w:rPr>
                <w:rFonts w:ascii="Times New Roman" w:hAnsi="Times New Roman" w:eastAsia="宋体"/>
                <w:b w:val="0"/>
                <w:sz w:val="21"/>
              </w:rPr>
              <w:t>食品科学与工程</w:t>
            </w:r>
          </w:p>
        </w:tc>
      </w:tr>
      <w:tr>
        <w:tc>
          <w:tcPr>
            <w:tcW w:type="dxa" w:w="1439"/>
          </w:tcPr>
          <w:p>
            <w:pPr>
              <w:spacing w:after="20" w:before="20"/>
            </w:pPr>
            <w:r/>
            <w:r>
              <w:rPr>
                <w:rFonts w:ascii="Times New Roman" w:hAnsi="Times New Roman" w:eastAsia="宋体"/>
                <w:b w:val="0"/>
                <w:sz w:val="21"/>
              </w:rPr>
              <w:t>237</w:t>
            </w:r>
          </w:p>
        </w:tc>
        <w:tc>
          <w:tcPr>
            <w:tcW w:type="dxa" w:w="1439"/>
          </w:tcPr>
          <w:p>
            <w:pPr>
              <w:spacing w:after="20" w:before="20"/>
            </w:pPr>
            <w:r/>
            <w:r>
              <w:rPr>
                <w:rFonts w:ascii="Times New Roman" w:hAnsi="Times New Roman" w:eastAsia="宋体"/>
                <w:b w:val="0"/>
                <w:sz w:val="21"/>
              </w:rPr>
              <w:t>环境生态与生物工程学院</w:t>
            </w:r>
          </w:p>
        </w:tc>
        <w:tc>
          <w:tcPr>
            <w:tcW w:type="dxa" w:w="1439"/>
          </w:tcPr>
          <w:p>
            <w:pPr>
              <w:spacing w:after="20" w:before="20"/>
            </w:pPr>
            <w:r/>
            <w:r>
              <w:rPr>
                <w:rFonts w:ascii="Times New Roman" w:hAnsi="Times New Roman" w:eastAsia="宋体"/>
                <w:b w:val="0"/>
                <w:sz w:val="21"/>
              </w:rPr>
              <w:t>欧阳馨怡</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2216010320</w:t>
            </w:r>
          </w:p>
        </w:tc>
        <w:tc>
          <w:tcPr>
            <w:tcW w:type="dxa" w:w="1439"/>
          </w:tcPr>
          <w:p>
            <w:pPr>
              <w:spacing w:after="20" w:before="20"/>
            </w:pPr>
            <w:r/>
            <w:r>
              <w:rPr>
                <w:rFonts w:ascii="Times New Roman" w:hAnsi="Times New Roman" w:eastAsia="宋体"/>
                <w:b w:val="0"/>
                <w:sz w:val="21"/>
              </w:rPr>
              <w:t>食品科学与工程</w:t>
            </w:r>
          </w:p>
        </w:tc>
      </w:tr>
      <w:tr>
        <w:tc>
          <w:tcPr>
            <w:tcW w:type="dxa" w:w="1439"/>
          </w:tcPr>
          <w:p>
            <w:pPr>
              <w:spacing w:after="20" w:before="20"/>
            </w:pPr>
            <w:r/>
            <w:r>
              <w:rPr>
                <w:rFonts w:ascii="Times New Roman" w:hAnsi="Times New Roman" w:eastAsia="宋体"/>
                <w:b w:val="0"/>
                <w:sz w:val="21"/>
              </w:rPr>
              <w:t>238</w:t>
            </w:r>
          </w:p>
        </w:tc>
        <w:tc>
          <w:tcPr>
            <w:tcW w:type="dxa" w:w="1439"/>
          </w:tcPr>
          <w:p>
            <w:pPr>
              <w:spacing w:after="20" w:before="20"/>
            </w:pPr>
            <w:r/>
            <w:r>
              <w:rPr>
                <w:rFonts w:ascii="Times New Roman" w:hAnsi="Times New Roman" w:eastAsia="宋体"/>
                <w:b w:val="0"/>
                <w:sz w:val="21"/>
              </w:rPr>
              <w:t>环境生态与生物工程学院</w:t>
            </w:r>
          </w:p>
        </w:tc>
        <w:tc>
          <w:tcPr>
            <w:tcW w:type="dxa" w:w="1439"/>
          </w:tcPr>
          <w:p>
            <w:pPr>
              <w:spacing w:after="20" w:before="20"/>
            </w:pPr>
            <w:r/>
            <w:r>
              <w:rPr>
                <w:rFonts w:ascii="Times New Roman" w:hAnsi="Times New Roman" w:eastAsia="宋体"/>
                <w:b w:val="0"/>
                <w:sz w:val="21"/>
              </w:rPr>
              <w:t>卢思羽</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2216010102</w:t>
            </w:r>
          </w:p>
        </w:tc>
        <w:tc>
          <w:tcPr>
            <w:tcW w:type="dxa" w:w="1439"/>
          </w:tcPr>
          <w:p>
            <w:pPr>
              <w:spacing w:after="20" w:before="20"/>
            </w:pPr>
            <w:r/>
            <w:r>
              <w:rPr>
                <w:rFonts w:ascii="Times New Roman" w:hAnsi="Times New Roman" w:eastAsia="宋体"/>
                <w:b w:val="0"/>
                <w:sz w:val="21"/>
              </w:rPr>
              <w:t>生物工程</w:t>
            </w:r>
          </w:p>
        </w:tc>
      </w:tr>
      <w:tr>
        <w:tc>
          <w:tcPr>
            <w:tcW w:type="dxa" w:w="1439"/>
          </w:tcPr>
          <w:p>
            <w:pPr>
              <w:spacing w:after="20" w:before="20"/>
            </w:pPr>
            <w:r/>
            <w:r>
              <w:rPr>
                <w:rFonts w:ascii="Times New Roman" w:hAnsi="Times New Roman" w:eastAsia="宋体"/>
                <w:b w:val="0"/>
                <w:sz w:val="21"/>
              </w:rPr>
              <w:t>239</w:t>
            </w:r>
          </w:p>
        </w:tc>
        <w:tc>
          <w:tcPr>
            <w:tcW w:type="dxa" w:w="1439"/>
          </w:tcPr>
          <w:p>
            <w:pPr>
              <w:spacing w:after="20" w:before="20"/>
            </w:pPr>
            <w:r/>
            <w:r>
              <w:rPr>
                <w:rFonts w:ascii="Times New Roman" w:hAnsi="Times New Roman" w:eastAsia="宋体"/>
                <w:b w:val="0"/>
                <w:sz w:val="21"/>
              </w:rPr>
              <w:t>环境生态与生物工程学院</w:t>
            </w:r>
          </w:p>
        </w:tc>
        <w:tc>
          <w:tcPr>
            <w:tcW w:type="dxa" w:w="1439"/>
          </w:tcPr>
          <w:p>
            <w:pPr>
              <w:spacing w:after="20" w:before="20"/>
            </w:pPr>
            <w:r/>
            <w:r>
              <w:rPr>
                <w:rFonts w:ascii="Times New Roman" w:hAnsi="Times New Roman" w:eastAsia="宋体"/>
                <w:b w:val="0"/>
                <w:sz w:val="21"/>
              </w:rPr>
              <w:t>杨舒颖</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2216010622</w:t>
            </w:r>
          </w:p>
        </w:tc>
        <w:tc>
          <w:tcPr>
            <w:tcW w:type="dxa" w:w="1439"/>
          </w:tcPr>
          <w:p>
            <w:pPr>
              <w:spacing w:after="20" w:before="20"/>
            </w:pPr>
            <w:r/>
            <w:r>
              <w:rPr>
                <w:rFonts w:ascii="Times New Roman" w:hAnsi="Times New Roman" w:eastAsia="宋体"/>
                <w:b w:val="0"/>
                <w:sz w:val="21"/>
              </w:rPr>
              <w:t>生物工程</w:t>
            </w:r>
          </w:p>
        </w:tc>
      </w:tr>
      <w:tr>
        <w:tc>
          <w:tcPr>
            <w:tcW w:type="dxa" w:w="1439"/>
          </w:tcPr>
          <w:p>
            <w:pPr>
              <w:spacing w:after="20" w:before="20"/>
            </w:pPr>
            <w:r/>
            <w:r>
              <w:rPr>
                <w:rFonts w:ascii="Times New Roman" w:hAnsi="Times New Roman" w:eastAsia="宋体"/>
                <w:b w:val="0"/>
                <w:sz w:val="21"/>
              </w:rPr>
              <w:t>240</w:t>
            </w:r>
          </w:p>
        </w:tc>
        <w:tc>
          <w:tcPr>
            <w:tcW w:type="dxa" w:w="1439"/>
          </w:tcPr>
          <w:p>
            <w:pPr>
              <w:spacing w:after="20" w:before="20"/>
            </w:pPr>
            <w:r/>
            <w:r>
              <w:rPr>
                <w:rFonts w:ascii="Times New Roman" w:hAnsi="Times New Roman" w:eastAsia="宋体"/>
                <w:b w:val="0"/>
                <w:sz w:val="21"/>
              </w:rPr>
              <w:t>环境生态与生物工程学院</w:t>
            </w:r>
          </w:p>
        </w:tc>
        <w:tc>
          <w:tcPr>
            <w:tcW w:type="dxa" w:w="1439"/>
          </w:tcPr>
          <w:p>
            <w:pPr>
              <w:spacing w:after="20" w:before="20"/>
            </w:pPr>
            <w:r/>
            <w:r>
              <w:rPr>
                <w:rFonts w:ascii="Times New Roman" w:hAnsi="Times New Roman" w:eastAsia="宋体"/>
                <w:b w:val="0"/>
                <w:sz w:val="21"/>
              </w:rPr>
              <w:t>刘梦琳</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2216010417</w:t>
            </w:r>
          </w:p>
        </w:tc>
        <w:tc>
          <w:tcPr>
            <w:tcW w:type="dxa" w:w="1439"/>
          </w:tcPr>
          <w:p>
            <w:pPr>
              <w:spacing w:after="20" w:before="20"/>
            </w:pPr>
            <w:r/>
            <w:r>
              <w:rPr>
                <w:rFonts w:ascii="Times New Roman" w:hAnsi="Times New Roman" w:eastAsia="宋体"/>
                <w:b w:val="0"/>
                <w:sz w:val="21"/>
              </w:rPr>
              <w:t>环境科学</w:t>
            </w:r>
          </w:p>
        </w:tc>
      </w:tr>
      <w:tr>
        <w:tc>
          <w:tcPr>
            <w:tcW w:type="dxa" w:w="1439"/>
          </w:tcPr>
          <w:p>
            <w:pPr>
              <w:spacing w:after="20" w:before="20"/>
            </w:pPr>
            <w:r/>
            <w:r>
              <w:rPr>
                <w:rFonts w:ascii="Times New Roman" w:hAnsi="Times New Roman" w:eastAsia="宋体"/>
                <w:b w:val="0"/>
                <w:sz w:val="21"/>
              </w:rPr>
              <w:t>241</w:t>
            </w:r>
          </w:p>
        </w:tc>
        <w:tc>
          <w:tcPr>
            <w:tcW w:type="dxa" w:w="1439"/>
          </w:tcPr>
          <w:p>
            <w:pPr>
              <w:spacing w:after="20" w:before="20"/>
            </w:pPr>
            <w:r/>
            <w:r>
              <w:rPr>
                <w:rFonts w:ascii="Times New Roman" w:hAnsi="Times New Roman" w:eastAsia="宋体"/>
                <w:b w:val="0"/>
                <w:sz w:val="21"/>
              </w:rPr>
              <w:t>环境生态与生物工程学院</w:t>
            </w:r>
          </w:p>
        </w:tc>
        <w:tc>
          <w:tcPr>
            <w:tcW w:type="dxa" w:w="1439"/>
          </w:tcPr>
          <w:p>
            <w:pPr>
              <w:spacing w:after="20" w:before="20"/>
            </w:pPr>
            <w:r/>
            <w:r>
              <w:rPr>
                <w:rFonts w:ascii="Times New Roman" w:hAnsi="Times New Roman" w:eastAsia="宋体"/>
                <w:b w:val="0"/>
                <w:sz w:val="21"/>
              </w:rPr>
              <w:t>徐曦婷</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2216010416</w:t>
            </w:r>
          </w:p>
        </w:tc>
        <w:tc>
          <w:tcPr>
            <w:tcW w:type="dxa" w:w="1439"/>
          </w:tcPr>
          <w:p>
            <w:pPr>
              <w:spacing w:after="20" w:before="20"/>
            </w:pPr>
            <w:r/>
            <w:r>
              <w:rPr>
                <w:rFonts w:ascii="Times New Roman" w:hAnsi="Times New Roman" w:eastAsia="宋体"/>
                <w:b w:val="0"/>
                <w:sz w:val="21"/>
              </w:rPr>
              <w:t>环境科学</w:t>
            </w:r>
          </w:p>
        </w:tc>
      </w:tr>
      <w:tr>
        <w:tc>
          <w:tcPr>
            <w:tcW w:type="dxa" w:w="1439"/>
          </w:tcPr>
          <w:p>
            <w:pPr>
              <w:spacing w:after="20" w:before="20"/>
            </w:pPr>
            <w:r/>
            <w:r>
              <w:rPr>
                <w:rFonts w:ascii="Times New Roman" w:hAnsi="Times New Roman" w:eastAsia="宋体"/>
                <w:b w:val="0"/>
                <w:sz w:val="21"/>
              </w:rPr>
              <w:t>242</w:t>
            </w:r>
          </w:p>
        </w:tc>
        <w:tc>
          <w:tcPr>
            <w:tcW w:type="dxa" w:w="1439"/>
          </w:tcPr>
          <w:p>
            <w:pPr>
              <w:spacing w:after="20" w:before="20"/>
            </w:pPr>
            <w:r/>
            <w:r>
              <w:rPr>
                <w:rFonts w:ascii="Times New Roman" w:hAnsi="Times New Roman" w:eastAsia="宋体"/>
                <w:b w:val="0"/>
                <w:sz w:val="21"/>
              </w:rPr>
              <w:t>环境生态与生物工程学院</w:t>
            </w:r>
          </w:p>
        </w:tc>
        <w:tc>
          <w:tcPr>
            <w:tcW w:type="dxa" w:w="1439"/>
          </w:tcPr>
          <w:p>
            <w:pPr>
              <w:spacing w:after="20" w:before="20"/>
            </w:pPr>
            <w:r/>
            <w:r>
              <w:rPr>
                <w:rFonts w:ascii="Times New Roman" w:hAnsi="Times New Roman" w:eastAsia="宋体"/>
                <w:b w:val="0"/>
                <w:sz w:val="21"/>
              </w:rPr>
              <w:t>阮洋</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2216010516</w:t>
            </w:r>
          </w:p>
        </w:tc>
        <w:tc>
          <w:tcPr>
            <w:tcW w:type="dxa" w:w="1439"/>
          </w:tcPr>
          <w:p>
            <w:pPr>
              <w:spacing w:after="20" w:before="20"/>
            </w:pPr>
            <w:r/>
            <w:r>
              <w:rPr>
                <w:rFonts w:ascii="Times New Roman" w:hAnsi="Times New Roman" w:eastAsia="宋体"/>
                <w:b w:val="0"/>
                <w:sz w:val="21"/>
              </w:rPr>
              <w:t>环境科学</w:t>
            </w:r>
          </w:p>
        </w:tc>
      </w:tr>
      <w:tr>
        <w:tc>
          <w:tcPr>
            <w:tcW w:type="dxa" w:w="1439"/>
          </w:tcPr>
          <w:p>
            <w:pPr>
              <w:spacing w:after="20" w:before="20"/>
            </w:pPr>
            <w:r/>
            <w:r>
              <w:rPr>
                <w:rFonts w:ascii="Times New Roman" w:hAnsi="Times New Roman" w:eastAsia="宋体"/>
                <w:b w:val="0"/>
                <w:sz w:val="21"/>
              </w:rPr>
              <w:t>243</w:t>
            </w:r>
          </w:p>
        </w:tc>
        <w:tc>
          <w:tcPr>
            <w:tcW w:type="dxa" w:w="1439"/>
          </w:tcPr>
          <w:p>
            <w:pPr>
              <w:spacing w:after="20" w:before="20"/>
            </w:pPr>
            <w:r/>
            <w:r>
              <w:rPr>
                <w:rFonts w:ascii="Times New Roman" w:hAnsi="Times New Roman" w:eastAsia="宋体"/>
                <w:b w:val="0"/>
                <w:sz w:val="21"/>
              </w:rPr>
              <w:t>环境生态与生物工程学院</w:t>
            </w:r>
          </w:p>
        </w:tc>
        <w:tc>
          <w:tcPr>
            <w:tcW w:type="dxa" w:w="1439"/>
          </w:tcPr>
          <w:p>
            <w:pPr>
              <w:spacing w:after="20" w:before="20"/>
            </w:pPr>
            <w:r/>
            <w:r>
              <w:rPr>
                <w:rFonts w:ascii="Times New Roman" w:hAnsi="Times New Roman" w:eastAsia="宋体"/>
                <w:b w:val="0"/>
                <w:sz w:val="21"/>
              </w:rPr>
              <w:t>田娇阳</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2216010523</w:t>
            </w:r>
          </w:p>
        </w:tc>
        <w:tc>
          <w:tcPr>
            <w:tcW w:type="dxa" w:w="1439"/>
          </w:tcPr>
          <w:p>
            <w:pPr>
              <w:spacing w:after="20" w:before="20"/>
            </w:pPr>
            <w:r/>
            <w:r>
              <w:rPr>
                <w:rFonts w:ascii="Times New Roman" w:hAnsi="Times New Roman" w:eastAsia="宋体"/>
                <w:b w:val="0"/>
                <w:sz w:val="21"/>
              </w:rPr>
              <w:t>生物技术</w:t>
            </w:r>
          </w:p>
        </w:tc>
      </w:tr>
      <w:tr>
        <w:tc>
          <w:tcPr>
            <w:tcW w:type="dxa" w:w="1439"/>
          </w:tcPr>
          <w:p>
            <w:pPr>
              <w:spacing w:after="20" w:before="20"/>
            </w:pPr>
            <w:r/>
            <w:r>
              <w:rPr>
                <w:rFonts w:ascii="Times New Roman" w:hAnsi="Times New Roman" w:eastAsia="宋体"/>
                <w:b w:val="0"/>
                <w:sz w:val="21"/>
              </w:rPr>
              <w:t>244</w:t>
            </w:r>
          </w:p>
        </w:tc>
        <w:tc>
          <w:tcPr>
            <w:tcW w:type="dxa" w:w="1439"/>
          </w:tcPr>
          <w:p>
            <w:pPr>
              <w:spacing w:after="20" w:before="20"/>
            </w:pPr>
            <w:r/>
            <w:r>
              <w:rPr>
                <w:rFonts w:ascii="Times New Roman" w:hAnsi="Times New Roman" w:eastAsia="宋体"/>
                <w:b w:val="0"/>
                <w:sz w:val="21"/>
              </w:rPr>
              <w:t>环境生态与生物工程学院</w:t>
            </w:r>
          </w:p>
        </w:tc>
        <w:tc>
          <w:tcPr>
            <w:tcW w:type="dxa" w:w="1439"/>
          </w:tcPr>
          <w:p>
            <w:pPr>
              <w:spacing w:after="20" w:before="20"/>
            </w:pPr>
            <w:r/>
            <w:r>
              <w:rPr>
                <w:rFonts w:ascii="Times New Roman" w:hAnsi="Times New Roman" w:eastAsia="宋体"/>
                <w:b w:val="0"/>
                <w:sz w:val="21"/>
              </w:rPr>
              <w:t>吴蕊辰</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2216010118</w:t>
            </w:r>
          </w:p>
        </w:tc>
        <w:tc>
          <w:tcPr>
            <w:tcW w:type="dxa" w:w="1439"/>
          </w:tcPr>
          <w:p>
            <w:pPr>
              <w:spacing w:after="20" w:before="20"/>
            </w:pPr>
            <w:r/>
            <w:r>
              <w:rPr>
                <w:rFonts w:ascii="Times New Roman" w:hAnsi="Times New Roman" w:eastAsia="宋体"/>
                <w:b w:val="0"/>
                <w:sz w:val="21"/>
              </w:rPr>
              <w:t>生物技术</w:t>
            </w:r>
          </w:p>
        </w:tc>
      </w:tr>
      <w:tr>
        <w:tc>
          <w:tcPr>
            <w:tcW w:type="dxa" w:w="1439"/>
          </w:tcPr>
          <w:p>
            <w:pPr>
              <w:spacing w:after="20" w:before="20"/>
            </w:pPr>
            <w:r/>
            <w:r>
              <w:rPr>
                <w:rFonts w:ascii="Times New Roman" w:hAnsi="Times New Roman" w:eastAsia="宋体"/>
                <w:b w:val="0"/>
                <w:sz w:val="21"/>
              </w:rPr>
              <w:t>245</w:t>
            </w:r>
          </w:p>
        </w:tc>
        <w:tc>
          <w:tcPr>
            <w:tcW w:type="dxa" w:w="1439"/>
          </w:tcPr>
          <w:p>
            <w:pPr>
              <w:spacing w:after="20" w:before="20"/>
            </w:pPr>
            <w:r/>
            <w:r>
              <w:rPr>
                <w:rFonts w:ascii="Times New Roman" w:hAnsi="Times New Roman" w:eastAsia="宋体"/>
                <w:b w:val="0"/>
                <w:sz w:val="21"/>
              </w:rPr>
              <w:t>环境生态与生物工程学院</w:t>
            </w:r>
          </w:p>
        </w:tc>
        <w:tc>
          <w:tcPr>
            <w:tcW w:type="dxa" w:w="1439"/>
          </w:tcPr>
          <w:p>
            <w:pPr>
              <w:spacing w:after="20" w:before="20"/>
            </w:pPr>
            <w:r/>
            <w:r>
              <w:rPr>
                <w:rFonts w:ascii="Times New Roman" w:hAnsi="Times New Roman" w:eastAsia="宋体"/>
                <w:b w:val="0"/>
                <w:sz w:val="21"/>
              </w:rPr>
              <w:t>陈宇杉</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2216010604</w:t>
            </w:r>
          </w:p>
        </w:tc>
        <w:tc>
          <w:tcPr>
            <w:tcW w:type="dxa" w:w="1439"/>
          </w:tcPr>
          <w:p>
            <w:pPr>
              <w:spacing w:after="20" w:before="20"/>
            </w:pPr>
            <w:r/>
            <w:r>
              <w:rPr>
                <w:rFonts w:ascii="Times New Roman" w:hAnsi="Times New Roman" w:eastAsia="宋体"/>
                <w:b w:val="0"/>
                <w:sz w:val="21"/>
              </w:rPr>
              <w:t>生物技术</w:t>
            </w:r>
          </w:p>
        </w:tc>
      </w:tr>
    </w:tbl>
    <w:p>
      <w:pPr>
        <w:spacing w:before="160" w:after="80" w:lineRule="auto" w:line="360"/>
        <w:jc w:val="left"/>
      </w:pPr>
      <w:r>
        <w:rPr>
          <w:rFonts w:ascii="Times New Roman" w:hAnsi="Times New Roman" w:eastAsia="宋体"/>
          <w:b/>
          <w:sz w:val="28"/>
        </w:rPr>
        <w:t>十、资源与安全工程学院（序号246—256，共11人）</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序号</w:t>
            </w:r>
          </w:p>
        </w:tc>
        <w:tc>
          <w:tcPr>
            <w:tcW w:type="dxa" w:w="1439"/>
          </w:tcPr>
          <w:p>
            <w:pPr>
              <w:spacing w:after="20" w:before="20"/>
            </w:pPr>
            <w:r/>
            <w:r>
              <w:rPr>
                <w:rFonts w:ascii="Times New Roman" w:hAnsi="Times New Roman" w:eastAsia="宋体"/>
                <w:b/>
                <w:sz w:val="21"/>
              </w:rPr>
              <w:t>推荐单位</w:t>
            </w:r>
          </w:p>
        </w:tc>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性别</w:t>
            </w:r>
          </w:p>
        </w:tc>
        <w:tc>
          <w:tcPr>
            <w:tcW w:type="dxa" w:w="1439"/>
          </w:tcPr>
          <w:p>
            <w:pPr>
              <w:spacing w:after="20" w:before="20"/>
            </w:pPr>
            <w:r/>
            <w:r>
              <w:rPr>
                <w:rFonts w:ascii="Times New Roman" w:hAnsi="Times New Roman" w:eastAsia="宋体"/>
                <w:b/>
                <w:sz w:val="21"/>
              </w:rPr>
              <w:t>学号</w:t>
            </w:r>
          </w:p>
        </w:tc>
        <w:tc>
          <w:tcPr>
            <w:tcW w:type="dxa" w:w="1439"/>
          </w:tcPr>
          <w:p>
            <w:pPr>
              <w:spacing w:after="20" w:before="20"/>
            </w:pPr>
            <w:r/>
            <w:r>
              <w:rPr>
                <w:rFonts w:ascii="Times New Roman" w:hAnsi="Times New Roman" w:eastAsia="宋体"/>
                <w:b/>
                <w:sz w:val="21"/>
              </w:rPr>
              <w:t>本科所学专业</w:t>
            </w:r>
          </w:p>
        </w:tc>
      </w:tr>
      <w:tr>
        <w:tc>
          <w:tcPr>
            <w:tcW w:type="dxa" w:w="1439"/>
          </w:tcPr>
          <w:p>
            <w:pPr>
              <w:spacing w:after="20" w:before="20"/>
            </w:pPr>
            <w:r/>
            <w:r>
              <w:rPr>
                <w:rFonts w:ascii="Times New Roman" w:hAnsi="Times New Roman" w:eastAsia="宋体"/>
                <w:b w:val="0"/>
                <w:sz w:val="21"/>
              </w:rPr>
              <w:t>246</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张鹏博</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2217070123</w:t>
            </w:r>
          </w:p>
        </w:tc>
        <w:tc>
          <w:tcPr>
            <w:tcW w:type="dxa" w:w="1439"/>
          </w:tcPr>
          <w:p>
            <w:pPr>
              <w:spacing w:after="20" w:before="20"/>
            </w:pPr>
            <w:r/>
            <w:r>
              <w:rPr>
                <w:rFonts w:ascii="Times New Roman" w:hAnsi="Times New Roman" w:eastAsia="宋体"/>
                <w:b w:val="0"/>
                <w:sz w:val="21"/>
              </w:rPr>
              <w:t>矿物加工工程（卓越计划）</w:t>
            </w:r>
          </w:p>
        </w:tc>
      </w:tr>
      <w:tr>
        <w:tc>
          <w:tcPr>
            <w:tcW w:type="dxa" w:w="1439"/>
          </w:tcPr>
          <w:p>
            <w:pPr>
              <w:spacing w:after="20" w:before="20"/>
            </w:pPr>
            <w:r/>
            <w:r>
              <w:rPr>
                <w:rFonts w:ascii="Times New Roman" w:hAnsi="Times New Roman" w:eastAsia="宋体"/>
                <w:b w:val="0"/>
                <w:sz w:val="21"/>
              </w:rPr>
              <w:t>247</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朱美龄</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2217060118</w:t>
            </w:r>
          </w:p>
        </w:tc>
        <w:tc>
          <w:tcPr>
            <w:tcW w:type="dxa" w:w="1439"/>
          </w:tcPr>
          <w:p>
            <w:pPr>
              <w:spacing w:after="20" w:before="20"/>
            </w:pPr>
            <w:r/>
            <w:r>
              <w:rPr>
                <w:rFonts w:ascii="Times New Roman" w:hAnsi="Times New Roman" w:eastAsia="宋体"/>
                <w:b w:val="0"/>
                <w:sz w:val="21"/>
              </w:rPr>
              <w:t>应急技术与管理</w:t>
            </w:r>
          </w:p>
        </w:tc>
      </w:tr>
      <w:tr>
        <w:tc>
          <w:tcPr>
            <w:tcW w:type="dxa" w:w="1439"/>
          </w:tcPr>
          <w:p>
            <w:pPr>
              <w:spacing w:after="20" w:before="20"/>
            </w:pPr>
            <w:r/>
            <w:r>
              <w:rPr>
                <w:rFonts w:ascii="Times New Roman" w:hAnsi="Times New Roman" w:eastAsia="宋体"/>
                <w:b w:val="0"/>
                <w:sz w:val="21"/>
              </w:rPr>
              <w:t>248</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崔淼森</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2217080124</w:t>
            </w:r>
          </w:p>
        </w:tc>
        <w:tc>
          <w:tcPr>
            <w:tcW w:type="dxa" w:w="1439"/>
          </w:tcPr>
          <w:p>
            <w:pPr>
              <w:spacing w:after="20" w:before="20"/>
            </w:pPr>
            <w:r/>
            <w:r>
              <w:rPr>
                <w:rFonts w:ascii="Times New Roman" w:hAnsi="Times New Roman" w:eastAsia="宋体"/>
                <w:b w:val="0"/>
                <w:sz w:val="21"/>
              </w:rPr>
              <w:t>采矿工程</w:t>
            </w:r>
          </w:p>
        </w:tc>
      </w:tr>
      <w:tr>
        <w:tc>
          <w:tcPr>
            <w:tcW w:type="dxa" w:w="1439"/>
          </w:tcPr>
          <w:p>
            <w:pPr>
              <w:spacing w:after="20" w:before="20"/>
            </w:pPr>
            <w:r/>
            <w:r>
              <w:rPr>
                <w:rFonts w:ascii="Times New Roman" w:hAnsi="Times New Roman" w:eastAsia="宋体"/>
                <w:b w:val="0"/>
                <w:sz w:val="21"/>
              </w:rPr>
              <w:t>249</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叶谦</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2217080101</w:t>
            </w:r>
          </w:p>
        </w:tc>
        <w:tc>
          <w:tcPr>
            <w:tcW w:type="dxa" w:w="1439"/>
          </w:tcPr>
          <w:p>
            <w:pPr>
              <w:spacing w:after="20" w:before="20"/>
            </w:pPr>
            <w:r/>
            <w:r>
              <w:rPr>
                <w:rFonts w:ascii="Times New Roman" w:hAnsi="Times New Roman" w:eastAsia="宋体"/>
                <w:b w:val="0"/>
                <w:sz w:val="21"/>
              </w:rPr>
              <w:t>采矿工程</w:t>
            </w:r>
          </w:p>
        </w:tc>
      </w:tr>
      <w:tr>
        <w:tc>
          <w:tcPr>
            <w:tcW w:type="dxa" w:w="1439"/>
          </w:tcPr>
          <w:p>
            <w:pPr>
              <w:spacing w:after="20" w:before="20"/>
            </w:pPr>
            <w:r/>
            <w:r>
              <w:rPr>
                <w:rFonts w:ascii="Times New Roman" w:hAnsi="Times New Roman" w:eastAsia="宋体"/>
                <w:b w:val="0"/>
                <w:sz w:val="21"/>
              </w:rPr>
              <w:t>250</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王涵</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2217030228</w:t>
            </w:r>
          </w:p>
        </w:tc>
        <w:tc>
          <w:tcPr>
            <w:tcW w:type="dxa" w:w="1439"/>
          </w:tcPr>
          <w:p>
            <w:pPr>
              <w:spacing w:after="20" w:before="20"/>
            </w:pPr>
            <w:r/>
            <w:r>
              <w:rPr>
                <w:rFonts w:ascii="Times New Roman" w:hAnsi="Times New Roman" w:eastAsia="宋体"/>
                <w:b w:val="0"/>
                <w:sz w:val="21"/>
              </w:rPr>
              <w:t>安全工程</w:t>
            </w:r>
          </w:p>
        </w:tc>
      </w:tr>
      <w:tr>
        <w:tc>
          <w:tcPr>
            <w:tcW w:type="dxa" w:w="1439"/>
          </w:tcPr>
          <w:p>
            <w:pPr>
              <w:spacing w:after="20" w:before="20"/>
            </w:pPr>
            <w:r/>
            <w:r>
              <w:rPr>
                <w:rFonts w:ascii="Times New Roman" w:hAnsi="Times New Roman" w:eastAsia="宋体"/>
                <w:b w:val="0"/>
                <w:sz w:val="21"/>
              </w:rPr>
              <w:t>251</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蔡航飞</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2217030113</w:t>
            </w:r>
          </w:p>
        </w:tc>
        <w:tc>
          <w:tcPr>
            <w:tcW w:type="dxa" w:w="1439"/>
          </w:tcPr>
          <w:p>
            <w:pPr>
              <w:spacing w:after="20" w:before="20"/>
            </w:pPr>
            <w:r/>
            <w:r>
              <w:rPr>
                <w:rFonts w:ascii="Times New Roman" w:hAnsi="Times New Roman" w:eastAsia="宋体"/>
                <w:b w:val="0"/>
                <w:sz w:val="21"/>
              </w:rPr>
              <w:t>安全工程</w:t>
            </w:r>
          </w:p>
        </w:tc>
      </w:tr>
      <w:tr>
        <w:tc>
          <w:tcPr>
            <w:tcW w:type="dxa" w:w="1439"/>
          </w:tcPr>
          <w:p>
            <w:pPr>
              <w:spacing w:after="20" w:before="20"/>
            </w:pPr>
            <w:r/>
            <w:r>
              <w:rPr>
                <w:rFonts w:ascii="Times New Roman" w:hAnsi="Times New Roman" w:eastAsia="宋体"/>
                <w:b w:val="0"/>
                <w:sz w:val="21"/>
              </w:rPr>
              <w:t>252</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柯可</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2217030108</w:t>
            </w:r>
          </w:p>
        </w:tc>
        <w:tc>
          <w:tcPr>
            <w:tcW w:type="dxa" w:w="1439"/>
          </w:tcPr>
          <w:p>
            <w:pPr>
              <w:spacing w:after="20" w:before="20"/>
            </w:pPr>
            <w:r/>
            <w:r>
              <w:rPr>
                <w:rFonts w:ascii="Times New Roman" w:hAnsi="Times New Roman" w:eastAsia="宋体"/>
                <w:b w:val="0"/>
                <w:sz w:val="21"/>
              </w:rPr>
              <w:t>安全工程</w:t>
            </w:r>
          </w:p>
        </w:tc>
      </w:tr>
      <w:tr>
        <w:tc>
          <w:tcPr>
            <w:tcW w:type="dxa" w:w="1439"/>
          </w:tcPr>
          <w:p>
            <w:pPr>
              <w:spacing w:after="20" w:before="20"/>
            </w:pPr>
            <w:r/>
            <w:r>
              <w:rPr>
                <w:rFonts w:ascii="Times New Roman" w:hAnsi="Times New Roman" w:eastAsia="宋体"/>
                <w:b w:val="0"/>
                <w:sz w:val="21"/>
              </w:rPr>
              <w:t>253</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黄欢欢</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2217050117</w:t>
            </w:r>
          </w:p>
        </w:tc>
        <w:tc>
          <w:tcPr>
            <w:tcW w:type="dxa" w:w="1439"/>
          </w:tcPr>
          <w:p>
            <w:pPr>
              <w:spacing w:after="20" w:before="20"/>
            </w:pPr>
            <w:r/>
            <w:r>
              <w:rPr>
                <w:rFonts w:ascii="Times New Roman" w:hAnsi="Times New Roman" w:eastAsia="宋体"/>
                <w:b w:val="0"/>
                <w:sz w:val="21"/>
              </w:rPr>
              <w:t>资源循环科学与工程</w:t>
            </w:r>
          </w:p>
        </w:tc>
      </w:tr>
      <w:tr>
        <w:tc>
          <w:tcPr>
            <w:tcW w:type="dxa" w:w="1439"/>
          </w:tcPr>
          <w:p>
            <w:pPr>
              <w:spacing w:after="20" w:before="20"/>
            </w:pPr>
            <w:r/>
            <w:r>
              <w:rPr>
                <w:rFonts w:ascii="Times New Roman" w:hAnsi="Times New Roman" w:eastAsia="宋体"/>
                <w:b w:val="0"/>
                <w:sz w:val="21"/>
              </w:rPr>
              <w:t>254</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程颖</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2217050101</w:t>
            </w:r>
          </w:p>
        </w:tc>
        <w:tc>
          <w:tcPr>
            <w:tcW w:type="dxa" w:w="1439"/>
          </w:tcPr>
          <w:p>
            <w:pPr>
              <w:spacing w:after="20" w:before="20"/>
            </w:pPr>
            <w:r/>
            <w:r>
              <w:rPr>
                <w:rFonts w:ascii="Times New Roman" w:hAnsi="Times New Roman" w:eastAsia="宋体"/>
                <w:b w:val="0"/>
                <w:sz w:val="21"/>
              </w:rPr>
              <w:t>资源循环科学与工程</w:t>
            </w:r>
          </w:p>
        </w:tc>
      </w:tr>
      <w:tr>
        <w:tc>
          <w:tcPr>
            <w:tcW w:type="dxa" w:w="1439"/>
          </w:tcPr>
          <w:p>
            <w:pPr>
              <w:spacing w:after="20" w:before="20"/>
            </w:pPr>
            <w:r/>
            <w:r>
              <w:rPr>
                <w:rFonts w:ascii="Times New Roman" w:hAnsi="Times New Roman" w:eastAsia="宋体"/>
                <w:b w:val="0"/>
                <w:sz w:val="21"/>
              </w:rPr>
              <w:t>255</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张浪</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2217030121</w:t>
            </w:r>
          </w:p>
        </w:tc>
        <w:tc>
          <w:tcPr>
            <w:tcW w:type="dxa" w:w="1439"/>
          </w:tcPr>
          <w:p>
            <w:pPr>
              <w:spacing w:after="20" w:before="20"/>
            </w:pPr>
            <w:r/>
            <w:r>
              <w:rPr>
                <w:rFonts w:ascii="Times New Roman" w:hAnsi="Times New Roman" w:eastAsia="宋体"/>
                <w:b w:val="0"/>
                <w:sz w:val="21"/>
              </w:rPr>
              <w:t>安全工程</w:t>
            </w:r>
          </w:p>
        </w:tc>
      </w:tr>
      <w:tr>
        <w:tc>
          <w:tcPr>
            <w:tcW w:type="dxa" w:w="1439"/>
          </w:tcPr>
          <w:p>
            <w:pPr>
              <w:spacing w:after="20" w:before="20"/>
            </w:pPr>
            <w:r/>
            <w:r>
              <w:rPr>
                <w:rFonts w:ascii="Times New Roman" w:hAnsi="Times New Roman" w:eastAsia="宋体"/>
                <w:b w:val="0"/>
                <w:sz w:val="21"/>
              </w:rPr>
              <w:t>256</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王金铭</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2217030112</w:t>
            </w:r>
          </w:p>
        </w:tc>
        <w:tc>
          <w:tcPr>
            <w:tcW w:type="dxa" w:w="1439"/>
          </w:tcPr>
          <w:p>
            <w:pPr>
              <w:spacing w:after="20" w:before="20"/>
            </w:pPr>
            <w:r/>
            <w:r>
              <w:rPr>
                <w:rFonts w:ascii="Times New Roman" w:hAnsi="Times New Roman" w:eastAsia="宋体"/>
                <w:b w:val="0"/>
                <w:sz w:val="21"/>
              </w:rPr>
              <w:t>安全工程</w:t>
            </w:r>
          </w:p>
        </w:tc>
      </w:tr>
    </w:tbl>
    <w:p>
      <w:pPr>
        <w:spacing w:before="160" w:after="80" w:lineRule="auto" w:line="360"/>
        <w:jc w:val="left"/>
      </w:pPr>
      <w:r>
        <w:rPr>
          <w:rFonts w:ascii="Times New Roman" w:hAnsi="Times New Roman" w:eastAsia="宋体"/>
          <w:b/>
          <w:sz w:val="28"/>
        </w:rPr>
        <w:t>九、校团委（序号257—259，共3人）</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序号</w:t>
            </w:r>
          </w:p>
        </w:tc>
        <w:tc>
          <w:tcPr>
            <w:tcW w:type="dxa" w:w="1439"/>
          </w:tcPr>
          <w:p>
            <w:pPr>
              <w:spacing w:after="20" w:before="20"/>
            </w:pPr>
            <w:r/>
            <w:r>
              <w:rPr>
                <w:rFonts w:ascii="Times New Roman" w:hAnsi="Times New Roman" w:eastAsia="宋体"/>
                <w:b/>
                <w:sz w:val="21"/>
              </w:rPr>
              <w:t>推荐单位</w:t>
            </w:r>
          </w:p>
        </w:tc>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性别</w:t>
            </w:r>
          </w:p>
        </w:tc>
        <w:tc>
          <w:tcPr>
            <w:tcW w:type="dxa" w:w="1439"/>
          </w:tcPr>
          <w:p>
            <w:pPr>
              <w:spacing w:after="20" w:before="20"/>
            </w:pPr>
            <w:r/>
            <w:r>
              <w:rPr>
                <w:rFonts w:ascii="Times New Roman" w:hAnsi="Times New Roman" w:eastAsia="宋体"/>
                <w:b/>
                <w:sz w:val="21"/>
              </w:rPr>
              <w:t>学号</w:t>
            </w:r>
          </w:p>
        </w:tc>
        <w:tc>
          <w:tcPr>
            <w:tcW w:type="dxa" w:w="1439"/>
          </w:tcPr>
          <w:p>
            <w:pPr>
              <w:spacing w:after="20" w:before="20"/>
            </w:pPr>
            <w:r/>
            <w:r>
              <w:rPr>
                <w:rFonts w:ascii="Times New Roman" w:hAnsi="Times New Roman" w:eastAsia="宋体"/>
                <w:b/>
                <w:sz w:val="21"/>
              </w:rPr>
              <w:t>本科所学专业</w:t>
            </w:r>
          </w:p>
        </w:tc>
      </w:tr>
      <w:tr>
        <w:tc>
          <w:tcPr>
            <w:tcW w:type="dxa" w:w="1439"/>
          </w:tcPr>
          <w:p>
            <w:pPr>
              <w:spacing w:after="20" w:before="20"/>
            </w:pPr>
            <w:r/>
            <w:r>
              <w:rPr>
                <w:rFonts w:ascii="Times New Roman" w:hAnsi="Times New Roman" w:eastAsia="宋体"/>
                <w:b w:val="0"/>
                <w:sz w:val="21"/>
              </w:rPr>
              <w:t>257</w:t>
            </w:r>
          </w:p>
        </w:tc>
        <w:tc>
          <w:tcPr>
            <w:tcW w:type="dxa" w:w="1439"/>
          </w:tcPr>
          <w:p>
            <w:pPr>
              <w:spacing w:after="20" w:before="20"/>
            </w:pPr>
            <w:r/>
            <w:r>
              <w:rPr>
                <w:rFonts w:ascii="Times New Roman" w:hAnsi="Times New Roman" w:eastAsia="宋体"/>
                <w:b w:val="0"/>
                <w:sz w:val="21"/>
              </w:rPr>
              <w:t>校团委</w:t>
            </w:r>
          </w:p>
        </w:tc>
        <w:tc>
          <w:tcPr>
            <w:tcW w:type="dxa" w:w="1439"/>
          </w:tcPr>
          <w:p>
            <w:pPr>
              <w:spacing w:after="20" w:before="20"/>
            </w:pPr>
            <w:r/>
            <w:r>
              <w:rPr>
                <w:rFonts w:ascii="Times New Roman" w:hAnsi="Times New Roman" w:eastAsia="宋体"/>
                <w:b w:val="0"/>
                <w:sz w:val="21"/>
              </w:rPr>
              <w:t>靳念安</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本段为武汉工程大学2026年推荐优秀应届本科毕业生免试攻读硕士学位研究生名单的第15页（共15页），共列出7名推免生，涉及资源与安全工程学院和校团委两个推荐单位。</w:t>
      </w:r>
    </w:p>
    <w:p>
      <w:pPr>
        <w:spacing w:before="160" w:after="80" w:lineRule="auto" w:line="360"/>
        <w:jc w:val="left"/>
      </w:pPr>
      <w:r>
        <w:rPr>
          <w:rFonts w:ascii="Times New Roman" w:hAnsi="Times New Roman" w:eastAsia="宋体"/>
          <w:b/>
          <w:sz w:val="28"/>
        </w:rPr>
        <w:t>三、资源与安全工程学院（4人）</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序号</w:t>
            </w:r>
          </w:p>
        </w:tc>
        <w:tc>
          <w:tcPr>
            <w:tcW w:type="dxa" w:w="1439"/>
          </w:tcPr>
          <w:p>
            <w:pPr>
              <w:spacing w:after="20" w:before="20"/>
            </w:pPr>
            <w:r/>
            <w:r>
              <w:rPr>
                <w:rFonts w:ascii="Times New Roman" w:hAnsi="Times New Roman" w:eastAsia="宋体"/>
                <w:b/>
                <w:sz w:val="21"/>
              </w:rPr>
              <w:t>推荐单位</w:t>
            </w:r>
          </w:p>
        </w:tc>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性别</w:t>
            </w:r>
          </w:p>
        </w:tc>
        <w:tc>
          <w:tcPr>
            <w:tcW w:type="dxa" w:w="1439"/>
          </w:tcPr>
          <w:p>
            <w:pPr>
              <w:spacing w:after="20" w:before="20"/>
            </w:pPr>
            <w:r/>
            <w:r>
              <w:rPr>
                <w:rFonts w:ascii="Times New Roman" w:hAnsi="Times New Roman" w:eastAsia="宋体"/>
                <w:b/>
                <w:sz w:val="21"/>
              </w:rPr>
              <w:t>学号</w:t>
            </w:r>
          </w:p>
        </w:tc>
        <w:tc>
          <w:tcPr>
            <w:tcW w:type="dxa" w:w="1439"/>
          </w:tcPr>
          <w:p>
            <w:pPr>
              <w:spacing w:after="20" w:before="20"/>
            </w:pPr>
            <w:r/>
            <w:r>
              <w:rPr>
                <w:rFonts w:ascii="Times New Roman" w:hAnsi="Times New Roman" w:eastAsia="宋体"/>
                <w:b/>
                <w:sz w:val="21"/>
              </w:rPr>
              <w:t>专业</w:t>
            </w:r>
          </w:p>
        </w:tc>
      </w:tr>
      <w:tr>
        <w:tc>
          <w:tcPr>
            <w:tcW w:type="dxa" w:w="1439"/>
          </w:tcPr>
          <w:p>
            <w:pPr>
              <w:spacing w:after="20" w:before="20"/>
            </w:pPr>
            <w:r/>
            <w:r>
              <w:rPr>
                <w:rFonts w:ascii="Times New Roman" w:hAnsi="Times New Roman" w:eastAsia="宋体"/>
                <w:b w:val="0"/>
                <w:sz w:val="21"/>
              </w:rPr>
              <w:t>253</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黄欢欢</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2217050117</w:t>
            </w:r>
          </w:p>
        </w:tc>
        <w:tc>
          <w:tcPr>
            <w:tcW w:type="dxa" w:w="1439"/>
          </w:tcPr>
          <w:p>
            <w:pPr>
              <w:spacing w:after="20" w:before="20"/>
            </w:pPr>
            <w:r/>
            <w:r>
              <w:rPr>
                <w:rFonts w:ascii="Times New Roman" w:hAnsi="Times New Roman" w:eastAsia="宋体"/>
                <w:b w:val="0"/>
                <w:sz w:val="21"/>
              </w:rPr>
              <w:t>资源循环科学与工程</w:t>
            </w:r>
          </w:p>
        </w:tc>
      </w:tr>
      <w:tr>
        <w:tc>
          <w:tcPr>
            <w:tcW w:type="dxa" w:w="1439"/>
          </w:tcPr>
          <w:p>
            <w:pPr>
              <w:spacing w:after="20" w:before="20"/>
            </w:pPr>
            <w:r/>
            <w:r>
              <w:rPr>
                <w:rFonts w:ascii="Times New Roman" w:hAnsi="Times New Roman" w:eastAsia="宋体"/>
                <w:b w:val="0"/>
                <w:sz w:val="21"/>
              </w:rPr>
              <w:t>254</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程颖</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2217050101</w:t>
            </w:r>
          </w:p>
        </w:tc>
        <w:tc>
          <w:tcPr>
            <w:tcW w:type="dxa" w:w="1439"/>
          </w:tcPr>
          <w:p>
            <w:pPr>
              <w:spacing w:after="20" w:before="20"/>
            </w:pPr>
            <w:r/>
            <w:r>
              <w:rPr>
                <w:rFonts w:ascii="Times New Roman" w:hAnsi="Times New Roman" w:eastAsia="宋体"/>
                <w:b w:val="0"/>
                <w:sz w:val="21"/>
              </w:rPr>
              <w:t>资源循环科学与工程</w:t>
            </w:r>
          </w:p>
        </w:tc>
      </w:tr>
      <w:tr>
        <w:tc>
          <w:tcPr>
            <w:tcW w:type="dxa" w:w="1439"/>
          </w:tcPr>
          <w:p>
            <w:pPr>
              <w:spacing w:after="20" w:before="20"/>
            </w:pPr>
            <w:r/>
            <w:r>
              <w:rPr>
                <w:rFonts w:ascii="Times New Roman" w:hAnsi="Times New Roman" w:eastAsia="宋体"/>
                <w:b w:val="0"/>
                <w:sz w:val="21"/>
              </w:rPr>
              <w:t>255</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张浪</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2217030121</w:t>
            </w:r>
          </w:p>
        </w:tc>
        <w:tc>
          <w:tcPr>
            <w:tcW w:type="dxa" w:w="1439"/>
          </w:tcPr>
          <w:p>
            <w:pPr>
              <w:spacing w:after="20" w:before="20"/>
            </w:pPr>
            <w:r/>
            <w:r>
              <w:rPr>
                <w:rFonts w:ascii="Times New Roman" w:hAnsi="Times New Roman" w:eastAsia="宋体"/>
                <w:b w:val="0"/>
                <w:sz w:val="21"/>
              </w:rPr>
              <w:t>安全工程</w:t>
            </w:r>
          </w:p>
        </w:tc>
      </w:tr>
      <w:tr>
        <w:tc>
          <w:tcPr>
            <w:tcW w:type="dxa" w:w="1439"/>
          </w:tcPr>
          <w:p>
            <w:pPr>
              <w:spacing w:after="20" w:before="20"/>
            </w:pPr>
            <w:r/>
            <w:r>
              <w:rPr>
                <w:rFonts w:ascii="Times New Roman" w:hAnsi="Times New Roman" w:eastAsia="宋体"/>
                <w:b w:val="0"/>
                <w:sz w:val="21"/>
              </w:rPr>
              <w:t>256</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王金铭</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2217030112</w:t>
            </w:r>
          </w:p>
        </w:tc>
        <w:tc>
          <w:tcPr>
            <w:tcW w:type="dxa" w:w="1439"/>
          </w:tcPr>
          <w:p>
            <w:pPr>
              <w:spacing w:after="20" w:before="20"/>
            </w:pPr>
            <w:r/>
            <w:r>
              <w:rPr>
                <w:rFonts w:ascii="Times New Roman" w:hAnsi="Times New Roman" w:eastAsia="宋体"/>
                <w:b w:val="0"/>
                <w:sz w:val="21"/>
              </w:rPr>
              <w:t>安全工程</w:t>
            </w:r>
          </w:p>
        </w:tc>
      </w:tr>
    </w:tbl>
    <w:p>
      <w:pPr>
        <w:spacing w:before="160" w:after="80" w:lineRule="auto" w:line="360"/>
        <w:jc w:val="left"/>
      </w:pPr>
      <w:r>
        <w:rPr>
          <w:rFonts w:ascii="Times New Roman" w:hAnsi="Times New Roman" w:eastAsia="宋体"/>
          <w:b/>
          <w:sz w:val="28"/>
        </w:rPr>
        <w:t>四、校团委（3人）</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序号</w:t>
            </w:r>
          </w:p>
        </w:tc>
        <w:tc>
          <w:tcPr>
            <w:tcW w:type="dxa" w:w="1439"/>
          </w:tcPr>
          <w:p>
            <w:pPr>
              <w:spacing w:after="20" w:before="20"/>
            </w:pPr>
            <w:r/>
            <w:r>
              <w:rPr>
                <w:rFonts w:ascii="Times New Roman" w:hAnsi="Times New Roman" w:eastAsia="宋体"/>
                <w:b/>
                <w:sz w:val="21"/>
              </w:rPr>
              <w:t>推荐单位</w:t>
            </w:r>
          </w:p>
        </w:tc>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性别</w:t>
            </w:r>
          </w:p>
        </w:tc>
        <w:tc>
          <w:tcPr>
            <w:tcW w:type="dxa" w:w="1439"/>
          </w:tcPr>
          <w:p>
            <w:pPr>
              <w:spacing w:after="20" w:before="20"/>
            </w:pPr>
            <w:r/>
            <w:r>
              <w:rPr>
                <w:rFonts w:ascii="Times New Roman" w:hAnsi="Times New Roman" w:eastAsia="宋体"/>
                <w:b/>
                <w:sz w:val="21"/>
              </w:rPr>
              <w:t>学号</w:t>
            </w:r>
          </w:p>
        </w:tc>
        <w:tc>
          <w:tcPr>
            <w:tcW w:type="dxa" w:w="1439"/>
          </w:tcPr>
          <w:p>
            <w:pPr>
              <w:spacing w:after="20" w:before="20"/>
            </w:pPr>
            <w:r/>
            <w:r>
              <w:rPr>
                <w:rFonts w:ascii="Times New Roman" w:hAnsi="Times New Roman" w:eastAsia="宋体"/>
                <w:b/>
                <w:sz w:val="21"/>
              </w:rPr>
              <w:t>专业</w:t>
            </w:r>
          </w:p>
        </w:tc>
      </w:tr>
      <w:tr>
        <w:tc>
          <w:tcPr>
            <w:tcW w:type="dxa" w:w="1439"/>
          </w:tcPr>
          <w:p>
            <w:pPr>
              <w:spacing w:after="20" w:before="20"/>
            </w:pPr>
            <w:r/>
            <w:r>
              <w:rPr>
                <w:rFonts w:ascii="Times New Roman" w:hAnsi="Times New Roman" w:eastAsia="宋体"/>
                <w:b w:val="0"/>
                <w:sz w:val="21"/>
              </w:rPr>
              <w:t>257</w:t>
            </w:r>
          </w:p>
        </w:tc>
        <w:tc>
          <w:tcPr>
            <w:tcW w:type="dxa" w:w="1439"/>
          </w:tcPr>
          <w:p>
            <w:pPr>
              <w:spacing w:after="20" w:before="20"/>
            </w:pPr>
            <w:r/>
            <w:r>
              <w:rPr>
                <w:rFonts w:ascii="Times New Roman" w:hAnsi="Times New Roman" w:eastAsia="宋体"/>
                <w:b w:val="0"/>
                <w:sz w:val="21"/>
              </w:rPr>
              <w:t>校团委</w:t>
            </w:r>
          </w:p>
        </w:tc>
        <w:tc>
          <w:tcPr>
            <w:tcW w:type="dxa" w:w="1439"/>
          </w:tcPr>
          <w:p>
            <w:pPr>
              <w:spacing w:after="20" w:before="20"/>
            </w:pPr>
            <w:r/>
            <w:r>
              <w:rPr>
                <w:rFonts w:ascii="Times New Roman" w:hAnsi="Times New Roman" w:eastAsia="宋体"/>
                <w:b w:val="0"/>
                <w:sz w:val="21"/>
              </w:rPr>
              <w:t>靳念安</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2206140211</w:t>
            </w:r>
          </w:p>
        </w:tc>
        <w:tc>
          <w:tcPr>
            <w:tcW w:type="dxa" w:w="1439"/>
          </w:tcPr>
          <w:p>
            <w:pPr>
              <w:spacing w:after="20" w:before="20"/>
            </w:pPr>
            <w:r/>
            <w:r>
              <w:rPr>
                <w:rFonts w:ascii="Times New Roman" w:hAnsi="Times New Roman" w:eastAsia="宋体"/>
                <w:b w:val="0"/>
                <w:sz w:val="21"/>
              </w:rPr>
              <w:t>行政管理</w:t>
            </w:r>
          </w:p>
        </w:tc>
      </w:tr>
      <w:tr>
        <w:tc>
          <w:tcPr>
            <w:tcW w:type="dxa" w:w="1439"/>
          </w:tcPr>
          <w:p>
            <w:pPr>
              <w:spacing w:after="20" w:before="20"/>
            </w:pPr>
            <w:r/>
            <w:r>
              <w:rPr>
                <w:rFonts w:ascii="Times New Roman" w:hAnsi="Times New Roman" w:eastAsia="宋体"/>
                <w:b w:val="0"/>
                <w:sz w:val="21"/>
              </w:rPr>
              <w:t>258</w:t>
            </w:r>
          </w:p>
        </w:tc>
        <w:tc>
          <w:tcPr>
            <w:tcW w:type="dxa" w:w="1439"/>
          </w:tcPr>
          <w:p>
            <w:pPr>
              <w:spacing w:after="20" w:before="20"/>
            </w:pPr>
            <w:r/>
            <w:r>
              <w:rPr>
                <w:rFonts w:ascii="Times New Roman" w:hAnsi="Times New Roman" w:eastAsia="宋体"/>
                <w:b w:val="0"/>
                <w:sz w:val="21"/>
              </w:rPr>
              <w:t>校团委</w:t>
            </w:r>
          </w:p>
        </w:tc>
        <w:tc>
          <w:tcPr>
            <w:tcW w:type="dxa" w:w="1439"/>
          </w:tcPr>
          <w:p>
            <w:pPr>
              <w:spacing w:after="20" w:before="20"/>
            </w:pPr>
            <w:r/>
            <w:r>
              <w:rPr>
                <w:rFonts w:ascii="Times New Roman" w:hAnsi="Times New Roman" w:eastAsia="宋体"/>
                <w:b w:val="0"/>
                <w:sz w:val="21"/>
              </w:rPr>
              <w:t>陈梦月</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2211060107</w:t>
            </w:r>
          </w:p>
        </w:tc>
        <w:tc>
          <w:tcPr>
            <w:tcW w:type="dxa" w:w="1439"/>
          </w:tcPr>
          <w:p>
            <w:pPr>
              <w:spacing w:after="20" w:before="20"/>
            </w:pPr>
            <w:r/>
            <w:r>
              <w:rPr>
                <w:rFonts w:ascii="Times New Roman" w:hAnsi="Times New Roman" w:eastAsia="宋体"/>
                <w:b w:val="0"/>
                <w:sz w:val="21"/>
              </w:rPr>
              <w:t>汉语国际教育</w:t>
            </w:r>
          </w:p>
        </w:tc>
      </w:tr>
      <w:tr>
        <w:tc>
          <w:tcPr>
            <w:tcW w:type="dxa" w:w="1439"/>
          </w:tcPr>
          <w:p>
            <w:pPr>
              <w:spacing w:after="20" w:before="20"/>
            </w:pPr>
            <w:r/>
            <w:r>
              <w:rPr>
                <w:rFonts w:ascii="Times New Roman" w:hAnsi="Times New Roman" w:eastAsia="宋体"/>
                <w:b w:val="0"/>
                <w:sz w:val="21"/>
              </w:rPr>
              <w:t>259</w:t>
            </w:r>
          </w:p>
        </w:tc>
        <w:tc>
          <w:tcPr>
            <w:tcW w:type="dxa" w:w="1439"/>
          </w:tcPr>
          <w:p>
            <w:pPr>
              <w:spacing w:after="20" w:before="20"/>
            </w:pPr>
            <w:r/>
            <w:r>
              <w:rPr>
                <w:rFonts w:ascii="Times New Roman" w:hAnsi="Times New Roman" w:eastAsia="宋体"/>
                <w:b w:val="0"/>
                <w:sz w:val="21"/>
              </w:rPr>
              <w:t>校团委</w:t>
            </w:r>
          </w:p>
        </w:tc>
        <w:tc>
          <w:tcPr>
            <w:tcW w:type="dxa" w:w="1439"/>
          </w:tcPr>
          <w:p>
            <w:pPr>
              <w:spacing w:after="20" w:before="20"/>
            </w:pPr>
            <w:r/>
            <w:r>
              <w:rPr>
                <w:rFonts w:ascii="Times New Roman" w:hAnsi="Times New Roman" w:eastAsia="宋体"/>
                <w:b w:val="0"/>
                <w:sz w:val="21"/>
              </w:rPr>
              <w:t>许金柯</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2211090109</w:t>
            </w:r>
          </w:p>
        </w:tc>
        <w:tc>
          <w:tcPr>
            <w:tcW w:type="dxa" w:w="1439"/>
          </w:tcPr>
          <w:p>
            <w:pPr>
              <w:spacing w:after="20" w:before="20"/>
            </w:pPr>
            <w:r/>
            <w:r>
              <w:rPr>
                <w:rFonts w:ascii="Times New Roman" w:hAnsi="Times New Roman" w:eastAsia="宋体"/>
                <w:b w:val="0"/>
                <w:sz w:val="21"/>
              </w:rPr>
              <w:t>英语 （辅修法学）</w:t>
            </w:r>
          </w:p>
        </w:tc>
      </w:tr>
    </w:tbl>
    <w:p>
      <w:pPr>
        <w:spacing w:before="160" w:after="80" w:lineRule="auto" w:line="360"/>
        <w:jc w:val="left"/>
      </w:pPr>
      <w:r>
        <w:rPr>
          <w:rFonts w:ascii="Times New Roman" w:hAnsi="Times New Roman" w:eastAsia="宋体"/>
          <w:b/>
          <w:sz w:val="28"/>
        </w:rPr>
        <w:t>五、说明</w:t>
      </w:r>
    </w:p>
    <w:p>
      <w:pPr>
        <w:spacing w:after="80" w:lineRule="auto" w:line="360"/>
        <w:ind w:firstLine="482"/>
        <w:jc w:val="both"/>
      </w:pPr>
      <w:r>
        <w:rPr>
          <w:rFonts w:ascii="Times New Roman" w:hAnsi="Times New Roman" w:eastAsia="宋体"/>
          <w:b w:val="0"/>
          <w:sz w:val="24"/>
        </w:rPr>
        <w:t>1. 本页为名单第15页，共15页。</w:t>
      </w:r>
    </w:p>
    <w:p>
      <w:pPr>
        <w:spacing w:after="80" w:lineRule="auto" w:line="360"/>
        <w:ind w:firstLine="482"/>
        <w:jc w:val="both"/>
      </w:pPr>
      <w:r>
        <w:rPr>
          <w:rFonts w:ascii="Times New Roman" w:hAnsi="Times New Roman" w:eastAsia="宋体"/>
          <w:b w:val="0"/>
          <w:sz w:val="24"/>
        </w:rPr>
        <w:t>2. 本段未包含排名或评分方式、公示期信息。</w:t>
      </w:r>
    </w:p>
    <w:p>
      <w:pPr>
        <w:spacing w:after="80" w:lineRule="auto" w:line="360"/>
        <w:ind w:firstLine="482"/>
        <w:jc w:val="both"/>
      </w:pPr>
      <w:r>
        <w:rPr>
          <w:rFonts w:ascii="Times New Roman" w:hAnsi="Times New Roman" w:eastAsia="宋体"/>
          <w:b w:val="0"/>
          <w:sz w:val="24"/>
        </w:rPr>
        <w:t>本段为武汉工程大学2026年推荐优秀应届本科毕业生免试攻读硕士学位研究生名单的第15页（共15页），包含序号253至259，共7人，涉及资源与安全工程学院、校团委两个推荐单位。</w:t>
      </w:r>
    </w:p>
    <w:p>
      <w:pPr>
        <w:spacing w:before="160" w:after="80" w:lineRule="auto" w:line="360"/>
        <w:jc w:val="left"/>
      </w:pPr>
      <w:r>
        <w:rPr>
          <w:rFonts w:ascii="Times New Roman" w:hAnsi="Times New Roman" w:eastAsia="宋体"/>
          <w:b/>
          <w:sz w:val="28"/>
        </w:rPr>
        <w:t>三、资源与安全工程学院（4人）</w:t>
      </w:r>
    </w:p>
    <w:p>
      <w:pPr>
        <w:spacing w:after="80" w:lineRule="auto" w:line="360"/>
        <w:ind w:firstLine="482"/>
        <w:jc w:val="both"/>
      </w:pPr>
      <w:r>
        <w:rPr>
          <w:rFonts w:ascii="Times New Roman" w:hAnsi="Times New Roman" w:eastAsia="宋体"/>
          <w:b w:val="0"/>
          <w:sz w:val="24"/>
        </w:rPr>
        <w:t>1. 黄欢欢，女，学号2217050117，资源循环科学与工程</w:t>
      </w:r>
    </w:p>
    <w:p>
      <w:pPr>
        <w:spacing w:after="80" w:lineRule="auto" w:line="360"/>
        <w:ind w:firstLine="482"/>
        <w:jc w:val="both"/>
      </w:pPr>
      <w:r>
        <w:rPr>
          <w:rFonts w:ascii="Times New Roman" w:hAnsi="Times New Roman" w:eastAsia="宋体"/>
          <w:b w:val="0"/>
          <w:sz w:val="24"/>
        </w:rPr>
        <w:t>2. 程颖，女，学号2217050101，资源循环科学与工程</w:t>
      </w:r>
    </w:p>
    <w:p>
      <w:pPr>
        <w:spacing w:after="80" w:lineRule="auto" w:line="360"/>
        <w:ind w:firstLine="482"/>
        <w:jc w:val="both"/>
      </w:pPr>
      <w:r>
        <w:rPr>
          <w:rFonts w:ascii="Times New Roman" w:hAnsi="Times New Roman" w:eastAsia="宋体"/>
          <w:b w:val="0"/>
          <w:sz w:val="24"/>
        </w:rPr>
        <w:t>3. 张浪，男，学号2217030121，安全工程</w:t>
      </w:r>
    </w:p>
    <w:p>
      <w:pPr>
        <w:spacing w:after="80" w:lineRule="auto" w:line="360"/>
        <w:ind w:firstLine="482"/>
        <w:jc w:val="both"/>
      </w:pPr>
      <w:r>
        <w:rPr>
          <w:rFonts w:ascii="Times New Roman" w:hAnsi="Times New Roman" w:eastAsia="宋体"/>
          <w:b w:val="0"/>
          <w:sz w:val="24"/>
        </w:rPr>
        <w:t>4. 王金铭，男，学号2217030112，安全工程</w:t>
      </w:r>
    </w:p>
    <w:p>
      <w:pPr>
        <w:spacing w:before="160" w:after="80" w:lineRule="auto" w:line="360"/>
        <w:jc w:val="left"/>
      </w:pPr>
      <w:r>
        <w:rPr>
          <w:rFonts w:ascii="Times New Roman" w:hAnsi="Times New Roman" w:eastAsia="宋体"/>
          <w:b/>
          <w:sz w:val="28"/>
        </w:rPr>
        <w:t>四、校团委（3人）</w:t>
      </w:r>
    </w:p>
    <w:p>
      <w:pPr>
        <w:spacing w:after="80" w:lineRule="auto" w:line="360"/>
        <w:ind w:firstLine="482"/>
        <w:jc w:val="both"/>
      </w:pPr>
      <w:r>
        <w:rPr>
          <w:rFonts w:ascii="Times New Roman" w:hAnsi="Times New Roman" w:eastAsia="宋体"/>
          <w:b w:val="0"/>
          <w:sz w:val="24"/>
        </w:rPr>
        <w:t>1. 靳念安，女，学号2206140211，行政管理</w:t>
      </w:r>
    </w:p>
    <w:p>
      <w:pPr>
        <w:spacing w:after="80" w:lineRule="auto" w:line="360"/>
        <w:ind w:firstLine="482"/>
        <w:jc w:val="both"/>
      </w:pPr>
      <w:r>
        <w:rPr>
          <w:rFonts w:ascii="Times New Roman" w:hAnsi="Times New Roman" w:eastAsia="宋体"/>
          <w:b w:val="0"/>
          <w:sz w:val="24"/>
        </w:rPr>
        <w:t>2. 陈梦月，女，学号2211060107，汉语国际教育</w:t>
      </w:r>
    </w:p>
    <w:p>
      <w:pPr>
        <w:spacing w:after="80" w:lineRule="auto" w:line="360"/>
        <w:ind w:firstLine="482"/>
        <w:jc w:val="both"/>
      </w:pPr>
      <w:r>
        <w:rPr>
          <w:rFonts w:ascii="Times New Roman" w:hAnsi="Times New Roman" w:eastAsia="宋体"/>
          <w:b w:val="0"/>
          <w:sz w:val="24"/>
        </w:rPr>
        <w:t>3. 许金柯，女，学号2211090109，英语（辅修法学）</w:t>
      </w:r>
    </w:p>
    <w:p>
      <w:pPr>
        <w:spacing w:before="160" w:after="80" w:lineRule="auto" w:line="360"/>
        <w:jc w:val="left"/>
      </w:pPr>
      <w:r>
        <w:rPr>
          <w:rFonts w:ascii="Times New Roman" w:hAnsi="Times New Roman" w:eastAsia="宋体"/>
          <w:b/>
          <w:sz w:val="28"/>
        </w:rPr>
        <w:t>五、名单明细表</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序号</w:t>
            </w:r>
          </w:p>
        </w:tc>
        <w:tc>
          <w:tcPr>
            <w:tcW w:type="dxa" w:w="1439"/>
          </w:tcPr>
          <w:p>
            <w:pPr>
              <w:spacing w:after="20" w:before="20"/>
            </w:pPr>
            <w:r/>
            <w:r>
              <w:rPr>
                <w:rFonts w:ascii="Times New Roman" w:hAnsi="Times New Roman" w:eastAsia="宋体"/>
                <w:b/>
                <w:sz w:val="21"/>
              </w:rPr>
              <w:t>推荐单位</w:t>
            </w:r>
          </w:p>
        </w:tc>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性别</w:t>
            </w:r>
          </w:p>
        </w:tc>
        <w:tc>
          <w:tcPr>
            <w:tcW w:type="dxa" w:w="1439"/>
          </w:tcPr>
          <w:p>
            <w:pPr>
              <w:spacing w:after="20" w:before="20"/>
            </w:pPr>
            <w:r/>
            <w:r>
              <w:rPr>
                <w:rFonts w:ascii="Times New Roman" w:hAnsi="Times New Roman" w:eastAsia="宋体"/>
                <w:b/>
                <w:sz w:val="21"/>
              </w:rPr>
              <w:t>学号</w:t>
            </w:r>
          </w:p>
        </w:tc>
        <w:tc>
          <w:tcPr>
            <w:tcW w:type="dxa" w:w="1439"/>
          </w:tcPr>
          <w:p>
            <w:pPr>
              <w:spacing w:after="20" w:before="20"/>
            </w:pPr>
            <w:r/>
            <w:r>
              <w:rPr>
                <w:rFonts w:ascii="Times New Roman" w:hAnsi="Times New Roman" w:eastAsia="宋体"/>
                <w:b/>
                <w:sz w:val="21"/>
              </w:rPr>
              <w:t>专业</w:t>
            </w:r>
          </w:p>
        </w:tc>
      </w:tr>
      <w:tr>
        <w:tc>
          <w:tcPr>
            <w:tcW w:type="dxa" w:w="1439"/>
          </w:tcPr>
          <w:p>
            <w:pPr>
              <w:spacing w:after="20" w:before="20"/>
            </w:pPr>
            <w:r/>
            <w:r>
              <w:rPr>
                <w:rFonts w:ascii="Times New Roman" w:hAnsi="Times New Roman" w:eastAsia="宋体"/>
                <w:b w:val="0"/>
                <w:sz w:val="21"/>
              </w:rPr>
              <w:t>253</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黄欢欢</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2217050117</w:t>
            </w:r>
          </w:p>
        </w:tc>
        <w:tc>
          <w:tcPr>
            <w:tcW w:type="dxa" w:w="1439"/>
          </w:tcPr>
          <w:p>
            <w:pPr>
              <w:spacing w:after="20" w:before="20"/>
            </w:pPr>
            <w:r/>
            <w:r>
              <w:rPr>
                <w:rFonts w:ascii="Times New Roman" w:hAnsi="Times New Roman" w:eastAsia="宋体"/>
                <w:b w:val="0"/>
                <w:sz w:val="21"/>
              </w:rPr>
              <w:t>资源循环科学与工程</w:t>
            </w:r>
          </w:p>
        </w:tc>
      </w:tr>
      <w:tr>
        <w:tc>
          <w:tcPr>
            <w:tcW w:type="dxa" w:w="1439"/>
          </w:tcPr>
          <w:p>
            <w:pPr>
              <w:spacing w:after="20" w:before="20"/>
            </w:pPr>
            <w:r/>
            <w:r>
              <w:rPr>
                <w:rFonts w:ascii="Times New Roman" w:hAnsi="Times New Roman" w:eastAsia="宋体"/>
                <w:b w:val="0"/>
                <w:sz w:val="21"/>
              </w:rPr>
              <w:t>254</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程颖</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2217050101</w:t>
            </w:r>
          </w:p>
        </w:tc>
        <w:tc>
          <w:tcPr>
            <w:tcW w:type="dxa" w:w="1439"/>
          </w:tcPr>
          <w:p>
            <w:pPr>
              <w:spacing w:after="20" w:before="20"/>
            </w:pPr>
            <w:r/>
            <w:r>
              <w:rPr>
                <w:rFonts w:ascii="Times New Roman" w:hAnsi="Times New Roman" w:eastAsia="宋体"/>
                <w:b w:val="0"/>
                <w:sz w:val="21"/>
              </w:rPr>
              <w:t>资源循环科学与工程</w:t>
            </w:r>
          </w:p>
        </w:tc>
      </w:tr>
      <w:tr>
        <w:tc>
          <w:tcPr>
            <w:tcW w:type="dxa" w:w="1439"/>
          </w:tcPr>
          <w:p>
            <w:pPr>
              <w:spacing w:after="20" w:before="20"/>
            </w:pPr>
            <w:r/>
            <w:r>
              <w:rPr>
                <w:rFonts w:ascii="Times New Roman" w:hAnsi="Times New Roman" w:eastAsia="宋体"/>
                <w:b w:val="0"/>
                <w:sz w:val="21"/>
              </w:rPr>
              <w:t>255</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张浪</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2217030121</w:t>
            </w:r>
          </w:p>
        </w:tc>
        <w:tc>
          <w:tcPr>
            <w:tcW w:type="dxa" w:w="1439"/>
          </w:tcPr>
          <w:p>
            <w:pPr>
              <w:spacing w:after="20" w:before="20"/>
            </w:pPr>
            <w:r/>
            <w:r>
              <w:rPr>
                <w:rFonts w:ascii="Times New Roman" w:hAnsi="Times New Roman" w:eastAsia="宋体"/>
                <w:b w:val="0"/>
                <w:sz w:val="21"/>
              </w:rPr>
              <w:t>安全工程</w:t>
            </w:r>
          </w:p>
        </w:tc>
      </w:tr>
      <w:tr>
        <w:tc>
          <w:tcPr>
            <w:tcW w:type="dxa" w:w="1439"/>
          </w:tcPr>
          <w:p>
            <w:pPr>
              <w:spacing w:after="20" w:before="20"/>
            </w:pPr>
            <w:r/>
            <w:r>
              <w:rPr>
                <w:rFonts w:ascii="Times New Roman" w:hAnsi="Times New Roman" w:eastAsia="宋体"/>
                <w:b w:val="0"/>
                <w:sz w:val="21"/>
              </w:rPr>
              <w:t>256</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王金铭</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2217030112</w:t>
            </w:r>
          </w:p>
        </w:tc>
        <w:tc>
          <w:tcPr>
            <w:tcW w:type="dxa" w:w="1439"/>
          </w:tcPr>
          <w:p>
            <w:pPr>
              <w:spacing w:after="20" w:before="20"/>
            </w:pPr>
            <w:r/>
            <w:r>
              <w:rPr>
                <w:rFonts w:ascii="Times New Roman" w:hAnsi="Times New Roman" w:eastAsia="宋体"/>
                <w:b w:val="0"/>
                <w:sz w:val="21"/>
              </w:rPr>
              <w:t>安全工程</w:t>
            </w:r>
          </w:p>
        </w:tc>
      </w:tr>
      <w:tr>
        <w:tc>
          <w:tcPr>
            <w:tcW w:type="dxa" w:w="1439"/>
          </w:tcPr>
          <w:p>
            <w:pPr>
              <w:spacing w:after="20" w:before="20"/>
            </w:pPr>
            <w:r/>
            <w:r>
              <w:rPr>
                <w:rFonts w:ascii="Times New Roman" w:hAnsi="Times New Roman" w:eastAsia="宋体"/>
                <w:b w:val="0"/>
                <w:sz w:val="21"/>
              </w:rPr>
              <w:t>257</w:t>
            </w:r>
          </w:p>
        </w:tc>
        <w:tc>
          <w:tcPr>
            <w:tcW w:type="dxa" w:w="1439"/>
          </w:tcPr>
          <w:p>
            <w:pPr>
              <w:spacing w:after="20" w:before="20"/>
            </w:pPr>
            <w:r/>
            <w:r>
              <w:rPr>
                <w:rFonts w:ascii="Times New Roman" w:hAnsi="Times New Roman" w:eastAsia="宋体"/>
                <w:b w:val="0"/>
                <w:sz w:val="21"/>
              </w:rPr>
              <w:t>校团委</w:t>
            </w:r>
          </w:p>
        </w:tc>
        <w:tc>
          <w:tcPr>
            <w:tcW w:type="dxa" w:w="1439"/>
          </w:tcPr>
          <w:p>
            <w:pPr>
              <w:spacing w:after="20" w:before="20"/>
            </w:pPr>
            <w:r/>
            <w:r>
              <w:rPr>
                <w:rFonts w:ascii="Times New Roman" w:hAnsi="Times New Roman" w:eastAsia="宋体"/>
                <w:b w:val="0"/>
                <w:sz w:val="21"/>
              </w:rPr>
              <w:t>靳念安</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2206140211</w:t>
            </w:r>
          </w:p>
        </w:tc>
        <w:tc>
          <w:tcPr>
            <w:tcW w:type="dxa" w:w="1439"/>
          </w:tcPr>
          <w:p>
            <w:pPr>
              <w:spacing w:after="20" w:before="20"/>
            </w:pPr>
            <w:r/>
            <w:r>
              <w:rPr>
                <w:rFonts w:ascii="Times New Roman" w:hAnsi="Times New Roman" w:eastAsia="宋体"/>
                <w:b w:val="0"/>
                <w:sz w:val="21"/>
              </w:rPr>
              <w:t>行政管理</w:t>
            </w:r>
          </w:p>
        </w:tc>
      </w:tr>
      <w:tr>
        <w:tc>
          <w:tcPr>
            <w:tcW w:type="dxa" w:w="1439"/>
          </w:tcPr>
          <w:p>
            <w:pPr>
              <w:spacing w:after="20" w:before="20"/>
            </w:pPr>
            <w:r/>
            <w:r>
              <w:rPr>
                <w:rFonts w:ascii="Times New Roman" w:hAnsi="Times New Roman" w:eastAsia="宋体"/>
                <w:b w:val="0"/>
                <w:sz w:val="21"/>
              </w:rPr>
              <w:t>258</w:t>
            </w:r>
          </w:p>
        </w:tc>
        <w:tc>
          <w:tcPr>
            <w:tcW w:type="dxa" w:w="1439"/>
          </w:tcPr>
          <w:p>
            <w:pPr>
              <w:spacing w:after="20" w:before="20"/>
            </w:pPr>
            <w:r/>
            <w:r>
              <w:rPr>
                <w:rFonts w:ascii="Times New Roman" w:hAnsi="Times New Roman" w:eastAsia="宋体"/>
                <w:b w:val="0"/>
                <w:sz w:val="21"/>
              </w:rPr>
              <w:t>校团委</w:t>
            </w:r>
          </w:p>
        </w:tc>
        <w:tc>
          <w:tcPr>
            <w:tcW w:type="dxa" w:w="1439"/>
          </w:tcPr>
          <w:p>
            <w:pPr>
              <w:spacing w:after="20" w:before="20"/>
            </w:pPr>
            <w:r/>
            <w:r>
              <w:rPr>
                <w:rFonts w:ascii="Times New Roman" w:hAnsi="Times New Roman" w:eastAsia="宋体"/>
                <w:b w:val="0"/>
                <w:sz w:val="21"/>
              </w:rPr>
              <w:t>陈梦月</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2211060107</w:t>
            </w:r>
          </w:p>
        </w:tc>
        <w:tc>
          <w:tcPr>
            <w:tcW w:type="dxa" w:w="1439"/>
          </w:tcPr>
          <w:p>
            <w:pPr>
              <w:spacing w:after="20" w:before="20"/>
            </w:pPr>
            <w:r/>
            <w:r>
              <w:rPr>
                <w:rFonts w:ascii="Times New Roman" w:hAnsi="Times New Roman" w:eastAsia="宋体"/>
                <w:b w:val="0"/>
                <w:sz w:val="21"/>
              </w:rPr>
              <w:t>汉语国际教育</w:t>
            </w:r>
          </w:p>
        </w:tc>
      </w:tr>
      <w:tr>
        <w:tc>
          <w:tcPr>
            <w:tcW w:type="dxa" w:w="1439"/>
          </w:tcPr>
          <w:p>
            <w:pPr>
              <w:spacing w:after="20" w:before="20"/>
            </w:pPr>
            <w:r/>
            <w:r>
              <w:rPr>
                <w:rFonts w:ascii="Times New Roman" w:hAnsi="Times New Roman" w:eastAsia="宋体"/>
                <w:b w:val="0"/>
                <w:sz w:val="21"/>
              </w:rPr>
              <w:t>259</w:t>
            </w:r>
          </w:p>
        </w:tc>
        <w:tc>
          <w:tcPr>
            <w:tcW w:type="dxa" w:w="1439"/>
          </w:tcPr>
          <w:p>
            <w:pPr>
              <w:spacing w:after="20" w:before="20"/>
            </w:pPr>
            <w:r/>
            <w:r>
              <w:rPr>
                <w:rFonts w:ascii="Times New Roman" w:hAnsi="Times New Roman" w:eastAsia="宋体"/>
                <w:b w:val="0"/>
                <w:sz w:val="21"/>
              </w:rPr>
              <w:t>校团委</w:t>
            </w:r>
          </w:p>
        </w:tc>
        <w:tc>
          <w:tcPr>
            <w:tcW w:type="dxa" w:w="1439"/>
          </w:tcPr>
          <w:p>
            <w:pPr>
              <w:spacing w:after="20" w:before="20"/>
            </w:pPr>
            <w:r/>
            <w:r>
              <w:rPr>
                <w:rFonts w:ascii="Times New Roman" w:hAnsi="Times New Roman" w:eastAsia="宋体"/>
                <w:b w:val="0"/>
                <w:sz w:val="21"/>
              </w:rPr>
              <w:t>许金柯</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2211090109</w:t>
            </w:r>
          </w:p>
        </w:tc>
        <w:tc>
          <w:tcPr>
            <w:tcW w:type="dxa" w:w="1439"/>
          </w:tcPr>
          <w:p>
            <w:pPr>
              <w:spacing w:after="20" w:before="20"/>
            </w:pPr>
            <w:r/>
            <w:r>
              <w:rPr>
                <w:rFonts w:ascii="Times New Roman" w:hAnsi="Times New Roman" w:eastAsia="宋体"/>
                <w:b w:val="0"/>
                <w:sz w:val="21"/>
              </w:rPr>
              <w:t>英语（辅修法学）</w:t>
            </w:r>
          </w:p>
        </w:tc>
      </w:tr>
    </w:tbl>
    <w:p>
      <w:pPr>
        <w:spacing w:before="160" w:after="80" w:lineRule="auto" w:line="360"/>
        <w:jc w:val="left"/>
      </w:pPr>
      <w:r>
        <w:rPr>
          <w:rFonts w:ascii="Times New Roman" w:hAnsi="Times New Roman" w:eastAsia="宋体"/>
          <w:b/>
          <w:sz w:val="28"/>
        </w:rPr>
        <w:t>六、说明</w:t>
      </w:r>
    </w:p>
    <w:p>
      <w:pPr>
        <w:spacing w:after="80" w:lineRule="auto" w:line="360"/>
        <w:ind w:firstLine="482"/>
        <w:jc w:val="both"/>
      </w:pPr>
      <w:r>
        <w:rPr>
          <w:rFonts w:ascii="Times New Roman" w:hAnsi="Times New Roman" w:eastAsia="宋体"/>
          <w:b w:val="0"/>
          <w:sz w:val="24"/>
        </w:rPr>
        <w:t>本段内容未包含排名或评分方式、公示期等信息。</w:t>
      </w:r>
    </w:p>
    <w:p>
      <w:pPr>
        <w:spacing w:before="160" w:after="80" w:lineRule="auto" w:line="360"/>
        <w:jc w:val="left"/>
      </w:pPr>
      <w:r>
        <w:rPr>
          <w:rFonts w:ascii="Times New Roman" w:hAnsi="Times New Roman" w:eastAsia="宋体"/>
          <w:b/>
          <w:sz w:val="28"/>
        </w:rPr>
        <w:t>三、名单概况</w:t>
      </w:r>
    </w:p>
    <w:p>
      <w:pPr>
        <w:spacing w:after="80" w:lineRule="auto" w:line="360"/>
        <w:ind w:firstLine="482"/>
        <w:jc w:val="both"/>
      </w:pPr>
      <w:r>
        <w:rPr>
          <w:rFonts w:ascii="Times New Roman" w:hAnsi="Times New Roman" w:eastAsia="宋体"/>
          <w:b w:val="0"/>
          <w:sz w:val="24"/>
        </w:rPr>
        <w:t>本段为武汉工程大学2026年推荐优秀应届本科毕业生免试攻读硕士学位研究生名单的第15页（共15页），共涉及7人，其中资源与安全工程学院4人、校团委3人。</w:t>
      </w:r>
    </w:p>
    <w:p>
      <w:pPr>
        <w:spacing w:before="160" w:after="80" w:lineRule="auto" w:line="360"/>
        <w:jc w:val="left"/>
      </w:pPr>
      <w:r>
        <w:rPr>
          <w:rFonts w:ascii="Times New Roman" w:hAnsi="Times New Roman" w:eastAsia="宋体"/>
          <w:b/>
          <w:sz w:val="28"/>
        </w:rPr>
        <w:t>四、名单明细</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序号</w:t>
            </w:r>
          </w:p>
        </w:tc>
        <w:tc>
          <w:tcPr>
            <w:tcW w:type="dxa" w:w="1439"/>
          </w:tcPr>
          <w:p>
            <w:pPr>
              <w:spacing w:after="20" w:before="20"/>
            </w:pPr>
            <w:r/>
            <w:r>
              <w:rPr>
                <w:rFonts w:ascii="Times New Roman" w:hAnsi="Times New Roman" w:eastAsia="宋体"/>
                <w:b/>
                <w:sz w:val="21"/>
              </w:rPr>
              <w:t>推荐单位</w:t>
            </w:r>
          </w:p>
        </w:tc>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性别</w:t>
            </w:r>
          </w:p>
        </w:tc>
        <w:tc>
          <w:tcPr>
            <w:tcW w:type="dxa" w:w="1439"/>
          </w:tcPr>
          <w:p>
            <w:pPr>
              <w:spacing w:after="20" w:before="20"/>
            </w:pPr>
            <w:r/>
            <w:r>
              <w:rPr>
                <w:rFonts w:ascii="Times New Roman" w:hAnsi="Times New Roman" w:eastAsia="宋体"/>
                <w:b/>
                <w:sz w:val="21"/>
              </w:rPr>
              <w:t>学号</w:t>
            </w:r>
          </w:p>
        </w:tc>
        <w:tc>
          <w:tcPr>
            <w:tcW w:type="dxa" w:w="1439"/>
          </w:tcPr>
          <w:p>
            <w:pPr>
              <w:spacing w:after="20" w:before="20"/>
            </w:pPr>
            <w:r/>
            <w:r>
              <w:rPr>
                <w:rFonts w:ascii="Times New Roman" w:hAnsi="Times New Roman" w:eastAsia="宋体"/>
                <w:b/>
                <w:sz w:val="21"/>
              </w:rPr>
              <w:t>本科专业</w:t>
            </w:r>
          </w:p>
        </w:tc>
      </w:tr>
      <w:tr>
        <w:tc>
          <w:tcPr>
            <w:tcW w:type="dxa" w:w="1439"/>
          </w:tcPr>
          <w:p>
            <w:pPr>
              <w:spacing w:after="20" w:before="20"/>
            </w:pPr>
            <w:r/>
            <w:r>
              <w:rPr>
                <w:rFonts w:ascii="Times New Roman" w:hAnsi="Times New Roman" w:eastAsia="宋体"/>
                <w:b w:val="0"/>
                <w:sz w:val="21"/>
              </w:rPr>
              <w:t>253</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黄欢欢</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2217050117</w:t>
            </w:r>
          </w:p>
        </w:tc>
        <w:tc>
          <w:tcPr>
            <w:tcW w:type="dxa" w:w="1439"/>
          </w:tcPr>
          <w:p>
            <w:pPr>
              <w:spacing w:after="20" w:before="20"/>
            </w:pPr>
            <w:r/>
            <w:r>
              <w:rPr>
                <w:rFonts w:ascii="Times New Roman" w:hAnsi="Times New Roman" w:eastAsia="宋体"/>
                <w:b w:val="0"/>
                <w:sz w:val="21"/>
              </w:rPr>
              <w:t>资源循环科学与工程</w:t>
            </w:r>
          </w:p>
        </w:tc>
      </w:tr>
      <w:tr>
        <w:tc>
          <w:tcPr>
            <w:tcW w:type="dxa" w:w="1439"/>
          </w:tcPr>
          <w:p>
            <w:pPr>
              <w:spacing w:after="20" w:before="20"/>
            </w:pPr>
            <w:r/>
            <w:r>
              <w:rPr>
                <w:rFonts w:ascii="Times New Roman" w:hAnsi="Times New Roman" w:eastAsia="宋体"/>
                <w:b w:val="0"/>
                <w:sz w:val="21"/>
              </w:rPr>
              <w:t>254</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程颖</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2217050101</w:t>
            </w:r>
          </w:p>
        </w:tc>
        <w:tc>
          <w:tcPr>
            <w:tcW w:type="dxa" w:w="1439"/>
          </w:tcPr>
          <w:p>
            <w:pPr>
              <w:spacing w:after="20" w:before="20"/>
            </w:pPr>
            <w:r/>
            <w:r>
              <w:rPr>
                <w:rFonts w:ascii="Times New Roman" w:hAnsi="Times New Roman" w:eastAsia="宋体"/>
                <w:b w:val="0"/>
                <w:sz w:val="21"/>
              </w:rPr>
              <w:t>资源循环科学与工程</w:t>
            </w:r>
          </w:p>
        </w:tc>
      </w:tr>
      <w:tr>
        <w:tc>
          <w:tcPr>
            <w:tcW w:type="dxa" w:w="1439"/>
          </w:tcPr>
          <w:p>
            <w:pPr>
              <w:spacing w:after="20" w:before="20"/>
            </w:pPr>
            <w:r/>
            <w:r>
              <w:rPr>
                <w:rFonts w:ascii="Times New Roman" w:hAnsi="Times New Roman" w:eastAsia="宋体"/>
                <w:b w:val="0"/>
                <w:sz w:val="21"/>
              </w:rPr>
              <w:t>255</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张浪</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2217030121</w:t>
            </w:r>
          </w:p>
        </w:tc>
        <w:tc>
          <w:tcPr>
            <w:tcW w:type="dxa" w:w="1439"/>
          </w:tcPr>
          <w:p>
            <w:pPr>
              <w:spacing w:after="20" w:before="20"/>
            </w:pPr>
            <w:r/>
            <w:r>
              <w:rPr>
                <w:rFonts w:ascii="Times New Roman" w:hAnsi="Times New Roman" w:eastAsia="宋体"/>
                <w:b w:val="0"/>
                <w:sz w:val="21"/>
              </w:rPr>
              <w:t>安全工程</w:t>
            </w:r>
          </w:p>
        </w:tc>
      </w:tr>
      <w:tr>
        <w:tc>
          <w:tcPr>
            <w:tcW w:type="dxa" w:w="1439"/>
          </w:tcPr>
          <w:p>
            <w:pPr>
              <w:spacing w:after="20" w:before="20"/>
            </w:pPr>
            <w:r/>
            <w:r>
              <w:rPr>
                <w:rFonts w:ascii="Times New Roman" w:hAnsi="Times New Roman" w:eastAsia="宋体"/>
                <w:b w:val="0"/>
                <w:sz w:val="21"/>
              </w:rPr>
              <w:t>256</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王金铭</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2217030112</w:t>
            </w:r>
          </w:p>
        </w:tc>
        <w:tc>
          <w:tcPr>
            <w:tcW w:type="dxa" w:w="1439"/>
          </w:tcPr>
          <w:p>
            <w:pPr>
              <w:spacing w:after="20" w:before="20"/>
            </w:pPr>
            <w:r/>
            <w:r>
              <w:rPr>
                <w:rFonts w:ascii="Times New Roman" w:hAnsi="Times New Roman" w:eastAsia="宋体"/>
                <w:b w:val="0"/>
                <w:sz w:val="21"/>
              </w:rPr>
              <w:t>安全工程</w:t>
            </w:r>
          </w:p>
        </w:tc>
      </w:tr>
      <w:tr>
        <w:tc>
          <w:tcPr>
            <w:tcW w:type="dxa" w:w="1439"/>
          </w:tcPr>
          <w:p>
            <w:pPr>
              <w:spacing w:after="20" w:before="20"/>
            </w:pPr>
            <w:r/>
            <w:r>
              <w:rPr>
                <w:rFonts w:ascii="Times New Roman" w:hAnsi="Times New Roman" w:eastAsia="宋体"/>
                <w:b w:val="0"/>
                <w:sz w:val="21"/>
              </w:rPr>
              <w:t>257</w:t>
            </w:r>
          </w:p>
        </w:tc>
        <w:tc>
          <w:tcPr>
            <w:tcW w:type="dxa" w:w="1439"/>
          </w:tcPr>
          <w:p>
            <w:pPr>
              <w:spacing w:after="20" w:before="20"/>
            </w:pPr>
            <w:r/>
            <w:r>
              <w:rPr>
                <w:rFonts w:ascii="Times New Roman" w:hAnsi="Times New Roman" w:eastAsia="宋体"/>
                <w:b w:val="0"/>
                <w:sz w:val="21"/>
              </w:rPr>
              <w:t>校团委</w:t>
            </w:r>
          </w:p>
        </w:tc>
        <w:tc>
          <w:tcPr>
            <w:tcW w:type="dxa" w:w="1439"/>
          </w:tcPr>
          <w:p>
            <w:pPr>
              <w:spacing w:after="20" w:before="20"/>
            </w:pPr>
            <w:r/>
            <w:r>
              <w:rPr>
                <w:rFonts w:ascii="Times New Roman" w:hAnsi="Times New Roman" w:eastAsia="宋体"/>
                <w:b w:val="0"/>
                <w:sz w:val="21"/>
              </w:rPr>
              <w:t>靳念安</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2206140211</w:t>
            </w:r>
          </w:p>
        </w:tc>
        <w:tc>
          <w:tcPr>
            <w:tcW w:type="dxa" w:w="1439"/>
          </w:tcPr>
          <w:p>
            <w:pPr>
              <w:spacing w:after="20" w:before="20"/>
            </w:pPr>
            <w:r/>
            <w:r>
              <w:rPr>
                <w:rFonts w:ascii="Times New Roman" w:hAnsi="Times New Roman" w:eastAsia="宋体"/>
                <w:b w:val="0"/>
                <w:sz w:val="21"/>
              </w:rPr>
              <w:t>行政管理</w:t>
            </w:r>
          </w:p>
        </w:tc>
      </w:tr>
      <w:tr>
        <w:tc>
          <w:tcPr>
            <w:tcW w:type="dxa" w:w="1439"/>
          </w:tcPr>
          <w:p>
            <w:pPr>
              <w:spacing w:after="20" w:before="20"/>
            </w:pPr>
            <w:r/>
            <w:r>
              <w:rPr>
                <w:rFonts w:ascii="Times New Roman" w:hAnsi="Times New Roman" w:eastAsia="宋体"/>
                <w:b w:val="0"/>
                <w:sz w:val="21"/>
              </w:rPr>
              <w:t>258</w:t>
            </w:r>
          </w:p>
        </w:tc>
        <w:tc>
          <w:tcPr>
            <w:tcW w:type="dxa" w:w="1439"/>
          </w:tcPr>
          <w:p>
            <w:pPr>
              <w:spacing w:after="20" w:before="20"/>
            </w:pPr>
            <w:r/>
            <w:r>
              <w:rPr>
                <w:rFonts w:ascii="Times New Roman" w:hAnsi="Times New Roman" w:eastAsia="宋体"/>
                <w:b w:val="0"/>
                <w:sz w:val="21"/>
              </w:rPr>
              <w:t>校团委</w:t>
            </w:r>
          </w:p>
        </w:tc>
        <w:tc>
          <w:tcPr>
            <w:tcW w:type="dxa" w:w="1439"/>
          </w:tcPr>
          <w:p>
            <w:pPr>
              <w:spacing w:after="20" w:before="20"/>
            </w:pPr>
            <w:r/>
            <w:r>
              <w:rPr>
                <w:rFonts w:ascii="Times New Roman" w:hAnsi="Times New Roman" w:eastAsia="宋体"/>
                <w:b w:val="0"/>
                <w:sz w:val="21"/>
              </w:rPr>
              <w:t>陈梦月</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2211060107</w:t>
            </w:r>
          </w:p>
        </w:tc>
        <w:tc>
          <w:tcPr>
            <w:tcW w:type="dxa" w:w="1439"/>
          </w:tcPr>
          <w:p>
            <w:pPr>
              <w:spacing w:after="20" w:before="20"/>
            </w:pPr>
            <w:r/>
            <w:r>
              <w:rPr>
                <w:rFonts w:ascii="Times New Roman" w:hAnsi="Times New Roman" w:eastAsia="宋体"/>
                <w:b w:val="0"/>
                <w:sz w:val="21"/>
              </w:rPr>
              <w:t>汉语国际教育</w:t>
            </w:r>
          </w:p>
        </w:tc>
      </w:tr>
      <w:tr>
        <w:tc>
          <w:tcPr>
            <w:tcW w:type="dxa" w:w="1439"/>
          </w:tcPr>
          <w:p>
            <w:pPr>
              <w:spacing w:after="20" w:before="20"/>
            </w:pPr>
            <w:r/>
            <w:r>
              <w:rPr>
                <w:rFonts w:ascii="Times New Roman" w:hAnsi="Times New Roman" w:eastAsia="宋体"/>
                <w:b w:val="0"/>
                <w:sz w:val="21"/>
              </w:rPr>
              <w:t>259</w:t>
            </w:r>
          </w:p>
        </w:tc>
        <w:tc>
          <w:tcPr>
            <w:tcW w:type="dxa" w:w="1439"/>
          </w:tcPr>
          <w:p>
            <w:pPr>
              <w:spacing w:after="20" w:before="20"/>
            </w:pPr>
            <w:r/>
            <w:r>
              <w:rPr>
                <w:rFonts w:ascii="Times New Roman" w:hAnsi="Times New Roman" w:eastAsia="宋体"/>
                <w:b w:val="0"/>
                <w:sz w:val="21"/>
              </w:rPr>
              <w:t>校团委</w:t>
            </w:r>
          </w:p>
        </w:tc>
        <w:tc>
          <w:tcPr>
            <w:tcW w:type="dxa" w:w="1439"/>
          </w:tcPr>
          <w:p>
            <w:pPr>
              <w:spacing w:after="20" w:before="20"/>
            </w:pPr>
            <w:r/>
            <w:r>
              <w:rPr>
                <w:rFonts w:ascii="Times New Roman" w:hAnsi="Times New Roman" w:eastAsia="宋体"/>
                <w:b w:val="0"/>
                <w:sz w:val="21"/>
              </w:rPr>
              <w:t>许金柯</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2211090109</w:t>
            </w:r>
          </w:p>
        </w:tc>
        <w:tc>
          <w:tcPr>
            <w:tcW w:type="dxa" w:w="1439"/>
          </w:tcPr>
          <w:p>
            <w:pPr>
              <w:spacing w:after="20" w:before="20"/>
            </w:pPr>
            <w:r/>
            <w:r>
              <w:rPr>
                <w:rFonts w:ascii="Times New Roman" w:hAnsi="Times New Roman" w:eastAsia="宋体"/>
                <w:b w:val="0"/>
                <w:sz w:val="21"/>
              </w:rPr>
              <w:t>英语（辅修法学）</w:t>
            </w:r>
          </w:p>
        </w:tc>
      </w:tr>
    </w:tbl>
    <w:p>
      <w:pPr>
        <w:spacing w:before="160" w:after="80" w:lineRule="auto" w:line="360"/>
        <w:jc w:val="left"/>
      </w:pPr>
      <w:r>
        <w:rPr>
          <w:rFonts w:ascii="Times New Roman" w:hAnsi="Times New Roman" w:eastAsia="宋体"/>
          <w:b/>
          <w:sz w:val="28"/>
        </w:rPr>
        <w:t>五、页码信息</w:t>
      </w:r>
    </w:p>
    <w:p>
      <w:pPr>
        <w:spacing w:after="80" w:lineRule="auto" w:line="360"/>
        <w:ind w:firstLine="482"/>
        <w:jc w:val="both"/>
      </w:pPr>
      <w:r>
        <w:rPr>
          <w:rFonts w:ascii="Times New Roman" w:hAnsi="Times New Roman" w:eastAsia="宋体"/>
          <w:b w:val="0"/>
          <w:sz w:val="24"/>
        </w:rPr>
        <w:t>第 15 页，共 15 页。</w:t>
      </w:r>
    </w:p>
    <w:p>
      <w:pPr>
        <w:spacing w:after="80" w:lineRule="auto" w:line="360"/>
        <w:ind w:firstLine="482"/>
        <w:jc w:val="both"/>
      </w:pPr>
      <w:r>
        <w:rPr>
          <w:rFonts w:ascii="Times New Roman" w:hAnsi="Times New Roman" w:eastAsia="宋体"/>
          <w:b w:val="0"/>
          <w:sz w:val="24"/>
        </w:rPr>
        <w:t>本段为武汉工程大学2026年推荐优秀应届本科毕业生免试攻读硕士学位研究生名单的第15页（共15页），包含序号253至259共7名推免生，涉及资源与安全工程学院和校团委两个推荐单位。</w:t>
      </w:r>
    </w:p>
    <w:p>
      <w:pPr>
        <w:spacing w:before="160" w:after="80" w:lineRule="auto" w:line="360"/>
        <w:jc w:val="left"/>
      </w:pPr>
      <w:r>
        <w:rPr>
          <w:rFonts w:ascii="Times New Roman" w:hAnsi="Times New Roman" w:eastAsia="宋体"/>
          <w:b/>
          <w:sz w:val="28"/>
        </w:rPr>
        <w:t>三、资源与安全工程学院（4人）</w:t>
      </w:r>
    </w:p>
    <w:p>
      <w:pPr>
        <w:spacing w:after="80" w:lineRule="auto" w:line="360"/>
        <w:ind w:firstLine="482"/>
        <w:jc w:val="both"/>
      </w:pPr>
      <w:r>
        <w:rPr>
          <w:rFonts w:ascii="Times New Roman" w:hAnsi="Times New Roman" w:eastAsia="宋体"/>
          <w:b w:val="0"/>
          <w:sz w:val="24"/>
        </w:rPr>
        <w:t>1. 黄欢欢，女，学号2217050117，资源循环科学与工程专业。</w:t>
      </w:r>
    </w:p>
    <w:p>
      <w:pPr>
        <w:spacing w:after="80" w:lineRule="auto" w:line="360"/>
        <w:ind w:firstLine="482"/>
        <w:jc w:val="both"/>
      </w:pPr>
      <w:r>
        <w:rPr>
          <w:rFonts w:ascii="Times New Roman" w:hAnsi="Times New Roman" w:eastAsia="宋体"/>
          <w:b w:val="0"/>
          <w:sz w:val="24"/>
        </w:rPr>
        <w:t>2. 程颖，女，学号2217050101，资源循环科学与工程专业。</w:t>
      </w:r>
    </w:p>
    <w:p>
      <w:pPr>
        <w:spacing w:after="80" w:lineRule="auto" w:line="360"/>
        <w:ind w:firstLine="482"/>
        <w:jc w:val="both"/>
      </w:pPr>
      <w:r>
        <w:rPr>
          <w:rFonts w:ascii="Times New Roman" w:hAnsi="Times New Roman" w:eastAsia="宋体"/>
          <w:b w:val="0"/>
          <w:sz w:val="24"/>
        </w:rPr>
        <w:t>3. 张浪，男，学号2217030121，安全工程专业。</w:t>
      </w:r>
    </w:p>
    <w:p>
      <w:pPr>
        <w:spacing w:after="80" w:lineRule="auto" w:line="360"/>
        <w:ind w:firstLine="482"/>
        <w:jc w:val="both"/>
      </w:pPr>
      <w:r>
        <w:rPr>
          <w:rFonts w:ascii="Times New Roman" w:hAnsi="Times New Roman" w:eastAsia="宋体"/>
          <w:b w:val="0"/>
          <w:sz w:val="24"/>
        </w:rPr>
        <w:t>4. 王金铭，男，学号2217030112，安全工程专业。</w:t>
      </w:r>
    </w:p>
    <w:p>
      <w:pPr>
        <w:spacing w:before="160" w:after="80" w:lineRule="auto" w:line="360"/>
        <w:jc w:val="left"/>
      </w:pPr>
      <w:r>
        <w:rPr>
          <w:rFonts w:ascii="Times New Roman" w:hAnsi="Times New Roman" w:eastAsia="宋体"/>
          <w:b/>
          <w:sz w:val="28"/>
        </w:rPr>
        <w:t>四、校团委（3人）</w:t>
      </w:r>
    </w:p>
    <w:p>
      <w:pPr>
        <w:spacing w:after="80" w:lineRule="auto" w:line="360"/>
        <w:ind w:firstLine="482"/>
        <w:jc w:val="both"/>
      </w:pPr>
      <w:r>
        <w:rPr>
          <w:rFonts w:ascii="Times New Roman" w:hAnsi="Times New Roman" w:eastAsia="宋体"/>
          <w:b w:val="0"/>
          <w:sz w:val="24"/>
        </w:rPr>
        <w:t>1. 靳念安，女，学号2206140211，行政管理专业。</w:t>
      </w:r>
    </w:p>
    <w:p>
      <w:pPr>
        <w:spacing w:after="80" w:lineRule="auto" w:line="360"/>
        <w:ind w:firstLine="482"/>
        <w:jc w:val="both"/>
      </w:pPr>
      <w:r>
        <w:rPr>
          <w:rFonts w:ascii="Times New Roman" w:hAnsi="Times New Roman" w:eastAsia="宋体"/>
          <w:b w:val="0"/>
          <w:sz w:val="24"/>
        </w:rPr>
        <w:t>2. 陈梦月，女，学号2211060107，汉语国际教育专业。</w:t>
      </w:r>
    </w:p>
    <w:p>
      <w:pPr>
        <w:spacing w:after="80" w:lineRule="auto" w:line="360"/>
        <w:ind w:firstLine="482"/>
        <w:jc w:val="both"/>
      </w:pPr>
      <w:r>
        <w:rPr>
          <w:rFonts w:ascii="Times New Roman" w:hAnsi="Times New Roman" w:eastAsia="宋体"/>
          <w:b w:val="0"/>
          <w:sz w:val="24"/>
        </w:rPr>
        <w:t>3. 许金柯，女，学号2211090109，英语（辅修法学）专业。</w:t>
      </w:r>
    </w:p>
    <w:p>
      <w:pPr>
        <w:spacing w:before="160" w:after="80" w:lineRule="auto" w:line="360"/>
        <w:jc w:val="left"/>
      </w:pPr>
      <w:r>
        <w:rPr>
          <w:rFonts w:ascii="Times New Roman" w:hAnsi="Times New Roman" w:eastAsia="宋体"/>
          <w:b/>
          <w:sz w:val="28"/>
        </w:rPr>
        <w:t>五、名单明细</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序号</w:t>
            </w:r>
          </w:p>
        </w:tc>
        <w:tc>
          <w:tcPr>
            <w:tcW w:type="dxa" w:w="1439"/>
          </w:tcPr>
          <w:p>
            <w:pPr>
              <w:spacing w:after="20" w:before="20"/>
            </w:pPr>
            <w:r/>
            <w:r>
              <w:rPr>
                <w:rFonts w:ascii="Times New Roman" w:hAnsi="Times New Roman" w:eastAsia="宋体"/>
                <w:b/>
                <w:sz w:val="21"/>
              </w:rPr>
              <w:t>推荐单位</w:t>
            </w:r>
          </w:p>
        </w:tc>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性别</w:t>
            </w:r>
          </w:p>
        </w:tc>
        <w:tc>
          <w:tcPr>
            <w:tcW w:type="dxa" w:w="1439"/>
          </w:tcPr>
          <w:p>
            <w:pPr>
              <w:spacing w:after="20" w:before="20"/>
            </w:pPr>
            <w:r/>
            <w:r>
              <w:rPr>
                <w:rFonts w:ascii="Times New Roman" w:hAnsi="Times New Roman" w:eastAsia="宋体"/>
                <w:b/>
                <w:sz w:val="21"/>
              </w:rPr>
              <w:t>学号</w:t>
            </w:r>
          </w:p>
        </w:tc>
        <w:tc>
          <w:tcPr>
            <w:tcW w:type="dxa" w:w="1439"/>
          </w:tcPr>
          <w:p>
            <w:pPr>
              <w:spacing w:after="20" w:before="20"/>
            </w:pPr>
            <w:r/>
            <w:r>
              <w:rPr>
                <w:rFonts w:ascii="Times New Roman" w:hAnsi="Times New Roman" w:eastAsia="宋体"/>
                <w:b/>
                <w:sz w:val="21"/>
              </w:rPr>
              <w:t>专业</w:t>
            </w:r>
          </w:p>
        </w:tc>
      </w:tr>
      <w:tr>
        <w:tc>
          <w:tcPr>
            <w:tcW w:type="dxa" w:w="1439"/>
          </w:tcPr>
          <w:p>
            <w:pPr>
              <w:spacing w:after="20" w:before="20"/>
            </w:pPr>
            <w:r/>
            <w:r>
              <w:rPr>
                <w:rFonts w:ascii="Times New Roman" w:hAnsi="Times New Roman" w:eastAsia="宋体"/>
                <w:b w:val="0"/>
                <w:sz w:val="21"/>
              </w:rPr>
              <w:t>253</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黄欢欢</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2217050117</w:t>
            </w:r>
          </w:p>
        </w:tc>
        <w:tc>
          <w:tcPr>
            <w:tcW w:type="dxa" w:w="1439"/>
          </w:tcPr>
          <w:p>
            <w:pPr>
              <w:spacing w:after="20" w:before="20"/>
            </w:pPr>
            <w:r/>
            <w:r>
              <w:rPr>
                <w:rFonts w:ascii="Times New Roman" w:hAnsi="Times New Roman" w:eastAsia="宋体"/>
                <w:b w:val="0"/>
                <w:sz w:val="21"/>
              </w:rPr>
              <w:t>资源循环科学与工程</w:t>
            </w:r>
          </w:p>
        </w:tc>
      </w:tr>
      <w:tr>
        <w:tc>
          <w:tcPr>
            <w:tcW w:type="dxa" w:w="1439"/>
          </w:tcPr>
          <w:p>
            <w:pPr>
              <w:spacing w:after="20" w:before="20"/>
            </w:pPr>
            <w:r/>
            <w:r>
              <w:rPr>
                <w:rFonts w:ascii="Times New Roman" w:hAnsi="Times New Roman" w:eastAsia="宋体"/>
                <w:b w:val="0"/>
                <w:sz w:val="21"/>
              </w:rPr>
              <w:t>254</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程颖</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2217050101</w:t>
            </w:r>
          </w:p>
        </w:tc>
        <w:tc>
          <w:tcPr>
            <w:tcW w:type="dxa" w:w="1439"/>
          </w:tcPr>
          <w:p>
            <w:pPr>
              <w:spacing w:after="20" w:before="20"/>
            </w:pPr>
            <w:r/>
            <w:r>
              <w:rPr>
                <w:rFonts w:ascii="Times New Roman" w:hAnsi="Times New Roman" w:eastAsia="宋体"/>
                <w:b w:val="0"/>
                <w:sz w:val="21"/>
              </w:rPr>
              <w:t>资源循环科学与工程</w:t>
            </w:r>
          </w:p>
        </w:tc>
      </w:tr>
      <w:tr>
        <w:tc>
          <w:tcPr>
            <w:tcW w:type="dxa" w:w="1439"/>
          </w:tcPr>
          <w:p>
            <w:pPr>
              <w:spacing w:after="20" w:before="20"/>
            </w:pPr>
            <w:r/>
            <w:r>
              <w:rPr>
                <w:rFonts w:ascii="Times New Roman" w:hAnsi="Times New Roman" w:eastAsia="宋体"/>
                <w:b w:val="0"/>
                <w:sz w:val="21"/>
              </w:rPr>
              <w:t>255</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张浪</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2217030121</w:t>
            </w:r>
          </w:p>
        </w:tc>
        <w:tc>
          <w:tcPr>
            <w:tcW w:type="dxa" w:w="1439"/>
          </w:tcPr>
          <w:p>
            <w:pPr>
              <w:spacing w:after="20" w:before="20"/>
            </w:pPr>
            <w:r/>
            <w:r>
              <w:rPr>
                <w:rFonts w:ascii="Times New Roman" w:hAnsi="Times New Roman" w:eastAsia="宋体"/>
                <w:b w:val="0"/>
                <w:sz w:val="21"/>
              </w:rPr>
              <w:t>安全工程</w:t>
            </w:r>
          </w:p>
        </w:tc>
      </w:tr>
      <w:tr>
        <w:tc>
          <w:tcPr>
            <w:tcW w:type="dxa" w:w="1439"/>
          </w:tcPr>
          <w:p>
            <w:pPr>
              <w:spacing w:after="20" w:before="20"/>
            </w:pPr>
            <w:r/>
            <w:r>
              <w:rPr>
                <w:rFonts w:ascii="Times New Roman" w:hAnsi="Times New Roman" w:eastAsia="宋体"/>
                <w:b w:val="0"/>
                <w:sz w:val="21"/>
              </w:rPr>
              <w:t>256</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王金铭</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2217030112</w:t>
            </w:r>
          </w:p>
        </w:tc>
        <w:tc>
          <w:tcPr>
            <w:tcW w:type="dxa" w:w="1439"/>
          </w:tcPr>
          <w:p>
            <w:pPr>
              <w:spacing w:after="20" w:before="20"/>
            </w:pPr>
            <w:r/>
            <w:r>
              <w:rPr>
                <w:rFonts w:ascii="Times New Roman" w:hAnsi="Times New Roman" w:eastAsia="宋体"/>
                <w:b w:val="0"/>
                <w:sz w:val="21"/>
              </w:rPr>
              <w:t>安全工程</w:t>
            </w:r>
          </w:p>
        </w:tc>
      </w:tr>
      <w:tr>
        <w:tc>
          <w:tcPr>
            <w:tcW w:type="dxa" w:w="1439"/>
          </w:tcPr>
          <w:p>
            <w:pPr>
              <w:spacing w:after="20" w:before="20"/>
            </w:pPr>
            <w:r/>
            <w:r>
              <w:rPr>
                <w:rFonts w:ascii="Times New Roman" w:hAnsi="Times New Roman" w:eastAsia="宋体"/>
                <w:b w:val="0"/>
                <w:sz w:val="21"/>
              </w:rPr>
              <w:t>257</w:t>
            </w:r>
          </w:p>
        </w:tc>
        <w:tc>
          <w:tcPr>
            <w:tcW w:type="dxa" w:w="1439"/>
          </w:tcPr>
          <w:p>
            <w:pPr>
              <w:spacing w:after="20" w:before="20"/>
            </w:pPr>
            <w:r/>
            <w:r>
              <w:rPr>
                <w:rFonts w:ascii="Times New Roman" w:hAnsi="Times New Roman" w:eastAsia="宋体"/>
                <w:b w:val="0"/>
                <w:sz w:val="21"/>
              </w:rPr>
              <w:t>校团委</w:t>
            </w:r>
          </w:p>
        </w:tc>
        <w:tc>
          <w:tcPr>
            <w:tcW w:type="dxa" w:w="1439"/>
          </w:tcPr>
          <w:p>
            <w:pPr>
              <w:spacing w:after="20" w:before="20"/>
            </w:pPr>
            <w:r/>
            <w:r>
              <w:rPr>
                <w:rFonts w:ascii="Times New Roman" w:hAnsi="Times New Roman" w:eastAsia="宋体"/>
                <w:b w:val="0"/>
                <w:sz w:val="21"/>
              </w:rPr>
              <w:t>靳念安</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2206140211</w:t>
            </w:r>
          </w:p>
        </w:tc>
        <w:tc>
          <w:tcPr>
            <w:tcW w:type="dxa" w:w="1439"/>
          </w:tcPr>
          <w:p>
            <w:pPr>
              <w:spacing w:after="20" w:before="20"/>
            </w:pPr>
            <w:r/>
            <w:r>
              <w:rPr>
                <w:rFonts w:ascii="Times New Roman" w:hAnsi="Times New Roman" w:eastAsia="宋体"/>
                <w:b w:val="0"/>
                <w:sz w:val="21"/>
              </w:rPr>
              <w:t>行政管理</w:t>
            </w:r>
          </w:p>
        </w:tc>
      </w:tr>
      <w:tr>
        <w:tc>
          <w:tcPr>
            <w:tcW w:type="dxa" w:w="1439"/>
          </w:tcPr>
          <w:p>
            <w:pPr>
              <w:spacing w:after="20" w:before="20"/>
            </w:pPr>
            <w:r/>
            <w:r>
              <w:rPr>
                <w:rFonts w:ascii="Times New Roman" w:hAnsi="Times New Roman" w:eastAsia="宋体"/>
                <w:b w:val="0"/>
                <w:sz w:val="21"/>
              </w:rPr>
              <w:t>258</w:t>
            </w:r>
          </w:p>
        </w:tc>
        <w:tc>
          <w:tcPr>
            <w:tcW w:type="dxa" w:w="1439"/>
          </w:tcPr>
          <w:p>
            <w:pPr>
              <w:spacing w:after="20" w:before="20"/>
            </w:pPr>
            <w:r/>
            <w:r>
              <w:rPr>
                <w:rFonts w:ascii="Times New Roman" w:hAnsi="Times New Roman" w:eastAsia="宋体"/>
                <w:b w:val="0"/>
                <w:sz w:val="21"/>
              </w:rPr>
              <w:t>校团委</w:t>
            </w:r>
          </w:p>
        </w:tc>
        <w:tc>
          <w:tcPr>
            <w:tcW w:type="dxa" w:w="1439"/>
          </w:tcPr>
          <w:p>
            <w:pPr>
              <w:spacing w:after="20" w:before="20"/>
            </w:pPr>
            <w:r/>
            <w:r>
              <w:rPr>
                <w:rFonts w:ascii="Times New Roman" w:hAnsi="Times New Roman" w:eastAsia="宋体"/>
                <w:b w:val="0"/>
                <w:sz w:val="21"/>
              </w:rPr>
              <w:t>陈梦月</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2211060107</w:t>
            </w:r>
          </w:p>
        </w:tc>
        <w:tc>
          <w:tcPr>
            <w:tcW w:type="dxa" w:w="1439"/>
          </w:tcPr>
          <w:p>
            <w:pPr>
              <w:spacing w:after="20" w:before="20"/>
            </w:pPr>
            <w:r/>
            <w:r>
              <w:rPr>
                <w:rFonts w:ascii="Times New Roman" w:hAnsi="Times New Roman" w:eastAsia="宋体"/>
                <w:b w:val="0"/>
                <w:sz w:val="21"/>
              </w:rPr>
              <w:t>汉语国际教育</w:t>
            </w:r>
          </w:p>
        </w:tc>
      </w:tr>
      <w:tr>
        <w:tc>
          <w:tcPr>
            <w:tcW w:type="dxa" w:w="1439"/>
          </w:tcPr>
          <w:p>
            <w:pPr>
              <w:spacing w:after="20" w:before="20"/>
            </w:pPr>
            <w:r/>
            <w:r>
              <w:rPr>
                <w:rFonts w:ascii="Times New Roman" w:hAnsi="Times New Roman" w:eastAsia="宋体"/>
                <w:b w:val="0"/>
                <w:sz w:val="21"/>
              </w:rPr>
              <w:t>259</w:t>
            </w:r>
          </w:p>
        </w:tc>
        <w:tc>
          <w:tcPr>
            <w:tcW w:type="dxa" w:w="1439"/>
          </w:tcPr>
          <w:p>
            <w:pPr>
              <w:spacing w:after="20" w:before="20"/>
            </w:pPr>
            <w:r/>
            <w:r>
              <w:rPr>
                <w:rFonts w:ascii="Times New Roman" w:hAnsi="Times New Roman" w:eastAsia="宋体"/>
                <w:b w:val="0"/>
                <w:sz w:val="21"/>
              </w:rPr>
              <w:t>校团委</w:t>
            </w:r>
          </w:p>
        </w:tc>
        <w:tc>
          <w:tcPr>
            <w:tcW w:type="dxa" w:w="1439"/>
          </w:tcPr>
          <w:p>
            <w:pPr>
              <w:spacing w:after="20" w:before="20"/>
            </w:pPr>
            <w:r/>
            <w:r>
              <w:rPr>
                <w:rFonts w:ascii="Times New Roman" w:hAnsi="Times New Roman" w:eastAsia="宋体"/>
                <w:b w:val="0"/>
                <w:sz w:val="21"/>
              </w:rPr>
              <w:t>许金柯</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2211090109</w:t>
            </w:r>
          </w:p>
        </w:tc>
        <w:tc>
          <w:tcPr>
            <w:tcW w:type="dxa" w:w="1439"/>
          </w:tcPr>
          <w:p>
            <w:pPr>
              <w:spacing w:after="20" w:before="20"/>
            </w:pPr>
            <w:r/>
            <w:r>
              <w:rPr>
                <w:rFonts w:ascii="Times New Roman" w:hAnsi="Times New Roman" w:eastAsia="宋体"/>
                <w:b w:val="0"/>
                <w:sz w:val="21"/>
              </w:rPr>
              <w:t>英语（辅修法学）</w:t>
            </w:r>
          </w:p>
        </w:tc>
      </w:tr>
    </w:tbl>
    <w:p>
      <w:pPr>
        <w:spacing w:before="160" w:after="80" w:lineRule="auto" w:line="360"/>
        <w:jc w:val="left"/>
      </w:pPr>
      <w:r>
        <w:rPr>
          <w:rFonts w:ascii="Times New Roman" w:hAnsi="Times New Roman" w:eastAsia="宋体"/>
          <w:b/>
          <w:sz w:val="28"/>
        </w:rPr>
        <w:t>六、页码信息</w:t>
      </w:r>
    </w:p>
    <w:p>
      <w:pPr>
        <w:spacing w:after="80" w:lineRule="auto" w:line="360"/>
        <w:ind w:firstLine="482"/>
        <w:jc w:val="both"/>
      </w:pPr>
      <w:r>
        <w:rPr>
          <w:rFonts w:ascii="Times New Roman" w:hAnsi="Times New Roman" w:eastAsia="宋体"/>
          <w:b w:val="0"/>
          <w:sz w:val="24"/>
        </w:rPr>
        <w:t>本段为第15页，共15页。</w:t>
      </w:r>
    </w:p>
    <w:p>
      <w:pPr>
        <w:spacing w:after="80" w:lineRule="auto" w:line="360"/>
        <w:ind w:firstLine="482"/>
        <w:jc w:val="both"/>
      </w:pPr>
      <w:r>
        <w:rPr>
          <w:rFonts w:ascii="Times New Roman" w:hAnsi="Times New Roman" w:eastAsia="宋体"/>
          <w:b w:val="0"/>
          <w:sz w:val="24"/>
        </w:rPr>
        <w:t>本段为工程大学2026年推荐优秀应届本科毕业生免试攻读硕士学位研究生名单的第15页（共15页），共列出7名推免生，涉及资源与安全工程学院、校团委两个推荐单位，专业包括资源循环科学与工程、安全工程、行政管理、汉语国际教育、英语（辅修法学）。</w:t>
      </w:r>
    </w:p>
    <w:p>
      <w:pPr>
        <w:spacing w:before="160" w:after="80" w:lineRule="auto" w:line="360"/>
        <w:jc w:val="left"/>
      </w:pPr>
      <w:r>
        <w:rPr>
          <w:rFonts w:ascii="Times New Roman" w:hAnsi="Times New Roman" w:eastAsia="宋体"/>
          <w:b/>
          <w:sz w:val="28"/>
        </w:rPr>
        <w:t>三、名单明细</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序号</w:t>
            </w:r>
          </w:p>
        </w:tc>
        <w:tc>
          <w:tcPr>
            <w:tcW w:type="dxa" w:w="1439"/>
          </w:tcPr>
          <w:p>
            <w:pPr>
              <w:spacing w:after="20" w:before="20"/>
            </w:pPr>
            <w:r/>
            <w:r>
              <w:rPr>
                <w:rFonts w:ascii="Times New Roman" w:hAnsi="Times New Roman" w:eastAsia="宋体"/>
                <w:b/>
                <w:sz w:val="21"/>
              </w:rPr>
              <w:t>推荐单位</w:t>
            </w:r>
          </w:p>
        </w:tc>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性别</w:t>
            </w:r>
          </w:p>
        </w:tc>
        <w:tc>
          <w:tcPr>
            <w:tcW w:type="dxa" w:w="1439"/>
          </w:tcPr>
          <w:p>
            <w:pPr>
              <w:spacing w:after="20" w:before="20"/>
            </w:pPr>
            <w:r/>
            <w:r>
              <w:rPr>
                <w:rFonts w:ascii="Times New Roman" w:hAnsi="Times New Roman" w:eastAsia="宋体"/>
                <w:b/>
                <w:sz w:val="21"/>
              </w:rPr>
              <w:t>学号</w:t>
            </w:r>
          </w:p>
        </w:tc>
        <w:tc>
          <w:tcPr>
            <w:tcW w:type="dxa" w:w="1439"/>
          </w:tcPr>
          <w:p>
            <w:pPr>
              <w:spacing w:after="20" w:before="20"/>
            </w:pPr>
            <w:r/>
            <w:r>
              <w:rPr>
                <w:rFonts w:ascii="Times New Roman" w:hAnsi="Times New Roman" w:eastAsia="宋体"/>
                <w:b/>
                <w:sz w:val="21"/>
              </w:rPr>
              <w:t>专业</w:t>
            </w:r>
          </w:p>
        </w:tc>
      </w:tr>
      <w:tr>
        <w:tc>
          <w:tcPr>
            <w:tcW w:type="dxa" w:w="1439"/>
          </w:tcPr>
          <w:p>
            <w:pPr>
              <w:spacing w:after="20" w:before="20"/>
            </w:pPr>
            <w:r/>
            <w:r>
              <w:rPr>
                <w:rFonts w:ascii="Times New Roman" w:hAnsi="Times New Roman" w:eastAsia="宋体"/>
                <w:b w:val="0"/>
                <w:sz w:val="21"/>
              </w:rPr>
              <w:t>253</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黄欢欢</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2217050117</w:t>
            </w:r>
          </w:p>
        </w:tc>
        <w:tc>
          <w:tcPr>
            <w:tcW w:type="dxa" w:w="1439"/>
          </w:tcPr>
          <w:p>
            <w:pPr>
              <w:spacing w:after="20" w:before="20"/>
            </w:pPr>
            <w:r/>
            <w:r>
              <w:rPr>
                <w:rFonts w:ascii="Times New Roman" w:hAnsi="Times New Roman" w:eastAsia="宋体"/>
                <w:b w:val="0"/>
                <w:sz w:val="21"/>
              </w:rPr>
              <w:t>资源循环科学与工程</w:t>
            </w:r>
          </w:p>
        </w:tc>
      </w:tr>
      <w:tr>
        <w:tc>
          <w:tcPr>
            <w:tcW w:type="dxa" w:w="1439"/>
          </w:tcPr>
          <w:p>
            <w:pPr>
              <w:spacing w:after="20" w:before="20"/>
            </w:pPr>
            <w:r/>
            <w:r>
              <w:rPr>
                <w:rFonts w:ascii="Times New Roman" w:hAnsi="Times New Roman" w:eastAsia="宋体"/>
                <w:b w:val="0"/>
                <w:sz w:val="21"/>
              </w:rPr>
              <w:t>254</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程颖</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2217050101</w:t>
            </w:r>
          </w:p>
        </w:tc>
        <w:tc>
          <w:tcPr>
            <w:tcW w:type="dxa" w:w="1439"/>
          </w:tcPr>
          <w:p>
            <w:pPr>
              <w:spacing w:after="20" w:before="20"/>
            </w:pPr>
            <w:r/>
            <w:r>
              <w:rPr>
                <w:rFonts w:ascii="Times New Roman" w:hAnsi="Times New Roman" w:eastAsia="宋体"/>
                <w:b w:val="0"/>
                <w:sz w:val="21"/>
              </w:rPr>
              <w:t>资源循环科学与工程</w:t>
            </w:r>
          </w:p>
        </w:tc>
      </w:tr>
      <w:tr>
        <w:tc>
          <w:tcPr>
            <w:tcW w:type="dxa" w:w="1439"/>
          </w:tcPr>
          <w:p>
            <w:pPr>
              <w:spacing w:after="20" w:before="20"/>
            </w:pPr>
            <w:r/>
            <w:r>
              <w:rPr>
                <w:rFonts w:ascii="Times New Roman" w:hAnsi="Times New Roman" w:eastAsia="宋体"/>
                <w:b w:val="0"/>
                <w:sz w:val="21"/>
              </w:rPr>
              <w:t>255</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张浪</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2217030121</w:t>
            </w:r>
          </w:p>
        </w:tc>
        <w:tc>
          <w:tcPr>
            <w:tcW w:type="dxa" w:w="1439"/>
          </w:tcPr>
          <w:p>
            <w:pPr>
              <w:spacing w:after="20" w:before="20"/>
            </w:pPr>
            <w:r/>
            <w:r>
              <w:rPr>
                <w:rFonts w:ascii="Times New Roman" w:hAnsi="Times New Roman" w:eastAsia="宋体"/>
                <w:b w:val="0"/>
                <w:sz w:val="21"/>
              </w:rPr>
              <w:t>安全工程</w:t>
            </w:r>
          </w:p>
        </w:tc>
      </w:tr>
      <w:tr>
        <w:tc>
          <w:tcPr>
            <w:tcW w:type="dxa" w:w="1439"/>
          </w:tcPr>
          <w:p>
            <w:pPr>
              <w:spacing w:after="20" w:before="20"/>
            </w:pPr>
            <w:r/>
            <w:r>
              <w:rPr>
                <w:rFonts w:ascii="Times New Roman" w:hAnsi="Times New Roman" w:eastAsia="宋体"/>
                <w:b w:val="0"/>
                <w:sz w:val="21"/>
              </w:rPr>
              <w:t>256</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王金铭</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2217030112</w:t>
            </w:r>
          </w:p>
        </w:tc>
        <w:tc>
          <w:tcPr>
            <w:tcW w:type="dxa" w:w="1439"/>
          </w:tcPr>
          <w:p>
            <w:pPr>
              <w:spacing w:after="20" w:before="20"/>
            </w:pPr>
            <w:r/>
            <w:r>
              <w:rPr>
                <w:rFonts w:ascii="Times New Roman" w:hAnsi="Times New Roman" w:eastAsia="宋体"/>
                <w:b w:val="0"/>
                <w:sz w:val="21"/>
              </w:rPr>
              <w:t>安全工程</w:t>
            </w:r>
          </w:p>
        </w:tc>
      </w:tr>
      <w:tr>
        <w:tc>
          <w:tcPr>
            <w:tcW w:type="dxa" w:w="1439"/>
          </w:tcPr>
          <w:p>
            <w:pPr>
              <w:spacing w:after="20" w:before="20"/>
            </w:pPr>
            <w:r/>
            <w:r>
              <w:rPr>
                <w:rFonts w:ascii="Times New Roman" w:hAnsi="Times New Roman" w:eastAsia="宋体"/>
                <w:b w:val="0"/>
                <w:sz w:val="21"/>
              </w:rPr>
              <w:t>257</w:t>
            </w:r>
          </w:p>
        </w:tc>
        <w:tc>
          <w:tcPr>
            <w:tcW w:type="dxa" w:w="1439"/>
          </w:tcPr>
          <w:p>
            <w:pPr>
              <w:spacing w:after="20" w:before="20"/>
            </w:pPr>
            <w:r/>
            <w:r>
              <w:rPr>
                <w:rFonts w:ascii="Times New Roman" w:hAnsi="Times New Roman" w:eastAsia="宋体"/>
                <w:b w:val="0"/>
                <w:sz w:val="21"/>
              </w:rPr>
              <w:t>校团委</w:t>
            </w:r>
          </w:p>
        </w:tc>
        <w:tc>
          <w:tcPr>
            <w:tcW w:type="dxa" w:w="1439"/>
          </w:tcPr>
          <w:p>
            <w:pPr>
              <w:spacing w:after="20" w:before="20"/>
            </w:pPr>
            <w:r/>
            <w:r>
              <w:rPr>
                <w:rFonts w:ascii="Times New Roman" w:hAnsi="Times New Roman" w:eastAsia="宋体"/>
                <w:b w:val="0"/>
                <w:sz w:val="21"/>
              </w:rPr>
              <w:t>靳念安</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2206140211</w:t>
            </w:r>
          </w:p>
        </w:tc>
        <w:tc>
          <w:tcPr>
            <w:tcW w:type="dxa" w:w="1439"/>
          </w:tcPr>
          <w:p>
            <w:pPr>
              <w:spacing w:after="20" w:before="20"/>
            </w:pPr>
            <w:r/>
            <w:r>
              <w:rPr>
                <w:rFonts w:ascii="Times New Roman" w:hAnsi="Times New Roman" w:eastAsia="宋体"/>
                <w:b w:val="0"/>
                <w:sz w:val="21"/>
              </w:rPr>
              <w:t>行政管理</w:t>
            </w:r>
          </w:p>
        </w:tc>
      </w:tr>
      <w:tr>
        <w:tc>
          <w:tcPr>
            <w:tcW w:type="dxa" w:w="1439"/>
          </w:tcPr>
          <w:p>
            <w:pPr>
              <w:spacing w:after="20" w:before="20"/>
            </w:pPr>
            <w:r/>
            <w:r>
              <w:rPr>
                <w:rFonts w:ascii="Times New Roman" w:hAnsi="Times New Roman" w:eastAsia="宋体"/>
                <w:b w:val="0"/>
                <w:sz w:val="21"/>
              </w:rPr>
              <w:t>258</w:t>
            </w:r>
          </w:p>
        </w:tc>
        <w:tc>
          <w:tcPr>
            <w:tcW w:type="dxa" w:w="1439"/>
          </w:tcPr>
          <w:p>
            <w:pPr>
              <w:spacing w:after="20" w:before="20"/>
            </w:pPr>
            <w:r/>
            <w:r>
              <w:rPr>
                <w:rFonts w:ascii="Times New Roman" w:hAnsi="Times New Roman" w:eastAsia="宋体"/>
                <w:b w:val="0"/>
                <w:sz w:val="21"/>
              </w:rPr>
              <w:t>校团委</w:t>
            </w:r>
          </w:p>
        </w:tc>
        <w:tc>
          <w:tcPr>
            <w:tcW w:type="dxa" w:w="1439"/>
          </w:tcPr>
          <w:p>
            <w:pPr>
              <w:spacing w:after="20" w:before="20"/>
            </w:pPr>
            <w:r/>
            <w:r>
              <w:rPr>
                <w:rFonts w:ascii="Times New Roman" w:hAnsi="Times New Roman" w:eastAsia="宋体"/>
                <w:b w:val="0"/>
                <w:sz w:val="21"/>
              </w:rPr>
              <w:t>陈梦月</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2211060107</w:t>
            </w:r>
          </w:p>
        </w:tc>
        <w:tc>
          <w:tcPr>
            <w:tcW w:type="dxa" w:w="1439"/>
          </w:tcPr>
          <w:p>
            <w:pPr>
              <w:spacing w:after="20" w:before="20"/>
            </w:pPr>
            <w:r/>
            <w:r>
              <w:rPr>
                <w:rFonts w:ascii="Times New Roman" w:hAnsi="Times New Roman" w:eastAsia="宋体"/>
                <w:b w:val="0"/>
                <w:sz w:val="21"/>
              </w:rPr>
              <w:t>汉语国际教育</w:t>
            </w:r>
          </w:p>
        </w:tc>
      </w:tr>
      <w:tr>
        <w:tc>
          <w:tcPr>
            <w:tcW w:type="dxa" w:w="1439"/>
          </w:tcPr>
          <w:p>
            <w:pPr>
              <w:spacing w:after="20" w:before="20"/>
            </w:pPr>
            <w:r/>
            <w:r>
              <w:rPr>
                <w:rFonts w:ascii="Times New Roman" w:hAnsi="Times New Roman" w:eastAsia="宋体"/>
                <w:b w:val="0"/>
                <w:sz w:val="21"/>
              </w:rPr>
              <w:t>259</w:t>
            </w:r>
          </w:p>
        </w:tc>
        <w:tc>
          <w:tcPr>
            <w:tcW w:type="dxa" w:w="1439"/>
          </w:tcPr>
          <w:p>
            <w:pPr>
              <w:spacing w:after="20" w:before="20"/>
            </w:pPr>
            <w:r/>
            <w:r>
              <w:rPr>
                <w:rFonts w:ascii="Times New Roman" w:hAnsi="Times New Roman" w:eastAsia="宋体"/>
                <w:b w:val="0"/>
                <w:sz w:val="21"/>
              </w:rPr>
              <w:t>校团委</w:t>
            </w:r>
          </w:p>
        </w:tc>
        <w:tc>
          <w:tcPr>
            <w:tcW w:type="dxa" w:w="1439"/>
          </w:tcPr>
          <w:p>
            <w:pPr>
              <w:spacing w:after="20" w:before="20"/>
            </w:pPr>
            <w:r/>
            <w:r>
              <w:rPr>
                <w:rFonts w:ascii="Times New Roman" w:hAnsi="Times New Roman" w:eastAsia="宋体"/>
                <w:b w:val="0"/>
                <w:sz w:val="21"/>
              </w:rPr>
              <w:t>许金柯</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2211090109</w:t>
            </w:r>
          </w:p>
        </w:tc>
        <w:tc>
          <w:tcPr>
            <w:tcW w:type="dxa" w:w="1439"/>
          </w:tcPr>
          <w:p>
            <w:pPr>
              <w:spacing w:after="20" w:before="20"/>
            </w:pPr>
            <w:r/>
            <w:r>
              <w:rPr>
                <w:rFonts w:ascii="Times New Roman" w:hAnsi="Times New Roman" w:eastAsia="宋体"/>
                <w:b w:val="0"/>
                <w:sz w:val="21"/>
              </w:rPr>
              <w:t>英语（辅修法学）</w:t>
            </w:r>
          </w:p>
        </w:tc>
      </w:tr>
    </w:tbl>
    <w:p>
      <w:pPr>
        <w:spacing w:before="160" w:after="80" w:lineRule="auto" w:line="360"/>
        <w:jc w:val="left"/>
      </w:pPr>
      <w:r>
        <w:rPr>
          <w:rFonts w:ascii="Times New Roman" w:hAnsi="Times New Roman" w:eastAsia="宋体"/>
          <w:b/>
          <w:sz w:val="28"/>
        </w:rPr>
        <w:t>四、统计信息</w:t>
      </w:r>
    </w:p>
    <w:p>
      <w:pPr>
        <w:spacing w:after="80" w:lineRule="auto" w:line="360"/>
        <w:ind w:firstLine="482"/>
        <w:jc w:val="both"/>
      </w:pPr>
      <w:r>
        <w:rPr>
          <w:rFonts w:ascii="Times New Roman" w:hAnsi="Times New Roman" w:eastAsia="宋体"/>
          <w:b w:val="0"/>
          <w:sz w:val="24"/>
        </w:rPr>
        <w:t>1. 本页人数：7人。</w:t>
      </w:r>
    </w:p>
    <w:p>
      <w:pPr>
        <w:spacing w:after="80" w:lineRule="auto" w:line="360"/>
        <w:ind w:firstLine="482"/>
        <w:jc w:val="both"/>
      </w:pPr>
      <w:r>
        <w:rPr>
          <w:rFonts w:ascii="Times New Roman" w:hAnsi="Times New Roman" w:eastAsia="宋体"/>
          <w:b w:val="0"/>
          <w:sz w:val="24"/>
        </w:rPr>
        <w:t>2. 推荐单位分布：资源与安全工程学院4人，校团委3人。</w:t>
      </w:r>
    </w:p>
    <w:p>
      <w:pPr>
        <w:spacing w:after="80" w:lineRule="auto" w:line="360"/>
        <w:ind w:firstLine="482"/>
        <w:jc w:val="both"/>
      </w:pPr>
      <w:r>
        <w:rPr>
          <w:rFonts w:ascii="Times New Roman" w:hAnsi="Times New Roman" w:eastAsia="宋体"/>
          <w:b w:val="0"/>
          <w:sz w:val="24"/>
        </w:rPr>
        <w:t>3. 专业分布：资源循环科学与工程2人，安全工程2人，行政管理1人，汉语国际教育1人，英语（辅修法学）1人。</w:t>
      </w:r>
    </w:p>
    <w:p>
      <w:pPr>
        <w:spacing w:after="80" w:lineRule="auto" w:line="360"/>
        <w:ind w:firstLine="482"/>
        <w:jc w:val="both"/>
      </w:pPr>
      <w:r>
        <w:rPr>
          <w:rFonts w:ascii="Times New Roman" w:hAnsi="Times New Roman" w:eastAsia="宋体"/>
          <w:b w:val="0"/>
          <w:sz w:val="24"/>
        </w:rPr>
        <w:t>4. 页码：第15页，共15页。</w:t>
      </w:r>
    </w:p>
    <w:p>
      <w:pPr>
        <w:spacing w:before="160" w:after="80" w:lineRule="auto" w:line="360"/>
        <w:jc w:val="left"/>
      </w:pPr>
      <w:r>
        <w:rPr>
          <w:rFonts w:ascii="Times New Roman" w:hAnsi="Times New Roman" w:eastAsia="宋体"/>
          <w:b/>
          <w:sz w:val="28"/>
        </w:rPr>
        <w:t>五、说明</w:t>
      </w:r>
    </w:p>
    <w:p>
      <w:pPr>
        <w:spacing w:after="80" w:lineRule="auto" w:line="360"/>
        <w:ind w:firstLine="482"/>
        <w:jc w:val="both"/>
      </w:pPr>
      <w:r>
        <w:rPr>
          <w:rFonts w:ascii="Times New Roman" w:hAnsi="Times New Roman" w:eastAsia="宋体"/>
          <w:b w:val="0"/>
          <w:sz w:val="24"/>
        </w:rPr>
        <w:t>原文未提供排名方式、评分方式及公示期信息。</w:t>
      </w:r>
    </w:p>
    <w:p>
      <w:pPr>
        <w:spacing w:after="80" w:lineRule="auto" w:line="360"/>
        <w:ind w:firstLine="482"/>
        <w:jc w:val="both"/>
      </w:pPr>
      <w:r>
        <w:rPr>
          <w:rFonts w:ascii="Times New Roman" w:hAnsi="Times New Roman" w:eastAsia="宋体"/>
          <w:b w:val="0"/>
          <w:sz w:val="24"/>
        </w:rPr>
        <w:t>本段为武汉工程大学2026年推荐优秀应届本科毕业生免试攻读硕士学位研究生名单的公示内容，涉及资源与安全工程学院及校团委两个推荐单位，共7人。名单按序号、推荐单位、姓名、性别、学号、专业（方向）列示，具体如下：</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序号</w:t>
            </w:r>
          </w:p>
        </w:tc>
        <w:tc>
          <w:tcPr>
            <w:tcW w:type="dxa" w:w="1439"/>
          </w:tcPr>
          <w:p>
            <w:pPr>
              <w:spacing w:after="20" w:before="20"/>
            </w:pPr>
            <w:r/>
            <w:r>
              <w:rPr>
                <w:rFonts w:ascii="Times New Roman" w:hAnsi="Times New Roman" w:eastAsia="宋体"/>
                <w:b/>
                <w:sz w:val="21"/>
              </w:rPr>
              <w:t>推荐单位</w:t>
            </w:r>
          </w:p>
        </w:tc>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性别</w:t>
            </w:r>
          </w:p>
        </w:tc>
        <w:tc>
          <w:tcPr>
            <w:tcW w:type="dxa" w:w="1439"/>
          </w:tcPr>
          <w:p>
            <w:pPr>
              <w:spacing w:after="20" w:before="20"/>
            </w:pPr>
            <w:r/>
            <w:r>
              <w:rPr>
                <w:rFonts w:ascii="Times New Roman" w:hAnsi="Times New Roman" w:eastAsia="宋体"/>
                <w:b/>
                <w:sz w:val="21"/>
              </w:rPr>
              <w:t>学号</w:t>
            </w:r>
          </w:p>
        </w:tc>
        <w:tc>
          <w:tcPr>
            <w:tcW w:type="dxa" w:w="1439"/>
          </w:tcPr>
          <w:p>
            <w:pPr>
              <w:spacing w:after="20" w:before="20"/>
            </w:pPr>
            <w:r/>
            <w:r>
              <w:rPr>
                <w:rFonts w:ascii="Times New Roman" w:hAnsi="Times New Roman" w:eastAsia="宋体"/>
                <w:b/>
                <w:sz w:val="21"/>
              </w:rPr>
              <w:t>专业（方向）</w:t>
            </w:r>
          </w:p>
        </w:tc>
      </w:tr>
      <w:tr>
        <w:tc>
          <w:tcPr>
            <w:tcW w:type="dxa" w:w="1439"/>
          </w:tcPr>
          <w:p>
            <w:pPr>
              <w:spacing w:after="20" w:before="20"/>
            </w:pPr>
            <w:r/>
            <w:r>
              <w:rPr>
                <w:rFonts w:ascii="Times New Roman" w:hAnsi="Times New Roman" w:eastAsia="宋体"/>
                <w:b w:val="0"/>
                <w:sz w:val="21"/>
              </w:rPr>
              <w:t>253</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黄欢欢</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2217050117</w:t>
            </w:r>
          </w:p>
        </w:tc>
        <w:tc>
          <w:tcPr>
            <w:tcW w:type="dxa" w:w="1439"/>
          </w:tcPr>
          <w:p>
            <w:pPr>
              <w:spacing w:after="20" w:before="20"/>
            </w:pPr>
            <w:r/>
            <w:r>
              <w:rPr>
                <w:rFonts w:ascii="Times New Roman" w:hAnsi="Times New Roman" w:eastAsia="宋体"/>
                <w:b w:val="0"/>
                <w:sz w:val="21"/>
              </w:rPr>
              <w:t>资源循环科学与工程</w:t>
            </w:r>
          </w:p>
        </w:tc>
      </w:tr>
      <w:tr>
        <w:tc>
          <w:tcPr>
            <w:tcW w:type="dxa" w:w="1439"/>
          </w:tcPr>
          <w:p>
            <w:pPr>
              <w:spacing w:after="20" w:before="20"/>
            </w:pPr>
            <w:r/>
            <w:r>
              <w:rPr>
                <w:rFonts w:ascii="Times New Roman" w:hAnsi="Times New Roman" w:eastAsia="宋体"/>
                <w:b w:val="0"/>
                <w:sz w:val="21"/>
              </w:rPr>
              <w:t>254</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程颖</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2217050101</w:t>
            </w:r>
          </w:p>
        </w:tc>
        <w:tc>
          <w:tcPr>
            <w:tcW w:type="dxa" w:w="1439"/>
          </w:tcPr>
          <w:p>
            <w:pPr>
              <w:spacing w:after="20" w:before="20"/>
            </w:pPr>
            <w:r/>
            <w:r>
              <w:rPr>
                <w:rFonts w:ascii="Times New Roman" w:hAnsi="Times New Roman" w:eastAsia="宋体"/>
                <w:b w:val="0"/>
                <w:sz w:val="21"/>
              </w:rPr>
              <w:t>资源循环科学与工程</w:t>
            </w:r>
          </w:p>
        </w:tc>
      </w:tr>
      <w:tr>
        <w:tc>
          <w:tcPr>
            <w:tcW w:type="dxa" w:w="1439"/>
          </w:tcPr>
          <w:p>
            <w:pPr>
              <w:spacing w:after="20" w:before="20"/>
            </w:pPr>
            <w:r/>
            <w:r>
              <w:rPr>
                <w:rFonts w:ascii="Times New Roman" w:hAnsi="Times New Roman" w:eastAsia="宋体"/>
                <w:b w:val="0"/>
                <w:sz w:val="21"/>
              </w:rPr>
              <w:t>255</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张浪</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2217030121</w:t>
            </w:r>
          </w:p>
        </w:tc>
        <w:tc>
          <w:tcPr>
            <w:tcW w:type="dxa" w:w="1439"/>
          </w:tcPr>
          <w:p>
            <w:pPr>
              <w:spacing w:after="20" w:before="20"/>
            </w:pPr>
            <w:r/>
            <w:r>
              <w:rPr>
                <w:rFonts w:ascii="Times New Roman" w:hAnsi="Times New Roman" w:eastAsia="宋体"/>
                <w:b w:val="0"/>
                <w:sz w:val="21"/>
              </w:rPr>
              <w:t>安全工程</w:t>
            </w:r>
          </w:p>
        </w:tc>
      </w:tr>
      <w:tr>
        <w:tc>
          <w:tcPr>
            <w:tcW w:type="dxa" w:w="1439"/>
          </w:tcPr>
          <w:p>
            <w:pPr>
              <w:spacing w:after="20" w:before="20"/>
            </w:pPr>
            <w:r/>
            <w:r>
              <w:rPr>
                <w:rFonts w:ascii="Times New Roman" w:hAnsi="Times New Roman" w:eastAsia="宋体"/>
                <w:b w:val="0"/>
                <w:sz w:val="21"/>
              </w:rPr>
              <w:t>256</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王金铭</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2217030112</w:t>
            </w:r>
          </w:p>
        </w:tc>
        <w:tc>
          <w:tcPr>
            <w:tcW w:type="dxa" w:w="1439"/>
          </w:tcPr>
          <w:p>
            <w:pPr>
              <w:spacing w:after="20" w:before="20"/>
            </w:pPr>
            <w:r/>
            <w:r>
              <w:rPr>
                <w:rFonts w:ascii="Times New Roman" w:hAnsi="Times New Roman" w:eastAsia="宋体"/>
                <w:b w:val="0"/>
                <w:sz w:val="21"/>
              </w:rPr>
              <w:t>安全工程</w:t>
            </w:r>
          </w:p>
        </w:tc>
      </w:tr>
      <w:tr>
        <w:tc>
          <w:tcPr>
            <w:tcW w:type="dxa" w:w="1439"/>
          </w:tcPr>
          <w:p>
            <w:pPr>
              <w:spacing w:after="20" w:before="20"/>
            </w:pPr>
            <w:r/>
            <w:r>
              <w:rPr>
                <w:rFonts w:ascii="Times New Roman" w:hAnsi="Times New Roman" w:eastAsia="宋体"/>
                <w:b w:val="0"/>
                <w:sz w:val="21"/>
              </w:rPr>
              <w:t>257</w:t>
            </w:r>
          </w:p>
        </w:tc>
        <w:tc>
          <w:tcPr>
            <w:tcW w:type="dxa" w:w="1439"/>
          </w:tcPr>
          <w:p>
            <w:pPr>
              <w:spacing w:after="20" w:before="20"/>
            </w:pPr>
            <w:r/>
            <w:r>
              <w:rPr>
                <w:rFonts w:ascii="Times New Roman" w:hAnsi="Times New Roman" w:eastAsia="宋体"/>
                <w:b w:val="0"/>
                <w:sz w:val="21"/>
              </w:rPr>
              <w:t>校团委</w:t>
            </w:r>
          </w:p>
        </w:tc>
        <w:tc>
          <w:tcPr>
            <w:tcW w:type="dxa" w:w="1439"/>
          </w:tcPr>
          <w:p>
            <w:pPr>
              <w:spacing w:after="20" w:before="20"/>
            </w:pPr>
            <w:r/>
            <w:r>
              <w:rPr>
                <w:rFonts w:ascii="Times New Roman" w:hAnsi="Times New Roman" w:eastAsia="宋体"/>
                <w:b w:val="0"/>
                <w:sz w:val="21"/>
              </w:rPr>
              <w:t>靳念安</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2206140211</w:t>
            </w:r>
          </w:p>
        </w:tc>
        <w:tc>
          <w:tcPr>
            <w:tcW w:type="dxa" w:w="1439"/>
          </w:tcPr>
          <w:p>
            <w:pPr>
              <w:spacing w:after="20" w:before="20"/>
            </w:pPr>
            <w:r/>
            <w:r>
              <w:rPr>
                <w:rFonts w:ascii="Times New Roman" w:hAnsi="Times New Roman" w:eastAsia="宋体"/>
                <w:b w:val="0"/>
                <w:sz w:val="21"/>
              </w:rPr>
              <w:t>行政管理</w:t>
            </w:r>
          </w:p>
        </w:tc>
      </w:tr>
      <w:tr>
        <w:tc>
          <w:tcPr>
            <w:tcW w:type="dxa" w:w="1439"/>
          </w:tcPr>
          <w:p>
            <w:pPr>
              <w:spacing w:after="20" w:before="20"/>
            </w:pPr>
            <w:r/>
            <w:r>
              <w:rPr>
                <w:rFonts w:ascii="Times New Roman" w:hAnsi="Times New Roman" w:eastAsia="宋体"/>
                <w:b w:val="0"/>
                <w:sz w:val="21"/>
              </w:rPr>
              <w:t>258</w:t>
            </w:r>
          </w:p>
        </w:tc>
        <w:tc>
          <w:tcPr>
            <w:tcW w:type="dxa" w:w="1439"/>
          </w:tcPr>
          <w:p>
            <w:pPr>
              <w:spacing w:after="20" w:before="20"/>
            </w:pPr>
            <w:r/>
            <w:r>
              <w:rPr>
                <w:rFonts w:ascii="Times New Roman" w:hAnsi="Times New Roman" w:eastAsia="宋体"/>
                <w:b w:val="0"/>
                <w:sz w:val="21"/>
              </w:rPr>
              <w:t>校团委</w:t>
            </w:r>
          </w:p>
        </w:tc>
        <w:tc>
          <w:tcPr>
            <w:tcW w:type="dxa" w:w="1439"/>
          </w:tcPr>
          <w:p>
            <w:pPr>
              <w:spacing w:after="20" w:before="20"/>
            </w:pPr>
            <w:r/>
            <w:r>
              <w:rPr>
                <w:rFonts w:ascii="Times New Roman" w:hAnsi="Times New Roman" w:eastAsia="宋体"/>
                <w:b w:val="0"/>
                <w:sz w:val="21"/>
              </w:rPr>
              <w:t>陈梦月</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2211060107</w:t>
            </w:r>
          </w:p>
        </w:tc>
        <w:tc>
          <w:tcPr>
            <w:tcW w:type="dxa" w:w="1439"/>
          </w:tcPr>
          <w:p>
            <w:pPr>
              <w:spacing w:after="20" w:before="20"/>
            </w:pPr>
            <w:r/>
            <w:r>
              <w:rPr>
                <w:rFonts w:ascii="Times New Roman" w:hAnsi="Times New Roman" w:eastAsia="宋体"/>
                <w:b w:val="0"/>
                <w:sz w:val="21"/>
              </w:rPr>
              <w:t>汉语国际教育</w:t>
            </w:r>
          </w:p>
        </w:tc>
      </w:tr>
      <w:tr>
        <w:tc>
          <w:tcPr>
            <w:tcW w:type="dxa" w:w="1439"/>
          </w:tcPr>
          <w:p>
            <w:pPr>
              <w:spacing w:after="20" w:before="20"/>
            </w:pPr>
            <w:r/>
            <w:r>
              <w:rPr>
                <w:rFonts w:ascii="Times New Roman" w:hAnsi="Times New Roman" w:eastAsia="宋体"/>
                <w:b w:val="0"/>
                <w:sz w:val="21"/>
              </w:rPr>
              <w:t>259</w:t>
            </w:r>
          </w:p>
        </w:tc>
        <w:tc>
          <w:tcPr>
            <w:tcW w:type="dxa" w:w="1439"/>
          </w:tcPr>
          <w:p>
            <w:pPr>
              <w:spacing w:after="20" w:before="20"/>
            </w:pPr>
            <w:r/>
            <w:r>
              <w:rPr>
                <w:rFonts w:ascii="Times New Roman" w:hAnsi="Times New Roman" w:eastAsia="宋体"/>
                <w:b w:val="0"/>
                <w:sz w:val="21"/>
              </w:rPr>
              <w:t>校团委</w:t>
            </w:r>
          </w:p>
        </w:tc>
        <w:tc>
          <w:tcPr>
            <w:tcW w:type="dxa" w:w="1439"/>
          </w:tcPr>
          <w:p>
            <w:pPr>
              <w:spacing w:after="20" w:before="20"/>
            </w:pPr>
            <w:r/>
            <w:r>
              <w:rPr>
                <w:rFonts w:ascii="Times New Roman" w:hAnsi="Times New Roman" w:eastAsia="宋体"/>
                <w:b w:val="0"/>
                <w:sz w:val="21"/>
              </w:rPr>
              <w:t>许金柯</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2211090109</w:t>
            </w:r>
          </w:p>
        </w:tc>
        <w:tc>
          <w:tcPr>
            <w:tcW w:type="dxa" w:w="1439"/>
          </w:tcPr>
          <w:p>
            <w:pPr>
              <w:spacing w:after="20" w:before="20"/>
            </w:pPr>
            <w:r/>
            <w:r>
              <w:rPr>
                <w:rFonts w:ascii="Times New Roman" w:hAnsi="Times New Roman" w:eastAsia="宋体"/>
                <w:b w:val="0"/>
                <w:sz w:val="21"/>
              </w:rPr>
              <w:t>英语（辅修法学）</w:t>
            </w:r>
          </w:p>
        </w:tc>
      </w:tr>
    </w:tbl>
    <w:p>
      <w:pPr>
        <w:spacing w:before="160" w:after="80" w:lineRule="auto" w:line="360"/>
        <w:jc w:val="left"/>
      </w:pPr>
      <w:r>
        <w:rPr>
          <w:rFonts w:ascii="Times New Roman" w:hAnsi="Times New Roman" w:eastAsia="宋体"/>
          <w:b/>
          <w:sz w:val="28"/>
        </w:rPr>
        <w:t>三、名单构成</w:t>
      </w:r>
    </w:p>
    <w:p>
      <w:pPr>
        <w:spacing w:after="80" w:lineRule="auto" w:line="360"/>
        <w:ind w:firstLine="482"/>
        <w:jc w:val="both"/>
      </w:pPr>
      <w:r>
        <w:rPr>
          <w:rFonts w:ascii="Times New Roman" w:hAnsi="Times New Roman" w:eastAsia="宋体"/>
          <w:b w:val="0"/>
          <w:sz w:val="24"/>
        </w:rPr>
        <w:t>1. 资源与安全工程学院4人：黄欢欢（女，2217050117，资源循环科学与工程）、程颖（女，2217050101，资源循环科学与工程）、张浪（男，2217030121，安全工程）、王金铭（男，2217030112，安全工程）。</w:t>
      </w:r>
    </w:p>
    <w:p>
      <w:pPr>
        <w:spacing w:after="80" w:lineRule="auto" w:line="360"/>
        <w:ind w:firstLine="482"/>
        <w:jc w:val="both"/>
      </w:pPr>
      <w:r>
        <w:rPr>
          <w:rFonts w:ascii="Times New Roman" w:hAnsi="Times New Roman" w:eastAsia="宋体"/>
          <w:b w:val="0"/>
          <w:sz w:val="24"/>
        </w:rPr>
        <w:t>2. 校团委3人：靳念安（女，2206140211，行政管理）、陈梦月（女，2211060107，汉语国际教育）、许金柯（女，2211090109，英语（辅修法学））。</w:t>
      </w:r>
    </w:p>
    <w:p>
      <w:pPr>
        <w:spacing w:before="160" w:after="80" w:lineRule="auto" w:line="360"/>
        <w:jc w:val="left"/>
      </w:pPr>
      <w:r>
        <w:rPr>
          <w:rFonts w:ascii="Times New Roman" w:hAnsi="Times New Roman" w:eastAsia="宋体"/>
          <w:b/>
          <w:sz w:val="28"/>
        </w:rPr>
        <w:t>四、页码信息</w:t>
      </w:r>
    </w:p>
    <w:p>
      <w:pPr>
        <w:spacing w:after="80" w:lineRule="auto" w:line="360"/>
        <w:ind w:firstLine="482"/>
        <w:jc w:val="both"/>
      </w:pPr>
      <w:r>
        <w:rPr>
          <w:rFonts w:ascii="Times New Roman" w:hAnsi="Times New Roman" w:eastAsia="宋体"/>
          <w:b w:val="0"/>
          <w:sz w:val="24"/>
        </w:rPr>
        <w:t>本段内容标注为第15页，共15页。</w:t>
      </w:r>
    </w:p>
    <w:p>
      <w:pPr>
        <w:spacing w:after="80" w:lineRule="auto" w:line="360"/>
        <w:ind w:firstLine="482"/>
        <w:jc w:val="both"/>
      </w:pPr>
      <w:r>
        <w:rPr>
          <w:rFonts w:ascii="Times New Roman" w:hAnsi="Times New Roman" w:eastAsia="宋体"/>
          <w:b w:val="0"/>
          <w:sz w:val="24"/>
        </w:rPr>
        <w:t>本段为大学2026年推荐优秀应届本科毕业生免试攻读硕士学位研究生名单的第15页（共15页），共列出7名推免生，涉及资源与安全工程学院、校团委两个推荐单位，专业包括资源循环科学与工程、安全工程、行政管理、汉语国际教育、英语（辅修法学）。</w:t>
      </w:r>
    </w:p>
    <w:p>
      <w:pPr>
        <w:spacing w:before="160" w:after="80" w:lineRule="auto" w:line="360"/>
        <w:jc w:val="left"/>
      </w:pPr>
      <w:r>
        <w:rPr>
          <w:rFonts w:ascii="Times New Roman" w:hAnsi="Times New Roman" w:eastAsia="宋体"/>
          <w:b/>
          <w:sz w:val="28"/>
        </w:rPr>
        <w:t>三、名单明细</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序号</w:t>
            </w:r>
          </w:p>
        </w:tc>
        <w:tc>
          <w:tcPr>
            <w:tcW w:type="dxa" w:w="1439"/>
          </w:tcPr>
          <w:p>
            <w:pPr>
              <w:spacing w:after="20" w:before="20"/>
            </w:pPr>
            <w:r/>
            <w:r>
              <w:rPr>
                <w:rFonts w:ascii="Times New Roman" w:hAnsi="Times New Roman" w:eastAsia="宋体"/>
                <w:b/>
                <w:sz w:val="21"/>
              </w:rPr>
              <w:t>推荐单位</w:t>
            </w:r>
          </w:p>
        </w:tc>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性别</w:t>
            </w:r>
          </w:p>
        </w:tc>
        <w:tc>
          <w:tcPr>
            <w:tcW w:type="dxa" w:w="1439"/>
          </w:tcPr>
          <w:p>
            <w:pPr>
              <w:spacing w:after="20" w:before="20"/>
            </w:pPr>
            <w:r/>
            <w:r>
              <w:rPr>
                <w:rFonts w:ascii="Times New Roman" w:hAnsi="Times New Roman" w:eastAsia="宋体"/>
                <w:b/>
                <w:sz w:val="21"/>
              </w:rPr>
              <w:t>学号</w:t>
            </w:r>
          </w:p>
        </w:tc>
        <w:tc>
          <w:tcPr>
            <w:tcW w:type="dxa" w:w="1439"/>
          </w:tcPr>
          <w:p>
            <w:pPr>
              <w:spacing w:after="20" w:before="20"/>
            </w:pPr>
            <w:r/>
            <w:r>
              <w:rPr>
                <w:rFonts w:ascii="Times New Roman" w:hAnsi="Times New Roman" w:eastAsia="宋体"/>
                <w:b/>
                <w:sz w:val="21"/>
              </w:rPr>
              <w:t>专业</w:t>
            </w:r>
          </w:p>
        </w:tc>
      </w:tr>
      <w:tr>
        <w:tc>
          <w:tcPr>
            <w:tcW w:type="dxa" w:w="1439"/>
          </w:tcPr>
          <w:p>
            <w:pPr>
              <w:spacing w:after="20" w:before="20"/>
            </w:pPr>
            <w:r/>
            <w:r>
              <w:rPr>
                <w:rFonts w:ascii="Times New Roman" w:hAnsi="Times New Roman" w:eastAsia="宋体"/>
                <w:b w:val="0"/>
                <w:sz w:val="21"/>
              </w:rPr>
              <w:t>253</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黄欢欢</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2217050117</w:t>
            </w:r>
          </w:p>
        </w:tc>
        <w:tc>
          <w:tcPr>
            <w:tcW w:type="dxa" w:w="1439"/>
          </w:tcPr>
          <w:p>
            <w:pPr>
              <w:spacing w:after="20" w:before="20"/>
            </w:pPr>
            <w:r/>
            <w:r>
              <w:rPr>
                <w:rFonts w:ascii="Times New Roman" w:hAnsi="Times New Roman" w:eastAsia="宋体"/>
                <w:b w:val="0"/>
                <w:sz w:val="21"/>
              </w:rPr>
              <w:t>资源循环科学与工程</w:t>
            </w:r>
          </w:p>
        </w:tc>
      </w:tr>
      <w:tr>
        <w:tc>
          <w:tcPr>
            <w:tcW w:type="dxa" w:w="1439"/>
          </w:tcPr>
          <w:p>
            <w:pPr>
              <w:spacing w:after="20" w:before="20"/>
            </w:pPr>
            <w:r/>
            <w:r>
              <w:rPr>
                <w:rFonts w:ascii="Times New Roman" w:hAnsi="Times New Roman" w:eastAsia="宋体"/>
                <w:b w:val="0"/>
                <w:sz w:val="21"/>
              </w:rPr>
              <w:t>254</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程颖</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2217050101</w:t>
            </w:r>
          </w:p>
        </w:tc>
        <w:tc>
          <w:tcPr>
            <w:tcW w:type="dxa" w:w="1439"/>
          </w:tcPr>
          <w:p>
            <w:pPr>
              <w:spacing w:after="20" w:before="20"/>
            </w:pPr>
            <w:r/>
            <w:r>
              <w:rPr>
                <w:rFonts w:ascii="Times New Roman" w:hAnsi="Times New Roman" w:eastAsia="宋体"/>
                <w:b w:val="0"/>
                <w:sz w:val="21"/>
              </w:rPr>
              <w:t>资源循环科学与工程</w:t>
            </w:r>
          </w:p>
        </w:tc>
      </w:tr>
      <w:tr>
        <w:tc>
          <w:tcPr>
            <w:tcW w:type="dxa" w:w="1439"/>
          </w:tcPr>
          <w:p>
            <w:pPr>
              <w:spacing w:after="20" w:before="20"/>
            </w:pPr>
            <w:r/>
            <w:r>
              <w:rPr>
                <w:rFonts w:ascii="Times New Roman" w:hAnsi="Times New Roman" w:eastAsia="宋体"/>
                <w:b w:val="0"/>
                <w:sz w:val="21"/>
              </w:rPr>
              <w:t>255</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张浪</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2217030121</w:t>
            </w:r>
          </w:p>
        </w:tc>
        <w:tc>
          <w:tcPr>
            <w:tcW w:type="dxa" w:w="1439"/>
          </w:tcPr>
          <w:p>
            <w:pPr>
              <w:spacing w:after="20" w:before="20"/>
            </w:pPr>
            <w:r/>
            <w:r>
              <w:rPr>
                <w:rFonts w:ascii="Times New Roman" w:hAnsi="Times New Roman" w:eastAsia="宋体"/>
                <w:b w:val="0"/>
                <w:sz w:val="21"/>
              </w:rPr>
              <w:t>安全工程</w:t>
            </w:r>
          </w:p>
        </w:tc>
      </w:tr>
      <w:tr>
        <w:tc>
          <w:tcPr>
            <w:tcW w:type="dxa" w:w="1439"/>
          </w:tcPr>
          <w:p>
            <w:pPr>
              <w:spacing w:after="20" w:before="20"/>
            </w:pPr>
            <w:r/>
            <w:r>
              <w:rPr>
                <w:rFonts w:ascii="Times New Roman" w:hAnsi="Times New Roman" w:eastAsia="宋体"/>
                <w:b w:val="0"/>
                <w:sz w:val="21"/>
              </w:rPr>
              <w:t>256</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王金铭</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2217030112</w:t>
            </w:r>
          </w:p>
        </w:tc>
        <w:tc>
          <w:tcPr>
            <w:tcW w:type="dxa" w:w="1439"/>
          </w:tcPr>
          <w:p>
            <w:pPr>
              <w:spacing w:after="20" w:before="20"/>
            </w:pPr>
            <w:r/>
            <w:r>
              <w:rPr>
                <w:rFonts w:ascii="Times New Roman" w:hAnsi="Times New Roman" w:eastAsia="宋体"/>
                <w:b w:val="0"/>
                <w:sz w:val="21"/>
              </w:rPr>
              <w:t>安全工程</w:t>
            </w:r>
          </w:p>
        </w:tc>
      </w:tr>
      <w:tr>
        <w:tc>
          <w:tcPr>
            <w:tcW w:type="dxa" w:w="1439"/>
          </w:tcPr>
          <w:p>
            <w:pPr>
              <w:spacing w:after="20" w:before="20"/>
            </w:pPr>
            <w:r/>
            <w:r>
              <w:rPr>
                <w:rFonts w:ascii="Times New Roman" w:hAnsi="Times New Roman" w:eastAsia="宋体"/>
                <w:b w:val="0"/>
                <w:sz w:val="21"/>
              </w:rPr>
              <w:t>257</w:t>
            </w:r>
          </w:p>
        </w:tc>
        <w:tc>
          <w:tcPr>
            <w:tcW w:type="dxa" w:w="1439"/>
          </w:tcPr>
          <w:p>
            <w:pPr>
              <w:spacing w:after="20" w:before="20"/>
            </w:pPr>
            <w:r/>
            <w:r>
              <w:rPr>
                <w:rFonts w:ascii="Times New Roman" w:hAnsi="Times New Roman" w:eastAsia="宋体"/>
                <w:b w:val="0"/>
                <w:sz w:val="21"/>
              </w:rPr>
              <w:t>校团委</w:t>
            </w:r>
          </w:p>
        </w:tc>
        <w:tc>
          <w:tcPr>
            <w:tcW w:type="dxa" w:w="1439"/>
          </w:tcPr>
          <w:p>
            <w:pPr>
              <w:spacing w:after="20" w:before="20"/>
            </w:pPr>
            <w:r/>
            <w:r>
              <w:rPr>
                <w:rFonts w:ascii="Times New Roman" w:hAnsi="Times New Roman" w:eastAsia="宋体"/>
                <w:b w:val="0"/>
                <w:sz w:val="21"/>
              </w:rPr>
              <w:t>靳念安</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2206140211</w:t>
            </w:r>
          </w:p>
        </w:tc>
        <w:tc>
          <w:tcPr>
            <w:tcW w:type="dxa" w:w="1439"/>
          </w:tcPr>
          <w:p>
            <w:pPr>
              <w:spacing w:after="20" w:before="20"/>
            </w:pPr>
            <w:r/>
            <w:r>
              <w:rPr>
                <w:rFonts w:ascii="Times New Roman" w:hAnsi="Times New Roman" w:eastAsia="宋体"/>
                <w:b w:val="0"/>
                <w:sz w:val="21"/>
              </w:rPr>
              <w:t>行政管理</w:t>
            </w:r>
          </w:p>
        </w:tc>
      </w:tr>
      <w:tr>
        <w:tc>
          <w:tcPr>
            <w:tcW w:type="dxa" w:w="1439"/>
          </w:tcPr>
          <w:p>
            <w:pPr>
              <w:spacing w:after="20" w:before="20"/>
            </w:pPr>
            <w:r/>
            <w:r>
              <w:rPr>
                <w:rFonts w:ascii="Times New Roman" w:hAnsi="Times New Roman" w:eastAsia="宋体"/>
                <w:b w:val="0"/>
                <w:sz w:val="21"/>
              </w:rPr>
              <w:t>258</w:t>
            </w:r>
          </w:p>
        </w:tc>
        <w:tc>
          <w:tcPr>
            <w:tcW w:type="dxa" w:w="1439"/>
          </w:tcPr>
          <w:p>
            <w:pPr>
              <w:spacing w:after="20" w:before="20"/>
            </w:pPr>
            <w:r/>
            <w:r>
              <w:rPr>
                <w:rFonts w:ascii="Times New Roman" w:hAnsi="Times New Roman" w:eastAsia="宋体"/>
                <w:b w:val="0"/>
                <w:sz w:val="21"/>
              </w:rPr>
              <w:t>校团委</w:t>
            </w:r>
          </w:p>
        </w:tc>
        <w:tc>
          <w:tcPr>
            <w:tcW w:type="dxa" w:w="1439"/>
          </w:tcPr>
          <w:p>
            <w:pPr>
              <w:spacing w:after="20" w:before="20"/>
            </w:pPr>
            <w:r/>
            <w:r>
              <w:rPr>
                <w:rFonts w:ascii="Times New Roman" w:hAnsi="Times New Roman" w:eastAsia="宋体"/>
                <w:b w:val="0"/>
                <w:sz w:val="21"/>
              </w:rPr>
              <w:t>陈梦月</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2211060107</w:t>
            </w:r>
          </w:p>
        </w:tc>
        <w:tc>
          <w:tcPr>
            <w:tcW w:type="dxa" w:w="1439"/>
          </w:tcPr>
          <w:p>
            <w:pPr>
              <w:spacing w:after="20" w:before="20"/>
            </w:pPr>
            <w:r/>
            <w:r>
              <w:rPr>
                <w:rFonts w:ascii="Times New Roman" w:hAnsi="Times New Roman" w:eastAsia="宋体"/>
                <w:b w:val="0"/>
                <w:sz w:val="21"/>
              </w:rPr>
              <w:t>汉语国际教育</w:t>
            </w:r>
          </w:p>
        </w:tc>
      </w:tr>
      <w:tr>
        <w:tc>
          <w:tcPr>
            <w:tcW w:type="dxa" w:w="1439"/>
          </w:tcPr>
          <w:p>
            <w:pPr>
              <w:spacing w:after="20" w:before="20"/>
            </w:pPr>
            <w:r/>
            <w:r>
              <w:rPr>
                <w:rFonts w:ascii="Times New Roman" w:hAnsi="Times New Roman" w:eastAsia="宋体"/>
                <w:b w:val="0"/>
                <w:sz w:val="21"/>
              </w:rPr>
              <w:t>259</w:t>
            </w:r>
          </w:p>
        </w:tc>
        <w:tc>
          <w:tcPr>
            <w:tcW w:type="dxa" w:w="1439"/>
          </w:tcPr>
          <w:p>
            <w:pPr>
              <w:spacing w:after="20" w:before="20"/>
            </w:pPr>
            <w:r/>
            <w:r>
              <w:rPr>
                <w:rFonts w:ascii="Times New Roman" w:hAnsi="Times New Roman" w:eastAsia="宋体"/>
                <w:b w:val="0"/>
                <w:sz w:val="21"/>
              </w:rPr>
              <w:t>校团委</w:t>
            </w:r>
          </w:p>
        </w:tc>
        <w:tc>
          <w:tcPr>
            <w:tcW w:type="dxa" w:w="1439"/>
          </w:tcPr>
          <w:p>
            <w:pPr>
              <w:spacing w:after="20" w:before="20"/>
            </w:pPr>
            <w:r/>
            <w:r>
              <w:rPr>
                <w:rFonts w:ascii="Times New Roman" w:hAnsi="Times New Roman" w:eastAsia="宋体"/>
                <w:b w:val="0"/>
                <w:sz w:val="21"/>
              </w:rPr>
              <w:t>许金柯</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2211090109</w:t>
            </w:r>
          </w:p>
        </w:tc>
        <w:tc>
          <w:tcPr>
            <w:tcW w:type="dxa" w:w="1439"/>
          </w:tcPr>
          <w:p>
            <w:pPr>
              <w:spacing w:after="20" w:before="20"/>
            </w:pPr>
            <w:r/>
            <w:r>
              <w:rPr>
                <w:rFonts w:ascii="Times New Roman" w:hAnsi="Times New Roman" w:eastAsia="宋体"/>
                <w:b w:val="0"/>
                <w:sz w:val="21"/>
              </w:rPr>
              <w:t>英语（辅修法学）</w:t>
            </w:r>
          </w:p>
        </w:tc>
      </w:tr>
    </w:tbl>
    <w:p>
      <w:pPr>
        <w:spacing w:before="160" w:after="80" w:lineRule="auto" w:line="360"/>
        <w:jc w:val="left"/>
      </w:pPr>
      <w:r>
        <w:rPr>
          <w:rFonts w:ascii="Times New Roman" w:hAnsi="Times New Roman" w:eastAsia="宋体"/>
          <w:b/>
          <w:sz w:val="28"/>
        </w:rPr>
        <w:t>四、统计信息</w:t>
      </w:r>
    </w:p>
    <w:p>
      <w:pPr>
        <w:spacing w:after="80" w:lineRule="auto" w:line="360"/>
        <w:ind w:firstLine="482"/>
        <w:jc w:val="both"/>
      </w:pPr>
      <w:r>
        <w:rPr>
          <w:rFonts w:ascii="Times New Roman" w:hAnsi="Times New Roman" w:eastAsia="宋体"/>
          <w:b w:val="0"/>
          <w:sz w:val="24"/>
        </w:rPr>
        <w:t>1. 本页人数：7人。</w:t>
      </w:r>
    </w:p>
    <w:p>
      <w:pPr>
        <w:spacing w:after="80" w:lineRule="auto" w:line="360"/>
        <w:ind w:firstLine="482"/>
        <w:jc w:val="both"/>
      </w:pPr>
      <w:r>
        <w:rPr>
          <w:rFonts w:ascii="Times New Roman" w:hAnsi="Times New Roman" w:eastAsia="宋体"/>
          <w:b w:val="0"/>
          <w:sz w:val="24"/>
        </w:rPr>
        <w:t>2. 资源与安全工程学院：4人（黄欢欢、程颖、张浪、王金铭）。</w:t>
      </w:r>
    </w:p>
    <w:p>
      <w:pPr>
        <w:spacing w:after="80" w:lineRule="auto" w:line="360"/>
        <w:ind w:firstLine="482"/>
        <w:jc w:val="both"/>
      </w:pPr>
      <w:r>
        <w:rPr>
          <w:rFonts w:ascii="Times New Roman" w:hAnsi="Times New Roman" w:eastAsia="宋体"/>
          <w:b w:val="0"/>
          <w:sz w:val="24"/>
        </w:rPr>
        <w:t>3. 校团委：3人（靳念安、陈梦月、许金柯）。</w:t>
      </w:r>
    </w:p>
    <w:p>
      <w:pPr>
        <w:spacing w:after="80" w:lineRule="auto" w:line="360"/>
        <w:ind w:firstLine="482"/>
        <w:jc w:val="both"/>
      </w:pPr>
      <w:r>
        <w:rPr>
          <w:rFonts w:ascii="Times New Roman" w:hAnsi="Times New Roman" w:eastAsia="宋体"/>
          <w:b w:val="0"/>
          <w:sz w:val="24"/>
        </w:rPr>
        <w:t>4. 专业分布：资源循环科学与工程2人，安全工程2人，行政管理1人，汉语国际教育1人，英语（辅修法学）1人。</w:t>
      </w:r>
    </w:p>
    <w:p>
      <w:pPr>
        <w:spacing w:after="80" w:lineRule="auto" w:line="360"/>
        <w:ind w:firstLine="482"/>
        <w:jc w:val="both"/>
      </w:pPr>
      <w:r>
        <w:rPr>
          <w:rFonts w:ascii="Times New Roman" w:hAnsi="Times New Roman" w:eastAsia="宋体"/>
          <w:b w:val="0"/>
          <w:sz w:val="24"/>
        </w:rPr>
        <w:t>5. 页码：第15页，共15页。</w:t>
      </w:r>
    </w:p>
    <w:p>
      <w:pPr>
        <w:spacing w:after="80" w:lineRule="auto" w:line="360"/>
        <w:ind w:firstLine="482"/>
        <w:jc w:val="both"/>
      </w:pPr>
      <w:r>
        <w:rPr>
          <w:rFonts w:ascii="Times New Roman" w:hAnsi="Times New Roman" w:eastAsia="宋体"/>
          <w:b w:val="0"/>
          <w:sz w:val="24"/>
        </w:rPr>
        <w:t>本段为2026年推荐优秀应届本科毕业生免试攻读硕士学位研究生名单的第10段，共涉及7人，涵盖资源与安全工程学院、校团委两个推荐单位，专业包括资源循环科学与工程、安全工程、行政管理、汉语国际教育、英语（辅修法学）。名单按序号、推荐单位、姓名、性别、学号、专业排列，具体如下：</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序号</w:t>
            </w:r>
          </w:p>
        </w:tc>
        <w:tc>
          <w:tcPr>
            <w:tcW w:type="dxa" w:w="1439"/>
          </w:tcPr>
          <w:p>
            <w:pPr>
              <w:spacing w:after="20" w:before="20"/>
            </w:pPr>
            <w:r/>
            <w:r>
              <w:rPr>
                <w:rFonts w:ascii="Times New Roman" w:hAnsi="Times New Roman" w:eastAsia="宋体"/>
                <w:b/>
                <w:sz w:val="21"/>
              </w:rPr>
              <w:t>推荐单位</w:t>
            </w:r>
          </w:p>
        </w:tc>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性别</w:t>
            </w:r>
          </w:p>
        </w:tc>
        <w:tc>
          <w:tcPr>
            <w:tcW w:type="dxa" w:w="1439"/>
          </w:tcPr>
          <w:p>
            <w:pPr>
              <w:spacing w:after="20" w:before="20"/>
            </w:pPr>
            <w:r/>
            <w:r>
              <w:rPr>
                <w:rFonts w:ascii="Times New Roman" w:hAnsi="Times New Roman" w:eastAsia="宋体"/>
                <w:b/>
                <w:sz w:val="21"/>
              </w:rPr>
              <w:t>学号</w:t>
            </w:r>
          </w:p>
        </w:tc>
        <w:tc>
          <w:tcPr>
            <w:tcW w:type="dxa" w:w="1439"/>
          </w:tcPr>
          <w:p>
            <w:pPr>
              <w:spacing w:after="20" w:before="20"/>
            </w:pPr>
            <w:r/>
            <w:r>
              <w:rPr>
                <w:rFonts w:ascii="Times New Roman" w:hAnsi="Times New Roman" w:eastAsia="宋体"/>
                <w:b/>
                <w:sz w:val="21"/>
              </w:rPr>
              <w:t>专业</w:t>
            </w:r>
          </w:p>
        </w:tc>
      </w:tr>
      <w:tr>
        <w:tc>
          <w:tcPr>
            <w:tcW w:type="dxa" w:w="1439"/>
          </w:tcPr>
          <w:p>
            <w:pPr>
              <w:spacing w:after="20" w:before="20"/>
            </w:pPr>
            <w:r/>
            <w:r>
              <w:rPr>
                <w:rFonts w:ascii="Times New Roman" w:hAnsi="Times New Roman" w:eastAsia="宋体"/>
                <w:b w:val="0"/>
                <w:sz w:val="21"/>
              </w:rPr>
              <w:t>253</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黄欢欢</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2217050117</w:t>
            </w:r>
          </w:p>
        </w:tc>
        <w:tc>
          <w:tcPr>
            <w:tcW w:type="dxa" w:w="1439"/>
          </w:tcPr>
          <w:p>
            <w:pPr>
              <w:spacing w:after="20" w:before="20"/>
            </w:pPr>
            <w:r/>
            <w:r>
              <w:rPr>
                <w:rFonts w:ascii="Times New Roman" w:hAnsi="Times New Roman" w:eastAsia="宋体"/>
                <w:b w:val="0"/>
                <w:sz w:val="21"/>
              </w:rPr>
              <w:t>资源循环科学与工程</w:t>
            </w:r>
          </w:p>
        </w:tc>
      </w:tr>
      <w:tr>
        <w:tc>
          <w:tcPr>
            <w:tcW w:type="dxa" w:w="1439"/>
          </w:tcPr>
          <w:p>
            <w:pPr>
              <w:spacing w:after="20" w:before="20"/>
            </w:pPr>
            <w:r/>
            <w:r>
              <w:rPr>
                <w:rFonts w:ascii="Times New Roman" w:hAnsi="Times New Roman" w:eastAsia="宋体"/>
                <w:b w:val="0"/>
                <w:sz w:val="21"/>
              </w:rPr>
              <w:t>254</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程颖</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2217050101</w:t>
            </w:r>
          </w:p>
        </w:tc>
        <w:tc>
          <w:tcPr>
            <w:tcW w:type="dxa" w:w="1439"/>
          </w:tcPr>
          <w:p>
            <w:pPr>
              <w:spacing w:after="20" w:before="20"/>
            </w:pPr>
            <w:r/>
            <w:r>
              <w:rPr>
                <w:rFonts w:ascii="Times New Roman" w:hAnsi="Times New Roman" w:eastAsia="宋体"/>
                <w:b w:val="0"/>
                <w:sz w:val="21"/>
              </w:rPr>
              <w:t>资源循环科学与工程</w:t>
            </w:r>
          </w:p>
        </w:tc>
      </w:tr>
      <w:tr>
        <w:tc>
          <w:tcPr>
            <w:tcW w:type="dxa" w:w="1439"/>
          </w:tcPr>
          <w:p>
            <w:pPr>
              <w:spacing w:after="20" w:before="20"/>
            </w:pPr>
            <w:r/>
            <w:r>
              <w:rPr>
                <w:rFonts w:ascii="Times New Roman" w:hAnsi="Times New Roman" w:eastAsia="宋体"/>
                <w:b w:val="0"/>
                <w:sz w:val="21"/>
              </w:rPr>
              <w:t>255</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张浪</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2217030121</w:t>
            </w:r>
          </w:p>
        </w:tc>
        <w:tc>
          <w:tcPr>
            <w:tcW w:type="dxa" w:w="1439"/>
          </w:tcPr>
          <w:p>
            <w:pPr>
              <w:spacing w:after="20" w:before="20"/>
            </w:pPr>
            <w:r/>
            <w:r>
              <w:rPr>
                <w:rFonts w:ascii="Times New Roman" w:hAnsi="Times New Roman" w:eastAsia="宋体"/>
                <w:b w:val="0"/>
                <w:sz w:val="21"/>
              </w:rPr>
              <w:t>安全工程</w:t>
            </w:r>
          </w:p>
        </w:tc>
      </w:tr>
      <w:tr>
        <w:tc>
          <w:tcPr>
            <w:tcW w:type="dxa" w:w="1439"/>
          </w:tcPr>
          <w:p>
            <w:pPr>
              <w:spacing w:after="20" w:before="20"/>
            </w:pPr>
            <w:r/>
            <w:r>
              <w:rPr>
                <w:rFonts w:ascii="Times New Roman" w:hAnsi="Times New Roman" w:eastAsia="宋体"/>
                <w:b w:val="0"/>
                <w:sz w:val="21"/>
              </w:rPr>
              <w:t>256</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王金铭</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2217030112</w:t>
            </w:r>
          </w:p>
        </w:tc>
        <w:tc>
          <w:tcPr>
            <w:tcW w:type="dxa" w:w="1439"/>
          </w:tcPr>
          <w:p>
            <w:pPr>
              <w:spacing w:after="20" w:before="20"/>
            </w:pPr>
            <w:r/>
            <w:r>
              <w:rPr>
                <w:rFonts w:ascii="Times New Roman" w:hAnsi="Times New Roman" w:eastAsia="宋体"/>
                <w:b w:val="0"/>
                <w:sz w:val="21"/>
              </w:rPr>
              <w:t>安全工程</w:t>
            </w:r>
          </w:p>
        </w:tc>
      </w:tr>
      <w:tr>
        <w:tc>
          <w:tcPr>
            <w:tcW w:type="dxa" w:w="1439"/>
          </w:tcPr>
          <w:p>
            <w:pPr>
              <w:spacing w:after="20" w:before="20"/>
            </w:pPr>
            <w:r/>
            <w:r>
              <w:rPr>
                <w:rFonts w:ascii="Times New Roman" w:hAnsi="Times New Roman" w:eastAsia="宋体"/>
                <w:b w:val="0"/>
                <w:sz w:val="21"/>
              </w:rPr>
              <w:t>257</w:t>
            </w:r>
          </w:p>
        </w:tc>
        <w:tc>
          <w:tcPr>
            <w:tcW w:type="dxa" w:w="1439"/>
          </w:tcPr>
          <w:p>
            <w:pPr>
              <w:spacing w:after="20" w:before="20"/>
            </w:pPr>
            <w:r/>
            <w:r>
              <w:rPr>
                <w:rFonts w:ascii="Times New Roman" w:hAnsi="Times New Roman" w:eastAsia="宋体"/>
                <w:b w:val="0"/>
                <w:sz w:val="21"/>
              </w:rPr>
              <w:t>校团委</w:t>
            </w:r>
          </w:p>
        </w:tc>
        <w:tc>
          <w:tcPr>
            <w:tcW w:type="dxa" w:w="1439"/>
          </w:tcPr>
          <w:p>
            <w:pPr>
              <w:spacing w:after="20" w:before="20"/>
            </w:pPr>
            <w:r/>
            <w:r>
              <w:rPr>
                <w:rFonts w:ascii="Times New Roman" w:hAnsi="Times New Roman" w:eastAsia="宋体"/>
                <w:b w:val="0"/>
                <w:sz w:val="21"/>
              </w:rPr>
              <w:t>靳念安</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2206140211</w:t>
            </w:r>
          </w:p>
        </w:tc>
        <w:tc>
          <w:tcPr>
            <w:tcW w:type="dxa" w:w="1439"/>
          </w:tcPr>
          <w:p>
            <w:pPr>
              <w:spacing w:after="20" w:before="20"/>
            </w:pPr>
            <w:r/>
            <w:r>
              <w:rPr>
                <w:rFonts w:ascii="Times New Roman" w:hAnsi="Times New Roman" w:eastAsia="宋体"/>
                <w:b w:val="0"/>
                <w:sz w:val="21"/>
              </w:rPr>
              <w:t>行政管理</w:t>
            </w:r>
          </w:p>
        </w:tc>
      </w:tr>
      <w:tr>
        <w:tc>
          <w:tcPr>
            <w:tcW w:type="dxa" w:w="1439"/>
          </w:tcPr>
          <w:p>
            <w:pPr>
              <w:spacing w:after="20" w:before="20"/>
            </w:pPr>
            <w:r/>
            <w:r>
              <w:rPr>
                <w:rFonts w:ascii="Times New Roman" w:hAnsi="Times New Roman" w:eastAsia="宋体"/>
                <w:b w:val="0"/>
                <w:sz w:val="21"/>
              </w:rPr>
              <w:t>258</w:t>
            </w:r>
          </w:p>
        </w:tc>
        <w:tc>
          <w:tcPr>
            <w:tcW w:type="dxa" w:w="1439"/>
          </w:tcPr>
          <w:p>
            <w:pPr>
              <w:spacing w:after="20" w:before="20"/>
            </w:pPr>
            <w:r/>
            <w:r>
              <w:rPr>
                <w:rFonts w:ascii="Times New Roman" w:hAnsi="Times New Roman" w:eastAsia="宋体"/>
                <w:b w:val="0"/>
                <w:sz w:val="21"/>
              </w:rPr>
              <w:t>校团委</w:t>
            </w:r>
          </w:p>
        </w:tc>
        <w:tc>
          <w:tcPr>
            <w:tcW w:type="dxa" w:w="1439"/>
          </w:tcPr>
          <w:p>
            <w:pPr>
              <w:spacing w:after="20" w:before="20"/>
            </w:pPr>
            <w:r/>
            <w:r>
              <w:rPr>
                <w:rFonts w:ascii="Times New Roman" w:hAnsi="Times New Roman" w:eastAsia="宋体"/>
                <w:b w:val="0"/>
                <w:sz w:val="21"/>
              </w:rPr>
              <w:t>陈梦月</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2211060107</w:t>
            </w:r>
          </w:p>
        </w:tc>
        <w:tc>
          <w:tcPr>
            <w:tcW w:type="dxa" w:w="1439"/>
          </w:tcPr>
          <w:p>
            <w:pPr>
              <w:spacing w:after="20" w:before="20"/>
            </w:pPr>
            <w:r/>
            <w:r>
              <w:rPr>
                <w:rFonts w:ascii="Times New Roman" w:hAnsi="Times New Roman" w:eastAsia="宋体"/>
                <w:b w:val="0"/>
                <w:sz w:val="21"/>
              </w:rPr>
              <w:t>汉语国际教育</w:t>
            </w:r>
          </w:p>
        </w:tc>
      </w:tr>
      <w:tr>
        <w:tc>
          <w:tcPr>
            <w:tcW w:type="dxa" w:w="1439"/>
          </w:tcPr>
          <w:p>
            <w:pPr>
              <w:spacing w:after="20" w:before="20"/>
            </w:pPr>
            <w:r/>
            <w:r>
              <w:rPr>
                <w:rFonts w:ascii="Times New Roman" w:hAnsi="Times New Roman" w:eastAsia="宋体"/>
                <w:b w:val="0"/>
                <w:sz w:val="21"/>
              </w:rPr>
              <w:t>259</w:t>
            </w:r>
          </w:p>
        </w:tc>
        <w:tc>
          <w:tcPr>
            <w:tcW w:type="dxa" w:w="1439"/>
          </w:tcPr>
          <w:p>
            <w:pPr>
              <w:spacing w:after="20" w:before="20"/>
            </w:pPr>
            <w:r/>
            <w:r>
              <w:rPr>
                <w:rFonts w:ascii="Times New Roman" w:hAnsi="Times New Roman" w:eastAsia="宋体"/>
                <w:b w:val="0"/>
                <w:sz w:val="21"/>
              </w:rPr>
              <w:t>校团委</w:t>
            </w:r>
          </w:p>
        </w:tc>
        <w:tc>
          <w:tcPr>
            <w:tcW w:type="dxa" w:w="1439"/>
          </w:tcPr>
          <w:p>
            <w:pPr>
              <w:spacing w:after="20" w:before="20"/>
            </w:pPr>
            <w:r/>
            <w:r>
              <w:rPr>
                <w:rFonts w:ascii="Times New Roman" w:hAnsi="Times New Roman" w:eastAsia="宋体"/>
                <w:b w:val="0"/>
                <w:sz w:val="21"/>
              </w:rPr>
              <w:t>许金柯</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2211090109</w:t>
            </w:r>
          </w:p>
        </w:tc>
        <w:tc>
          <w:tcPr>
            <w:tcW w:type="dxa" w:w="1439"/>
          </w:tcPr>
          <w:p>
            <w:pPr>
              <w:spacing w:after="20" w:before="20"/>
            </w:pPr>
            <w:r/>
            <w:r>
              <w:rPr>
                <w:rFonts w:ascii="Times New Roman" w:hAnsi="Times New Roman" w:eastAsia="宋体"/>
                <w:b w:val="0"/>
                <w:sz w:val="21"/>
              </w:rPr>
              <w:t>英语（辅修法学）</w:t>
            </w:r>
          </w:p>
        </w:tc>
      </w:tr>
    </w:tbl>
    <w:p>
      <w:pPr>
        <w:spacing w:before="160" w:after="80" w:lineRule="auto" w:line="360"/>
        <w:jc w:val="left"/>
      </w:pPr>
      <w:r>
        <w:rPr>
          <w:rFonts w:ascii="Times New Roman" w:hAnsi="Times New Roman" w:eastAsia="宋体"/>
          <w:b/>
          <w:sz w:val="28"/>
        </w:rPr>
        <w:t>三、推荐单位分布</w:t>
      </w:r>
    </w:p>
    <w:p>
      <w:pPr>
        <w:spacing w:after="80" w:lineRule="auto" w:line="360"/>
        <w:ind w:firstLine="482"/>
        <w:jc w:val="both"/>
      </w:pPr>
      <w:r>
        <w:rPr>
          <w:rFonts w:ascii="Times New Roman" w:hAnsi="Times New Roman" w:eastAsia="宋体"/>
          <w:b w:val="0"/>
          <w:sz w:val="24"/>
        </w:rPr>
        <w:t>1. 资源与安全工程学院：4人（序号253至256），其中资源循环科学与工程专业2人，安全工程专业2人。</w:t>
      </w:r>
    </w:p>
    <w:p>
      <w:pPr>
        <w:spacing w:after="80" w:lineRule="auto" w:line="360"/>
        <w:ind w:firstLine="482"/>
        <w:jc w:val="both"/>
      </w:pPr>
      <w:r>
        <w:rPr>
          <w:rFonts w:ascii="Times New Roman" w:hAnsi="Times New Roman" w:eastAsia="宋体"/>
          <w:b w:val="0"/>
          <w:sz w:val="24"/>
        </w:rPr>
        <w:t>2. 校团委：3人（序号257至259），其中行政管理专业1人，汉语国际教育专业1人，英语（辅修法学）专业1人。</w:t>
      </w:r>
    </w:p>
    <w:p>
      <w:pPr>
        <w:spacing w:before="160" w:after="80" w:lineRule="auto" w:line="360"/>
        <w:jc w:val="left"/>
      </w:pPr>
      <w:r>
        <w:rPr>
          <w:rFonts w:ascii="Times New Roman" w:hAnsi="Times New Roman" w:eastAsia="宋体"/>
          <w:b/>
          <w:sz w:val="28"/>
        </w:rPr>
        <w:t>四、性别分布</w:t>
      </w:r>
    </w:p>
    <w:p>
      <w:pPr>
        <w:spacing w:after="80" w:lineRule="auto" w:line="360"/>
        <w:ind w:firstLine="482"/>
        <w:jc w:val="both"/>
      </w:pPr>
      <w:r>
        <w:rPr>
          <w:rFonts w:ascii="Times New Roman" w:hAnsi="Times New Roman" w:eastAsia="宋体"/>
          <w:b w:val="0"/>
          <w:sz w:val="24"/>
        </w:rPr>
        <w:t>1. 女生5人：黄欢欢、程颖、靳念安、陈梦月、许金柯。</w:t>
      </w:r>
    </w:p>
    <w:p>
      <w:pPr>
        <w:spacing w:after="80" w:lineRule="auto" w:line="360"/>
        <w:ind w:firstLine="482"/>
        <w:jc w:val="both"/>
      </w:pPr>
      <w:r>
        <w:rPr>
          <w:rFonts w:ascii="Times New Roman" w:hAnsi="Times New Roman" w:eastAsia="宋体"/>
          <w:b w:val="0"/>
          <w:sz w:val="24"/>
        </w:rPr>
        <w:t>2. 男生2人：张浪、王金铭。</w:t>
      </w:r>
    </w:p>
    <w:p>
      <w:pPr>
        <w:spacing w:before="160" w:after="80" w:lineRule="auto" w:line="360"/>
        <w:jc w:val="left"/>
      </w:pPr>
      <w:r>
        <w:rPr>
          <w:rFonts w:ascii="Times New Roman" w:hAnsi="Times New Roman" w:eastAsia="宋体"/>
          <w:b/>
          <w:sz w:val="28"/>
        </w:rPr>
        <w:t>五、页码信息</w:t>
      </w:r>
    </w:p>
    <w:p>
      <w:pPr>
        <w:spacing w:after="80" w:lineRule="auto" w:line="360"/>
        <w:ind w:firstLine="482"/>
        <w:jc w:val="both"/>
      </w:pPr>
      <w:r>
        <w:rPr>
          <w:rFonts w:ascii="Times New Roman" w:hAnsi="Times New Roman" w:eastAsia="宋体"/>
          <w:b w:val="0"/>
          <w:sz w:val="24"/>
        </w:rPr>
        <w:t>本段为第15页，共15页。</w:t>
      </w:r>
    </w:p>
    <w:p>
      <w:pPr>
        <w:spacing w:after="80" w:lineRule="auto" w:line="360"/>
        <w:ind w:firstLine="482"/>
        <w:jc w:val="both"/>
      </w:pPr>
      <w:r>
        <w:rPr>
          <w:rFonts w:ascii="Times New Roman" w:hAnsi="Times New Roman" w:eastAsia="宋体"/>
          <w:b w:val="0"/>
          <w:sz w:val="24"/>
        </w:rPr>
        <w:t>本段为 2026 年推荐优秀应届本科毕业生免试攻读硕士学位研究生名单的第 15 页（共 15 页），共列出 7 人，涉及资源与安全工程学院、校团委两个推荐单位，专业包括资源循环科学与工程、安全工程、行政管理、汉语国际教育、英语（辅修法学）。</w:t>
      </w:r>
    </w:p>
    <w:p>
      <w:pPr>
        <w:spacing w:before="160" w:after="80" w:lineRule="auto" w:line="360"/>
        <w:jc w:val="left"/>
      </w:pPr>
      <w:r>
        <w:rPr>
          <w:rFonts w:ascii="Times New Roman" w:hAnsi="Times New Roman" w:eastAsia="宋体"/>
          <w:b/>
          <w:sz w:val="28"/>
        </w:rPr>
        <w:t>三、名单明细</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序号</w:t>
            </w:r>
          </w:p>
        </w:tc>
        <w:tc>
          <w:tcPr>
            <w:tcW w:type="dxa" w:w="1439"/>
          </w:tcPr>
          <w:p>
            <w:pPr>
              <w:spacing w:after="20" w:before="20"/>
            </w:pPr>
            <w:r/>
            <w:r>
              <w:rPr>
                <w:rFonts w:ascii="Times New Roman" w:hAnsi="Times New Roman" w:eastAsia="宋体"/>
                <w:b/>
                <w:sz w:val="21"/>
              </w:rPr>
              <w:t>推荐单位</w:t>
            </w:r>
          </w:p>
        </w:tc>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性别</w:t>
            </w:r>
          </w:p>
        </w:tc>
        <w:tc>
          <w:tcPr>
            <w:tcW w:type="dxa" w:w="1439"/>
          </w:tcPr>
          <w:p>
            <w:pPr>
              <w:spacing w:after="20" w:before="20"/>
            </w:pPr>
            <w:r/>
            <w:r>
              <w:rPr>
                <w:rFonts w:ascii="Times New Roman" w:hAnsi="Times New Roman" w:eastAsia="宋体"/>
                <w:b/>
                <w:sz w:val="21"/>
              </w:rPr>
              <w:t>学号</w:t>
            </w:r>
          </w:p>
        </w:tc>
        <w:tc>
          <w:tcPr>
            <w:tcW w:type="dxa" w:w="1439"/>
          </w:tcPr>
          <w:p>
            <w:pPr>
              <w:spacing w:after="20" w:before="20"/>
            </w:pPr>
            <w:r/>
            <w:r>
              <w:rPr>
                <w:rFonts w:ascii="Times New Roman" w:hAnsi="Times New Roman" w:eastAsia="宋体"/>
                <w:b/>
                <w:sz w:val="21"/>
              </w:rPr>
              <w:t>专业</w:t>
            </w:r>
          </w:p>
        </w:tc>
      </w:tr>
      <w:tr>
        <w:tc>
          <w:tcPr>
            <w:tcW w:type="dxa" w:w="1439"/>
          </w:tcPr>
          <w:p>
            <w:pPr>
              <w:spacing w:after="20" w:before="20"/>
            </w:pPr>
            <w:r/>
            <w:r>
              <w:rPr>
                <w:rFonts w:ascii="Times New Roman" w:hAnsi="Times New Roman" w:eastAsia="宋体"/>
                <w:b w:val="0"/>
                <w:sz w:val="21"/>
              </w:rPr>
              <w:t>253</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黄欢欢</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2217050117</w:t>
            </w:r>
          </w:p>
        </w:tc>
        <w:tc>
          <w:tcPr>
            <w:tcW w:type="dxa" w:w="1439"/>
          </w:tcPr>
          <w:p>
            <w:pPr>
              <w:spacing w:after="20" w:before="20"/>
            </w:pPr>
            <w:r/>
            <w:r>
              <w:rPr>
                <w:rFonts w:ascii="Times New Roman" w:hAnsi="Times New Roman" w:eastAsia="宋体"/>
                <w:b w:val="0"/>
                <w:sz w:val="21"/>
              </w:rPr>
              <w:t>资源循环科学与工程</w:t>
            </w:r>
          </w:p>
        </w:tc>
      </w:tr>
      <w:tr>
        <w:tc>
          <w:tcPr>
            <w:tcW w:type="dxa" w:w="1439"/>
          </w:tcPr>
          <w:p>
            <w:pPr>
              <w:spacing w:after="20" w:before="20"/>
            </w:pPr>
            <w:r/>
            <w:r>
              <w:rPr>
                <w:rFonts w:ascii="Times New Roman" w:hAnsi="Times New Roman" w:eastAsia="宋体"/>
                <w:b w:val="0"/>
                <w:sz w:val="21"/>
              </w:rPr>
              <w:t>254</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程颖</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2217050101</w:t>
            </w:r>
          </w:p>
        </w:tc>
        <w:tc>
          <w:tcPr>
            <w:tcW w:type="dxa" w:w="1439"/>
          </w:tcPr>
          <w:p>
            <w:pPr>
              <w:spacing w:after="20" w:before="20"/>
            </w:pPr>
            <w:r/>
            <w:r>
              <w:rPr>
                <w:rFonts w:ascii="Times New Roman" w:hAnsi="Times New Roman" w:eastAsia="宋体"/>
                <w:b w:val="0"/>
                <w:sz w:val="21"/>
              </w:rPr>
              <w:t>资源循环科学与工程</w:t>
            </w:r>
          </w:p>
        </w:tc>
      </w:tr>
      <w:tr>
        <w:tc>
          <w:tcPr>
            <w:tcW w:type="dxa" w:w="1439"/>
          </w:tcPr>
          <w:p>
            <w:pPr>
              <w:spacing w:after="20" w:before="20"/>
            </w:pPr>
            <w:r/>
            <w:r>
              <w:rPr>
                <w:rFonts w:ascii="Times New Roman" w:hAnsi="Times New Roman" w:eastAsia="宋体"/>
                <w:b w:val="0"/>
                <w:sz w:val="21"/>
              </w:rPr>
              <w:t>255</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张浪</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2217030121</w:t>
            </w:r>
          </w:p>
        </w:tc>
        <w:tc>
          <w:tcPr>
            <w:tcW w:type="dxa" w:w="1439"/>
          </w:tcPr>
          <w:p>
            <w:pPr>
              <w:spacing w:after="20" w:before="20"/>
            </w:pPr>
            <w:r/>
            <w:r>
              <w:rPr>
                <w:rFonts w:ascii="Times New Roman" w:hAnsi="Times New Roman" w:eastAsia="宋体"/>
                <w:b w:val="0"/>
                <w:sz w:val="21"/>
              </w:rPr>
              <w:t>安全工程</w:t>
            </w:r>
          </w:p>
        </w:tc>
      </w:tr>
      <w:tr>
        <w:tc>
          <w:tcPr>
            <w:tcW w:type="dxa" w:w="1439"/>
          </w:tcPr>
          <w:p>
            <w:pPr>
              <w:spacing w:after="20" w:before="20"/>
            </w:pPr>
            <w:r/>
            <w:r>
              <w:rPr>
                <w:rFonts w:ascii="Times New Roman" w:hAnsi="Times New Roman" w:eastAsia="宋体"/>
                <w:b w:val="0"/>
                <w:sz w:val="21"/>
              </w:rPr>
              <w:t>256</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王金铭</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2217030112</w:t>
            </w:r>
          </w:p>
        </w:tc>
        <w:tc>
          <w:tcPr>
            <w:tcW w:type="dxa" w:w="1439"/>
          </w:tcPr>
          <w:p>
            <w:pPr>
              <w:spacing w:after="20" w:before="20"/>
            </w:pPr>
            <w:r/>
            <w:r>
              <w:rPr>
                <w:rFonts w:ascii="Times New Roman" w:hAnsi="Times New Roman" w:eastAsia="宋体"/>
                <w:b w:val="0"/>
                <w:sz w:val="21"/>
              </w:rPr>
              <w:t>安全工程</w:t>
            </w:r>
          </w:p>
        </w:tc>
      </w:tr>
      <w:tr>
        <w:tc>
          <w:tcPr>
            <w:tcW w:type="dxa" w:w="1439"/>
          </w:tcPr>
          <w:p>
            <w:pPr>
              <w:spacing w:after="20" w:before="20"/>
            </w:pPr>
            <w:r/>
            <w:r>
              <w:rPr>
                <w:rFonts w:ascii="Times New Roman" w:hAnsi="Times New Roman" w:eastAsia="宋体"/>
                <w:b w:val="0"/>
                <w:sz w:val="21"/>
              </w:rPr>
              <w:t>257</w:t>
            </w:r>
          </w:p>
        </w:tc>
        <w:tc>
          <w:tcPr>
            <w:tcW w:type="dxa" w:w="1439"/>
          </w:tcPr>
          <w:p>
            <w:pPr>
              <w:spacing w:after="20" w:before="20"/>
            </w:pPr>
            <w:r/>
            <w:r>
              <w:rPr>
                <w:rFonts w:ascii="Times New Roman" w:hAnsi="Times New Roman" w:eastAsia="宋体"/>
                <w:b w:val="0"/>
                <w:sz w:val="21"/>
              </w:rPr>
              <w:t>校团委</w:t>
            </w:r>
          </w:p>
        </w:tc>
        <w:tc>
          <w:tcPr>
            <w:tcW w:type="dxa" w:w="1439"/>
          </w:tcPr>
          <w:p>
            <w:pPr>
              <w:spacing w:after="20" w:before="20"/>
            </w:pPr>
            <w:r/>
            <w:r>
              <w:rPr>
                <w:rFonts w:ascii="Times New Roman" w:hAnsi="Times New Roman" w:eastAsia="宋体"/>
                <w:b w:val="0"/>
                <w:sz w:val="21"/>
              </w:rPr>
              <w:t>靳念安</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2206140211</w:t>
            </w:r>
          </w:p>
        </w:tc>
        <w:tc>
          <w:tcPr>
            <w:tcW w:type="dxa" w:w="1439"/>
          </w:tcPr>
          <w:p>
            <w:pPr>
              <w:spacing w:after="20" w:before="20"/>
            </w:pPr>
            <w:r/>
            <w:r>
              <w:rPr>
                <w:rFonts w:ascii="Times New Roman" w:hAnsi="Times New Roman" w:eastAsia="宋体"/>
                <w:b w:val="0"/>
                <w:sz w:val="21"/>
              </w:rPr>
              <w:t>行政管理</w:t>
            </w:r>
          </w:p>
        </w:tc>
      </w:tr>
      <w:tr>
        <w:tc>
          <w:tcPr>
            <w:tcW w:type="dxa" w:w="1439"/>
          </w:tcPr>
          <w:p>
            <w:pPr>
              <w:spacing w:after="20" w:before="20"/>
            </w:pPr>
            <w:r/>
            <w:r>
              <w:rPr>
                <w:rFonts w:ascii="Times New Roman" w:hAnsi="Times New Roman" w:eastAsia="宋体"/>
                <w:b w:val="0"/>
                <w:sz w:val="21"/>
              </w:rPr>
              <w:t>258</w:t>
            </w:r>
          </w:p>
        </w:tc>
        <w:tc>
          <w:tcPr>
            <w:tcW w:type="dxa" w:w="1439"/>
          </w:tcPr>
          <w:p>
            <w:pPr>
              <w:spacing w:after="20" w:before="20"/>
            </w:pPr>
            <w:r/>
            <w:r>
              <w:rPr>
                <w:rFonts w:ascii="Times New Roman" w:hAnsi="Times New Roman" w:eastAsia="宋体"/>
                <w:b w:val="0"/>
                <w:sz w:val="21"/>
              </w:rPr>
              <w:t>校团委</w:t>
            </w:r>
          </w:p>
        </w:tc>
        <w:tc>
          <w:tcPr>
            <w:tcW w:type="dxa" w:w="1439"/>
          </w:tcPr>
          <w:p>
            <w:pPr>
              <w:spacing w:after="20" w:before="20"/>
            </w:pPr>
            <w:r/>
            <w:r>
              <w:rPr>
                <w:rFonts w:ascii="Times New Roman" w:hAnsi="Times New Roman" w:eastAsia="宋体"/>
                <w:b w:val="0"/>
                <w:sz w:val="21"/>
              </w:rPr>
              <w:t>陈梦月</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2211060107</w:t>
            </w:r>
          </w:p>
        </w:tc>
        <w:tc>
          <w:tcPr>
            <w:tcW w:type="dxa" w:w="1439"/>
          </w:tcPr>
          <w:p>
            <w:pPr>
              <w:spacing w:after="20" w:before="20"/>
            </w:pPr>
            <w:r/>
            <w:r>
              <w:rPr>
                <w:rFonts w:ascii="Times New Roman" w:hAnsi="Times New Roman" w:eastAsia="宋体"/>
                <w:b w:val="0"/>
                <w:sz w:val="21"/>
              </w:rPr>
              <w:t>汉语国际教育</w:t>
            </w:r>
          </w:p>
        </w:tc>
      </w:tr>
      <w:tr>
        <w:tc>
          <w:tcPr>
            <w:tcW w:type="dxa" w:w="1439"/>
          </w:tcPr>
          <w:p>
            <w:pPr>
              <w:spacing w:after="20" w:before="20"/>
            </w:pPr>
            <w:r/>
            <w:r>
              <w:rPr>
                <w:rFonts w:ascii="Times New Roman" w:hAnsi="Times New Roman" w:eastAsia="宋体"/>
                <w:b w:val="0"/>
                <w:sz w:val="21"/>
              </w:rPr>
              <w:t>259</w:t>
            </w:r>
          </w:p>
        </w:tc>
        <w:tc>
          <w:tcPr>
            <w:tcW w:type="dxa" w:w="1439"/>
          </w:tcPr>
          <w:p>
            <w:pPr>
              <w:spacing w:after="20" w:before="20"/>
            </w:pPr>
            <w:r/>
            <w:r>
              <w:rPr>
                <w:rFonts w:ascii="Times New Roman" w:hAnsi="Times New Roman" w:eastAsia="宋体"/>
                <w:b w:val="0"/>
                <w:sz w:val="21"/>
              </w:rPr>
              <w:t>校团委</w:t>
            </w:r>
          </w:p>
        </w:tc>
        <w:tc>
          <w:tcPr>
            <w:tcW w:type="dxa" w:w="1439"/>
          </w:tcPr>
          <w:p>
            <w:pPr>
              <w:spacing w:after="20" w:before="20"/>
            </w:pPr>
            <w:r/>
            <w:r>
              <w:rPr>
                <w:rFonts w:ascii="Times New Roman" w:hAnsi="Times New Roman" w:eastAsia="宋体"/>
                <w:b w:val="0"/>
                <w:sz w:val="21"/>
              </w:rPr>
              <w:t>许金柯</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2211090109</w:t>
            </w:r>
          </w:p>
        </w:tc>
        <w:tc>
          <w:tcPr>
            <w:tcW w:type="dxa" w:w="1439"/>
          </w:tcPr>
          <w:p>
            <w:pPr>
              <w:spacing w:after="20" w:before="20"/>
            </w:pPr>
            <w:r/>
            <w:r>
              <w:rPr>
                <w:rFonts w:ascii="Times New Roman" w:hAnsi="Times New Roman" w:eastAsia="宋体"/>
                <w:b w:val="0"/>
                <w:sz w:val="21"/>
              </w:rPr>
              <w:t>英语 （辅修法学）</w:t>
            </w:r>
          </w:p>
        </w:tc>
      </w:tr>
    </w:tbl>
    <w:p>
      <w:pPr>
        <w:spacing w:before="160" w:after="80" w:lineRule="auto" w:line="360"/>
        <w:jc w:val="left"/>
      </w:pPr>
      <w:r>
        <w:rPr>
          <w:rFonts w:ascii="Times New Roman" w:hAnsi="Times New Roman" w:eastAsia="宋体"/>
          <w:b/>
          <w:sz w:val="28"/>
        </w:rPr>
        <w:t>四、统计说明</w:t>
      </w:r>
    </w:p>
    <w:p>
      <w:pPr>
        <w:spacing w:after="80" w:lineRule="auto" w:line="360"/>
        <w:ind w:firstLine="482"/>
        <w:jc w:val="both"/>
      </w:pPr>
      <w:r>
        <w:rPr>
          <w:rFonts w:ascii="Times New Roman" w:hAnsi="Times New Roman" w:eastAsia="宋体"/>
          <w:b w:val="0"/>
          <w:sz w:val="24"/>
        </w:rPr>
        <w:t>1. 本页共 7 人，其中资源与安全工程学院 4 人，校团委 3 人。</w:t>
      </w:r>
    </w:p>
    <w:p>
      <w:pPr>
        <w:spacing w:after="80" w:lineRule="auto" w:line="360"/>
        <w:ind w:firstLine="482"/>
        <w:jc w:val="both"/>
      </w:pPr>
      <w:r>
        <w:rPr>
          <w:rFonts w:ascii="Times New Roman" w:hAnsi="Times New Roman" w:eastAsia="宋体"/>
          <w:b w:val="0"/>
          <w:sz w:val="24"/>
        </w:rPr>
        <w:t>2. 按性别统计：女生 5 人，男生 2 人。</w:t>
      </w:r>
    </w:p>
    <w:p>
      <w:pPr>
        <w:spacing w:after="80" w:lineRule="auto" w:line="360"/>
        <w:ind w:firstLine="482"/>
        <w:jc w:val="both"/>
      </w:pPr>
      <w:r>
        <w:rPr>
          <w:rFonts w:ascii="Times New Roman" w:hAnsi="Times New Roman" w:eastAsia="宋体"/>
          <w:b w:val="0"/>
          <w:sz w:val="24"/>
        </w:rPr>
        <w:t>3. 本页为第 15 页，共 15 页。</w:t>
      </w:r>
    </w:p>
    <w:p>
      <w:pPr>
        <w:spacing w:before="160" w:after="80" w:lineRule="auto" w:line="360"/>
        <w:jc w:val="left"/>
      </w:pPr>
      <w:r>
        <w:rPr>
          <w:rFonts w:ascii="Times New Roman" w:hAnsi="Times New Roman" w:eastAsia="宋体"/>
          <w:b/>
          <w:sz w:val="28"/>
        </w:rPr>
        <w:t>三、名单概况</w:t>
      </w:r>
    </w:p>
    <w:p>
      <w:pPr>
        <w:spacing w:after="80" w:lineRule="auto" w:line="360"/>
        <w:ind w:firstLine="482"/>
        <w:jc w:val="both"/>
      </w:pPr>
      <w:r>
        <w:rPr>
          <w:rFonts w:ascii="Times New Roman" w:hAnsi="Times New Roman" w:eastAsia="宋体"/>
          <w:b w:val="0"/>
          <w:sz w:val="24"/>
        </w:rPr>
        <w:t>本段为 2026 年推荐优秀应届本科毕业生免试攻读硕士学位研究生名单第 15 页（共 15 页）内容，共 7 人，涉及资源与安全工程学院、校团委两个推荐单位。</w:t>
      </w:r>
    </w:p>
    <w:p>
      <w:pPr>
        <w:spacing w:before="160" w:after="80" w:lineRule="auto" w:line="360"/>
        <w:jc w:val="left"/>
      </w:pPr>
      <w:r>
        <w:rPr>
          <w:rFonts w:ascii="Times New Roman" w:hAnsi="Times New Roman" w:eastAsia="宋体"/>
          <w:b/>
          <w:sz w:val="28"/>
        </w:rPr>
        <w:t>四、名单明细</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序号</w:t>
            </w:r>
          </w:p>
        </w:tc>
        <w:tc>
          <w:tcPr>
            <w:tcW w:type="dxa" w:w="1439"/>
          </w:tcPr>
          <w:p>
            <w:pPr>
              <w:spacing w:after="20" w:before="20"/>
            </w:pPr>
            <w:r/>
            <w:r>
              <w:rPr>
                <w:rFonts w:ascii="Times New Roman" w:hAnsi="Times New Roman" w:eastAsia="宋体"/>
                <w:b/>
                <w:sz w:val="21"/>
              </w:rPr>
              <w:t>推荐单位</w:t>
            </w:r>
          </w:p>
        </w:tc>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性别</w:t>
            </w:r>
          </w:p>
        </w:tc>
        <w:tc>
          <w:tcPr>
            <w:tcW w:type="dxa" w:w="1439"/>
          </w:tcPr>
          <w:p>
            <w:pPr>
              <w:spacing w:after="20" w:before="20"/>
            </w:pPr>
            <w:r/>
            <w:r>
              <w:rPr>
                <w:rFonts w:ascii="Times New Roman" w:hAnsi="Times New Roman" w:eastAsia="宋体"/>
                <w:b/>
                <w:sz w:val="21"/>
              </w:rPr>
              <w:t>学号</w:t>
            </w:r>
          </w:p>
        </w:tc>
        <w:tc>
          <w:tcPr>
            <w:tcW w:type="dxa" w:w="1439"/>
          </w:tcPr>
          <w:p>
            <w:pPr>
              <w:spacing w:after="20" w:before="20"/>
            </w:pPr>
            <w:r/>
            <w:r>
              <w:rPr>
                <w:rFonts w:ascii="Times New Roman" w:hAnsi="Times New Roman" w:eastAsia="宋体"/>
                <w:b/>
                <w:sz w:val="21"/>
              </w:rPr>
              <w:t>专业</w:t>
            </w:r>
          </w:p>
        </w:tc>
      </w:tr>
      <w:tr>
        <w:tc>
          <w:tcPr>
            <w:tcW w:type="dxa" w:w="1439"/>
          </w:tcPr>
          <w:p>
            <w:pPr>
              <w:spacing w:after="20" w:before="20"/>
            </w:pPr>
            <w:r/>
            <w:r>
              <w:rPr>
                <w:rFonts w:ascii="Times New Roman" w:hAnsi="Times New Roman" w:eastAsia="宋体"/>
                <w:b w:val="0"/>
                <w:sz w:val="21"/>
              </w:rPr>
              <w:t>253</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黄欢欢</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2217050117</w:t>
            </w:r>
          </w:p>
        </w:tc>
        <w:tc>
          <w:tcPr>
            <w:tcW w:type="dxa" w:w="1439"/>
          </w:tcPr>
          <w:p>
            <w:pPr>
              <w:spacing w:after="20" w:before="20"/>
            </w:pPr>
            <w:r/>
            <w:r>
              <w:rPr>
                <w:rFonts w:ascii="Times New Roman" w:hAnsi="Times New Roman" w:eastAsia="宋体"/>
                <w:b w:val="0"/>
                <w:sz w:val="21"/>
              </w:rPr>
              <w:t>资源循环科学与工程</w:t>
            </w:r>
          </w:p>
        </w:tc>
      </w:tr>
      <w:tr>
        <w:tc>
          <w:tcPr>
            <w:tcW w:type="dxa" w:w="1439"/>
          </w:tcPr>
          <w:p>
            <w:pPr>
              <w:spacing w:after="20" w:before="20"/>
            </w:pPr>
            <w:r/>
            <w:r>
              <w:rPr>
                <w:rFonts w:ascii="Times New Roman" w:hAnsi="Times New Roman" w:eastAsia="宋体"/>
                <w:b w:val="0"/>
                <w:sz w:val="21"/>
              </w:rPr>
              <w:t>254</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程颖</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2217050101</w:t>
            </w:r>
          </w:p>
        </w:tc>
        <w:tc>
          <w:tcPr>
            <w:tcW w:type="dxa" w:w="1439"/>
          </w:tcPr>
          <w:p>
            <w:pPr>
              <w:spacing w:after="20" w:before="20"/>
            </w:pPr>
            <w:r/>
            <w:r>
              <w:rPr>
                <w:rFonts w:ascii="Times New Roman" w:hAnsi="Times New Roman" w:eastAsia="宋体"/>
                <w:b w:val="0"/>
                <w:sz w:val="21"/>
              </w:rPr>
              <w:t>资源循环科学与工程</w:t>
            </w:r>
          </w:p>
        </w:tc>
      </w:tr>
      <w:tr>
        <w:tc>
          <w:tcPr>
            <w:tcW w:type="dxa" w:w="1439"/>
          </w:tcPr>
          <w:p>
            <w:pPr>
              <w:spacing w:after="20" w:before="20"/>
            </w:pPr>
            <w:r/>
            <w:r>
              <w:rPr>
                <w:rFonts w:ascii="Times New Roman" w:hAnsi="Times New Roman" w:eastAsia="宋体"/>
                <w:b w:val="0"/>
                <w:sz w:val="21"/>
              </w:rPr>
              <w:t>255</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张浪</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2217030121</w:t>
            </w:r>
          </w:p>
        </w:tc>
        <w:tc>
          <w:tcPr>
            <w:tcW w:type="dxa" w:w="1439"/>
          </w:tcPr>
          <w:p>
            <w:pPr>
              <w:spacing w:after="20" w:before="20"/>
            </w:pPr>
            <w:r/>
            <w:r>
              <w:rPr>
                <w:rFonts w:ascii="Times New Roman" w:hAnsi="Times New Roman" w:eastAsia="宋体"/>
                <w:b w:val="0"/>
                <w:sz w:val="21"/>
              </w:rPr>
              <w:t>安全工程</w:t>
            </w:r>
          </w:p>
        </w:tc>
      </w:tr>
      <w:tr>
        <w:tc>
          <w:tcPr>
            <w:tcW w:type="dxa" w:w="1439"/>
          </w:tcPr>
          <w:p>
            <w:pPr>
              <w:spacing w:after="20" w:before="20"/>
            </w:pPr>
            <w:r/>
            <w:r>
              <w:rPr>
                <w:rFonts w:ascii="Times New Roman" w:hAnsi="Times New Roman" w:eastAsia="宋体"/>
                <w:b w:val="0"/>
                <w:sz w:val="21"/>
              </w:rPr>
              <w:t>256</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王金铭</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2217030112</w:t>
            </w:r>
          </w:p>
        </w:tc>
        <w:tc>
          <w:tcPr>
            <w:tcW w:type="dxa" w:w="1439"/>
          </w:tcPr>
          <w:p>
            <w:pPr>
              <w:spacing w:after="20" w:before="20"/>
            </w:pPr>
            <w:r/>
            <w:r>
              <w:rPr>
                <w:rFonts w:ascii="Times New Roman" w:hAnsi="Times New Roman" w:eastAsia="宋体"/>
                <w:b w:val="0"/>
                <w:sz w:val="21"/>
              </w:rPr>
              <w:t>安全工程</w:t>
            </w:r>
          </w:p>
        </w:tc>
      </w:tr>
      <w:tr>
        <w:tc>
          <w:tcPr>
            <w:tcW w:type="dxa" w:w="1439"/>
          </w:tcPr>
          <w:p>
            <w:pPr>
              <w:spacing w:after="20" w:before="20"/>
            </w:pPr>
            <w:r/>
            <w:r>
              <w:rPr>
                <w:rFonts w:ascii="Times New Roman" w:hAnsi="Times New Roman" w:eastAsia="宋体"/>
                <w:b w:val="0"/>
                <w:sz w:val="21"/>
              </w:rPr>
              <w:t>257</w:t>
            </w:r>
          </w:p>
        </w:tc>
        <w:tc>
          <w:tcPr>
            <w:tcW w:type="dxa" w:w="1439"/>
          </w:tcPr>
          <w:p>
            <w:pPr>
              <w:spacing w:after="20" w:before="20"/>
            </w:pPr>
            <w:r/>
            <w:r>
              <w:rPr>
                <w:rFonts w:ascii="Times New Roman" w:hAnsi="Times New Roman" w:eastAsia="宋体"/>
                <w:b w:val="0"/>
                <w:sz w:val="21"/>
              </w:rPr>
              <w:t>校团委</w:t>
            </w:r>
          </w:p>
        </w:tc>
        <w:tc>
          <w:tcPr>
            <w:tcW w:type="dxa" w:w="1439"/>
          </w:tcPr>
          <w:p>
            <w:pPr>
              <w:spacing w:after="20" w:before="20"/>
            </w:pPr>
            <w:r/>
            <w:r>
              <w:rPr>
                <w:rFonts w:ascii="Times New Roman" w:hAnsi="Times New Roman" w:eastAsia="宋体"/>
                <w:b w:val="0"/>
                <w:sz w:val="21"/>
              </w:rPr>
              <w:t>靳念安</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2206140211</w:t>
            </w:r>
          </w:p>
        </w:tc>
        <w:tc>
          <w:tcPr>
            <w:tcW w:type="dxa" w:w="1439"/>
          </w:tcPr>
          <w:p>
            <w:pPr>
              <w:spacing w:after="20" w:before="20"/>
            </w:pPr>
            <w:r/>
            <w:r>
              <w:rPr>
                <w:rFonts w:ascii="Times New Roman" w:hAnsi="Times New Roman" w:eastAsia="宋体"/>
                <w:b w:val="0"/>
                <w:sz w:val="21"/>
              </w:rPr>
              <w:t>行政管理</w:t>
            </w:r>
          </w:p>
        </w:tc>
      </w:tr>
      <w:tr>
        <w:tc>
          <w:tcPr>
            <w:tcW w:type="dxa" w:w="1439"/>
          </w:tcPr>
          <w:p>
            <w:pPr>
              <w:spacing w:after="20" w:before="20"/>
            </w:pPr>
            <w:r/>
            <w:r>
              <w:rPr>
                <w:rFonts w:ascii="Times New Roman" w:hAnsi="Times New Roman" w:eastAsia="宋体"/>
                <w:b w:val="0"/>
                <w:sz w:val="21"/>
              </w:rPr>
              <w:t>258</w:t>
            </w:r>
          </w:p>
        </w:tc>
        <w:tc>
          <w:tcPr>
            <w:tcW w:type="dxa" w:w="1439"/>
          </w:tcPr>
          <w:p>
            <w:pPr>
              <w:spacing w:after="20" w:before="20"/>
            </w:pPr>
            <w:r/>
            <w:r>
              <w:rPr>
                <w:rFonts w:ascii="Times New Roman" w:hAnsi="Times New Roman" w:eastAsia="宋体"/>
                <w:b w:val="0"/>
                <w:sz w:val="21"/>
              </w:rPr>
              <w:t>校团委</w:t>
            </w:r>
          </w:p>
        </w:tc>
        <w:tc>
          <w:tcPr>
            <w:tcW w:type="dxa" w:w="1439"/>
          </w:tcPr>
          <w:p>
            <w:pPr>
              <w:spacing w:after="20" w:before="20"/>
            </w:pPr>
            <w:r/>
            <w:r>
              <w:rPr>
                <w:rFonts w:ascii="Times New Roman" w:hAnsi="Times New Roman" w:eastAsia="宋体"/>
                <w:b w:val="0"/>
                <w:sz w:val="21"/>
              </w:rPr>
              <w:t>陈梦月</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2211060107</w:t>
            </w:r>
          </w:p>
        </w:tc>
        <w:tc>
          <w:tcPr>
            <w:tcW w:type="dxa" w:w="1439"/>
          </w:tcPr>
          <w:p>
            <w:pPr>
              <w:spacing w:after="20" w:before="20"/>
            </w:pPr>
            <w:r/>
            <w:r>
              <w:rPr>
                <w:rFonts w:ascii="Times New Roman" w:hAnsi="Times New Roman" w:eastAsia="宋体"/>
                <w:b w:val="0"/>
                <w:sz w:val="21"/>
              </w:rPr>
              <w:t>汉语国际教育</w:t>
            </w:r>
          </w:p>
        </w:tc>
      </w:tr>
      <w:tr>
        <w:tc>
          <w:tcPr>
            <w:tcW w:type="dxa" w:w="1439"/>
          </w:tcPr>
          <w:p>
            <w:pPr>
              <w:spacing w:after="20" w:before="20"/>
            </w:pPr>
            <w:r/>
            <w:r>
              <w:rPr>
                <w:rFonts w:ascii="Times New Roman" w:hAnsi="Times New Roman" w:eastAsia="宋体"/>
                <w:b w:val="0"/>
                <w:sz w:val="21"/>
              </w:rPr>
              <w:t>259</w:t>
            </w:r>
          </w:p>
        </w:tc>
        <w:tc>
          <w:tcPr>
            <w:tcW w:type="dxa" w:w="1439"/>
          </w:tcPr>
          <w:p>
            <w:pPr>
              <w:spacing w:after="20" w:before="20"/>
            </w:pPr>
            <w:r/>
            <w:r>
              <w:rPr>
                <w:rFonts w:ascii="Times New Roman" w:hAnsi="Times New Roman" w:eastAsia="宋体"/>
                <w:b w:val="0"/>
                <w:sz w:val="21"/>
              </w:rPr>
              <w:t>校团委</w:t>
            </w:r>
          </w:p>
        </w:tc>
        <w:tc>
          <w:tcPr>
            <w:tcW w:type="dxa" w:w="1439"/>
          </w:tcPr>
          <w:p>
            <w:pPr>
              <w:spacing w:after="20" w:before="20"/>
            </w:pPr>
            <w:r/>
            <w:r>
              <w:rPr>
                <w:rFonts w:ascii="Times New Roman" w:hAnsi="Times New Roman" w:eastAsia="宋体"/>
                <w:b w:val="0"/>
                <w:sz w:val="21"/>
              </w:rPr>
              <w:t>许金柯</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2211090109</w:t>
            </w:r>
          </w:p>
        </w:tc>
        <w:tc>
          <w:tcPr>
            <w:tcW w:type="dxa" w:w="1439"/>
          </w:tcPr>
          <w:p>
            <w:pPr>
              <w:spacing w:after="20" w:before="20"/>
            </w:pPr>
            <w:r/>
            <w:r>
              <w:rPr>
                <w:rFonts w:ascii="Times New Roman" w:hAnsi="Times New Roman" w:eastAsia="宋体"/>
                <w:b w:val="0"/>
                <w:sz w:val="21"/>
              </w:rPr>
              <w:t>英语（辅修法学）</w:t>
            </w:r>
          </w:p>
        </w:tc>
      </w:tr>
    </w:tbl>
    <w:p>
      <w:pPr>
        <w:spacing w:before="160" w:after="80" w:lineRule="auto" w:line="360"/>
        <w:jc w:val="left"/>
      </w:pPr>
      <w:r>
        <w:rPr>
          <w:rFonts w:ascii="Times New Roman" w:hAnsi="Times New Roman" w:eastAsia="宋体"/>
          <w:b/>
          <w:sz w:val="28"/>
        </w:rPr>
        <w:t>五、统计说明</w:t>
      </w:r>
    </w:p>
    <w:p>
      <w:pPr>
        <w:spacing w:after="80" w:lineRule="auto" w:line="360"/>
        <w:ind w:firstLine="482"/>
        <w:jc w:val="both"/>
      </w:pPr>
      <w:r>
        <w:rPr>
          <w:rFonts w:ascii="Times New Roman" w:hAnsi="Times New Roman" w:eastAsia="宋体"/>
          <w:b w:val="0"/>
          <w:sz w:val="24"/>
        </w:rPr>
        <w:t>1. 资源与安全工程学院共 4 人，其中资源循环科学与工程专业 2 人（黄欢欢、程颖），安全工程专业 2 人（张浪、王金铭）。</w:t>
      </w:r>
    </w:p>
    <w:p>
      <w:pPr>
        <w:spacing w:after="80" w:lineRule="auto" w:line="360"/>
        <w:ind w:firstLine="482"/>
        <w:jc w:val="both"/>
      </w:pPr>
      <w:r>
        <w:rPr>
          <w:rFonts w:ascii="Times New Roman" w:hAnsi="Times New Roman" w:eastAsia="宋体"/>
          <w:b w:val="0"/>
          <w:sz w:val="24"/>
        </w:rPr>
        <w:t>2. 校团委共 3 人，分别为行政管理专业 1 人（靳念安）、汉语国际教育专业 1 人（陈梦月）、英语（辅修法学）专业 1 人（许金柯）。</w:t>
      </w:r>
    </w:p>
    <w:p>
      <w:pPr>
        <w:spacing w:after="80" w:lineRule="auto" w:line="360"/>
        <w:ind w:firstLine="482"/>
        <w:jc w:val="both"/>
      </w:pPr>
      <w:r>
        <w:rPr>
          <w:rFonts w:ascii="Times New Roman" w:hAnsi="Times New Roman" w:eastAsia="宋体"/>
          <w:b w:val="0"/>
          <w:sz w:val="24"/>
        </w:rPr>
        <w:t>3. 本段名单中女生 5 人，男生 2 人。</w:t>
      </w:r>
    </w:p>
    <w:p>
      <w:pPr>
        <w:spacing w:before="160" w:after="80" w:lineRule="auto" w:line="360"/>
        <w:jc w:val="left"/>
      </w:pPr>
      <w:r>
        <w:rPr>
          <w:rFonts w:ascii="Times New Roman" w:hAnsi="Times New Roman" w:eastAsia="宋体"/>
          <w:b/>
          <w:sz w:val="28"/>
        </w:rPr>
        <w:t>三、名单概况</w:t>
      </w:r>
    </w:p>
    <w:p>
      <w:pPr>
        <w:spacing w:after="80" w:lineRule="auto" w:line="360"/>
        <w:ind w:firstLine="482"/>
        <w:jc w:val="both"/>
      </w:pPr>
      <w:r>
        <w:rPr>
          <w:rFonts w:ascii="Times New Roman" w:hAnsi="Times New Roman" w:eastAsia="宋体"/>
          <w:b w:val="0"/>
          <w:sz w:val="24"/>
        </w:rPr>
        <w:t>本段为 26 年推荐优秀应届本科毕业生免试攻读硕士学位研究生名单第 13 段，共 7 人，涉及资源与安全工程学院、校团委 2 个推荐单位，涵盖资源循环科学与工程、安全工程、行政管理、汉语国际教育、英语（辅修法学）5 个专业。</w:t>
      </w:r>
    </w:p>
    <w:p>
      <w:pPr>
        <w:spacing w:before="160" w:after="80" w:lineRule="auto" w:line="360"/>
        <w:jc w:val="left"/>
      </w:pPr>
      <w:r>
        <w:rPr>
          <w:rFonts w:ascii="Times New Roman" w:hAnsi="Times New Roman" w:eastAsia="宋体"/>
          <w:b/>
          <w:sz w:val="28"/>
        </w:rPr>
        <w:t>四、名单明细</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序号</w:t>
            </w:r>
          </w:p>
        </w:tc>
        <w:tc>
          <w:tcPr>
            <w:tcW w:type="dxa" w:w="1439"/>
          </w:tcPr>
          <w:p>
            <w:pPr>
              <w:spacing w:after="20" w:before="20"/>
            </w:pPr>
            <w:r/>
            <w:r>
              <w:rPr>
                <w:rFonts w:ascii="Times New Roman" w:hAnsi="Times New Roman" w:eastAsia="宋体"/>
                <w:b/>
                <w:sz w:val="21"/>
              </w:rPr>
              <w:t>推荐单位</w:t>
            </w:r>
          </w:p>
        </w:tc>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性别</w:t>
            </w:r>
          </w:p>
        </w:tc>
        <w:tc>
          <w:tcPr>
            <w:tcW w:type="dxa" w:w="1439"/>
          </w:tcPr>
          <w:p>
            <w:pPr>
              <w:spacing w:after="20" w:before="20"/>
            </w:pPr>
            <w:r/>
            <w:r>
              <w:rPr>
                <w:rFonts w:ascii="Times New Roman" w:hAnsi="Times New Roman" w:eastAsia="宋体"/>
                <w:b/>
                <w:sz w:val="21"/>
              </w:rPr>
              <w:t>学号</w:t>
            </w:r>
          </w:p>
        </w:tc>
        <w:tc>
          <w:tcPr>
            <w:tcW w:type="dxa" w:w="1439"/>
          </w:tcPr>
          <w:p>
            <w:pPr>
              <w:spacing w:after="20" w:before="20"/>
            </w:pPr>
            <w:r/>
            <w:r>
              <w:rPr>
                <w:rFonts w:ascii="Times New Roman" w:hAnsi="Times New Roman" w:eastAsia="宋体"/>
                <w:b/>
                <w:sz w:val="21"/>
              </w:rPr>
              <w:t>专业</w:t>
            </w:r>
          </w:p>
        </w:tc>
      </w:tr>
      <w:tr>
        <w:tc>
          <w:tcPr>
            <w:tcW w:type="dxa" w:w="1439"/>
          </w:tcPr>
          <w:p>
            <w:pPr>
              <w:spacing w:after="20" w:before="20"/>
            </w:pPr>
            <w:r/>
            <w:r>
              <w:rPr>
                <w:rFonts w:ascii="Times New Roman" w:hAnsi="Times New Roman" w:eastAsia="宋体"/>
                <w:b w:val="0"/>
                <w:sz w:val="21"/>
              </w:rPr>
              <w:t>253</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黄欢欢</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2217050117</w:t>
            </w:r>
          </w:p>
        </w:tc>
        <w:tc>
          <w:tcPr>
            <w:tcW w:type="dxa" w:w="1439"/>
          </w:tcPr>
          <w:p>
            <w:pPr>
              <w:spacing w:after="20" w:before="20"/>
            </w:pPr>
            <w:r/>
            <w:r>
              <w:rPr>
                <w:rFonts w:ascii="Times New Roman" w:hAnsi="Times New Roman" w:eastAsia="宋体"/>
                <w:b w:val="0"/>
                <w:sz w:val="21"/>
              </w:rPr>
              <w:t>资源循环科学与工程</w:t>
            </w:r>
          </w:p>
        </w:tc>
      </w:tr>
      <w:tr>
        <w:tc>
          <w:tcPr>
            <w:tcW w:type="dxa" w:w="1439"/>
          </w:tcPr>
          <w:p>
            <w:pPr>
              <w:spacing w:after="20" w:before="20"/>
            </w:pPr>
            <w:r/>
            <w:r>
              <w:rPr>
                <w:rFonts w:ascii="Times New Roman" w:hAnsi="Times New Roman" w:eastAsia="宋体"/>
                <w:b w:val="0"/>
                <w:sz w:val="21"/>
              </w:rPr>
              <w:t>254</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程颖</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2217050101</w:t>
            </w:r>
          </w:p>
        </w:tc>
        <w:tc>
          <w:tcPr>
            <w:tcW w:type="dxa" w:w="1439"/>
          </w:tcPr>
          <w:p>
            <w:pPr>
              <w:spacing w:after="20" w:before="20"/>
            </w:pPr>
            <w:r/>
            <w:r>
              <w:rPr>
                <w:rFonts w:ascii="Times New Roman" w:hAnsi="Times New Roman" w:eastAsia="宋体"/>
                <w:b w:val="0"/>
                <w:sz w:val="21"/>
              </w:rPr>
              <w:t>资源循环科学与工程</w:t>
            </w:r>
          </w:p>
        </w:tc>
      </w:tr>
      <w:tr>
        <w:tc>
          <w:tcPr>
            <w:tcW w:type="dxa" w:w="1439"/>
          </w:tcPr>
          <w:p>
            <w:pPr>
              <w:spacing w:after="20" w:before="20"/>
            </w:pPr>
            <w:r/>
            <w:r>
              <w:rPr>
                <w:rFonts w:ascii="Times New Roman" w:hAnsi="Times New Roman" w:eastAsia="宋体"/>
                <w:b w:val="0"/>
                <w:sz w:val="21"/>
              </w:rPr>
              <w:t>255</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张浪</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2217030121</w:t>
            </w:r>
          </w:p>
        </w:tc>
        <w:tc>
          <w:tcPr>
            <w:tcW w:type="dxa" w:w="1439"/>
          </w:tcPr>
          <w:p>
            <w:pPr>
              <w:spacing w:after="20" w:before="20"/>
            </w:pPr>
            <w:r/>
            <w:r>
              <w:rPr>
                <w:rFonts w:ascii="Times New Roman" w:hAnsi="Times New Roman" w:eastAsia="宋体"/>
                <w:b w:val="0"/>
                <w:sz w:val="21"/>
              </w:rPr>
              <w:t>安全工程</w:t>
            </w:r>
          </w:p>
        </w:tc>
      </w:tr>
      <w:tr>
        <w:tc>
          <w:tcPr>
            <w:tcW w:type="dxa" w:w="1439"/>
          </w:tcPr>
          <w:p>
            <w:pPr>
              <w:spacing w:after="20" w:before="20"/>
            </w:pPr>
            <w:r/>
            <w:r>
              <w:rPr>
                <w:rFonts w:ascii="Times New Roman" w:hAnsi="Times New Roman" w:eastAsia="宋体"/>
                <w:b w:val="0"/>
                <w:sz w:val="21"/>
              </w:rPr>
              <w:t>256</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王金铭</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2217030112</w:t>
            </w:r>
          </w:p>
        </w:tc>
        <w:tc>
          <w:tcPr>
            <w:tcW w:type="dxa" w:w="1439"/>
          </w:tcPr>
          <w:p>
            <w:pPr>
              <w:spacing w:after="20" w:before="20"/>
            </w:pPr>
            <w:r/>
            <w:r>
              <w:rPr>
                <w:rFonts w:ascii="Times New Roman" w:hAnsi="Times New Roman" w:eastAsia="宋体"/>
                <w:b w:val="0"/>
                <w:sz w:val="21"/>
              </w:rPr>
              <w:t>安全工程</w:t>
            </w:r>
          </w:p>
        </w:tc>
      </w:tr>
      <w:tr>
        <w:tc>
          <w:tcPr>
            <w:tcW w:type="dxa" w:w="1439"/>
          </w:tcPr>
          <w:p>
            <w:pPr>
              <w:spacing w:after="20" w:before="20"/>
            </w:pPr>
            <w:r/>
            <w:r>
              <w:rPr>
                <w:rFonts w:ascii="Times New Roman" w:hAnsi="Times New Roman" w:eastAsia="宋体"/>
                <w:b w:val="0"/>
                <w:sz w:val="21"/>
              </w:rPr>
              <w:t>257</w:t>
            </w:r>
          </w:p>
        </w:tc>
        <w:tc>
          <w:tcPr>
            <w:tcW w:type="dxa" w:w="1439"/>
          </w:tcPr>
          <w:p>
            <w:pPr>
              <w:spacing w:after="20" w:before="20"/>
            </w:pPr>
            <w:r/>
            <w:r>
              <w:rPr>
                <w:rFonts w:ascii="Times New Roman" w:hAnsi="Times New Roman" w:eastAsia="宋体"/>
                <w:b w:val="0"/>
                <w:sz w:val="21"/>
              </w:rPr>
              <w:t>校团委</w:t>
            </w:r>
          </w:p>
        </w:tc>
        <w:tc>
          <w:tcPr>
            <w:tcW w:type="dxa" w:w="1439"/>
          </w:tcPr>
          <w:p>
            <w:pPr>
              <w:spacing w:after="20" w:before="20"/>
            </w:pPr>
            <w:r/>
            <w:r>
              <w:rPr>
                <w:rFonts w:ascii="Times New Roman" w:hAnsi="Times New Roman" w:eastAsia="宋体"/>
                <w:b w:val="0"/>
                <w:sz w:val="21"/>
              </w:rPr>
              <w:t>靳念安</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2206140211</w:t>
            </w:r>
          </w:p>
        </w:tc>
        <w:tc>
          <w:tcPr>
            <w:tcW w:type="dxa" w:w="1439"/>
          </w:tcPr>
          <w:p>
            <w:pPr>
              <w:spacing w:after="20" w:before="20"/>
            </w:pPr>
            <w:r/>
            <w:r>
              <w:rPr>
                <w:rFonts w:ascii="Times New Roman" w:hAnsi="Times New Roman" w:eastAsia="宋体"/>
                <w:b w:val="0"/>
                <w:sz w:val="21"/>
              </w:rPr>
              <w:t>行政管理</w:t>
            </w:r>
          </w:p>
        </w:tc>
      </w:tr>
      <w:tr>
        <w:tc>
          <w:tcPr>
            <w:tcW w:type="dxa" w:w="1439"/>
          </w:tcPr>
          <w:p>
            <w:pPr>
              <w:spacing w:after="20" w:before="20"/>
            </w:pPr>
            <w:r/>
            <w:r>
              <w:rPr>
                <w:rFonts w:ascii="Times New Roman" w:hAnsi="Times New Roman" w:eastAsia="宋体"/>
                <w:b w:val="0"/>
                <w:sz w:val="21"/>
              </w:rPr>
              <w:t>258</w:t>
            </w:r>
          </w:p>
        </w:tc>
        <w:tc>
          <w:tcPr>
            <w:tcW w:type="dxa" w:w="1439"/>
          </w:tcPr>
          <w:p>
            <w:pPr>
              <w:spacing w:after="20" w:before="20"/>
            </w:pPr>
            <w:r/>
            <w:r>
              <w:rPr>
                <w:rFonts w:ascii="Times New Roman" w:hAnsi="Times New Roman" w:eastAsia="宋体"/>
                <w:b w:val="0"/>
                <w:sz w:val="21"/>
              </w:rPr>
              <w:t>校团委</w:t>
            </w:r>
          </w:p>
        </w:tc>
        <w:tc>
          <w:tcPr>
            <w:tcW w:type="dxa" w:w="1439"/>
          </w:tcPr>
          <w:p>
            <w:pPr>
              <w:spacing w:after="20" w:before="20"/>
            </w:pPr>
            <w:r/>
            <w:r>
              <w:rPr>
                <w:rFonts w:ascii="Times New Roman" w:hAnsi="Times New Roman" w:eastAsia="宋体"/>
                <w:b w:val="0"/>
                <w:sz w:val="21"/>
              </w:rPr>
              <w:t>陈梦月</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2211060107</w:t>
            </w:r>
          </w:p>
        </w:tc>
        <w:tc>
          <w:tcPr>
            <w:tcW w:type="dxa" w:w="1439"/>
          </w:tcPr>
          <w:p>
            <w:pPr>
              <w:spacing w:after="20" w:before="20"/>
            </w:pPr>
            <w:r/>
            <w:r>
              <w:rPr>
                <w:rFonts w:ascii="Times New Roman" w:hAnsi="Times New Roman" w:eastAsia="宋体"/>
                <w:b w:val="0"/>
                <w:sz w:val="21"/>
              </w:rPr>
              <w:t>汉语国际教育</w:t>
            </w:r>
          </w:p>
        </w:tc>
      </w:tr>
      <w:tr>
        <w:tc>
          <w:tcPr>
            <w:tcW w:type="dxa" w:w="1439"/>
          </w:tcPr>
          <w:p>
            <w:pPr>
              <w:spacing w:after="20" w:before="20"/>
            </w:pPr>
            <w:r/>
            <w:r>
              <w:rPr>
                <w:rFonts w:ascii="Times New Roman" w:hAnsi="Times New Roman" w:eastAsia="宋体"/>
                <w:b w:val="0"/>
                <w:sz w:val="21"/>
              </w:rPr>
              <w:t>259</w:t>
            </w:r>
          </w:p>
        </w:tc>
        <w:tc>
          <w:tcPr>
            <w:tcW w:type="dxa" w:w="1439"/>
          </w:tcPr>
          <w:p>
            <w:pPr>
              <w:spacing w:after="20" w:before="20"/>
            </w:pPr>
            <w:r/>
            <w:r>
              <w:rPr>
                <w:rFonts w:ascii="Times New Roman" w:hAnsi="Times New Roman" w:eastAsia="宋体"/>
                <w:b w:val="0"/>
                <w:sz w:val="21"/>
              </w:rPr>
              <w:t>校团委</w:t>
            </w:r>
          </w:p>
        </w:tc>
        <w:tc>
          <w:tcPr>
            <w:tcW w:type="dxa" w:w="1439"/>
          </w:tcPr>
          <w:p>
            <w:pPr>
              <w:spacing w:after="20" w:before="20"/>
            </w:pPr>
            <w:r/>
            <w:r>
              <w:rPr>
                <w:rFonts w:ascii="Times New Roman" w:hAnsi="Times New Roman" w:eastAsia="宋体"/>
                <w:b w:val="0"/>
                <w:sz w:val="21"/>
              </w:rPr>
              <w:t>许金柯</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2211090109</w:t>
            </w:r>
          </w:p>
        </w:tc>
        <w:tc>
          <w:tcPr>
            <w:tcW w:type="dxa" w:w="1439"/>
          </w:tcPr>
          <w:p>
            <w:pPr>
              <w:spacing w:after="20" w:before="20"/>
            </w:pPr>
            <w:r/>
            <w:r>
              <w:rPr>
                <w:rFonts w:ascii="Times New Roman" w:hAnsi="Times New Roman" w:eastAsia="宋体"/>
                <w:b w:val="0"/>
                <w:sz w:val="21"/>
              </w:rPr>
              <w:t>英语（辅修法学）</w:t>
            </w:r>
          </w:p>
        </w:tc>
      </w:tr>
    </w:tbl>
    <w:p>
      <w:pPr>
        <w:spacing w:before="160" w:after="80" w:lineRule="auto" w:line="360"/>
        <w:jc w:val="left"/>
      </w:pPr>
      <w:r>
        <w:rPr>
          <w:rFonts w:ascii="Times New Roman" w:hAnsi="Times New Roman" w:eastAsia="宋体"/>
          <w:b/>
          <w:sz w:val="28"/>
        </w:rPr>
        <w:t>五、其他说明</w:t>
      </w:r>
    </w:p>
    <w:p>
      <w:pPr>
        <w:spacing w:after="80" w:lineRule="auto" w:line="360"/>
        <w:ind w:firstLine="482"/>
        <w:jc w:val="both"/>
      </w:pPr>
      <w:r>
        <w:rPr>
          <w:rFonts w:ascii="Times New Roman" w:hAnsi="Times New Roman" w:eastAsia="宋体"/>
          <w:b w:val="0"/>
          <w:sz w:val="24"/>
        </w:rPr>
        <w:t>1. 本段名单序号区间为 253 至 259，共 7 人。</w:t>
      </w:r>
    </w:p>
    <w:p>
      <w:pPr>
        <w:spacing w:after="80" w:lineRule="auto" w:line="360"/>
        <w:ind w:firstLine="482"/>
        <w:jc w:val="both"/>
      </w:pPr>
      <w:r>
        <w:rPr>
          <w:rFonts w:ascii="Times New Roman" w:hAnsi="Times New Roman" w:eastAsia="宋体"/>
          <w:b w:val="0"/>
          <w:sz w:val="24"/>
        </w:rPr>
        <w:t>2. 按推荐单位统计：资源与安全工程学院 4 人，校团委 3 人。</w:t>
      </w:r>
    </w:p>
    <w:p>
      <w:pPr>
        <w:spacing w:after="80" w:lineRule="auto" w:line="360"/>
        <w:ind w:firstLine="482"/>
        <w:jc w:val="both"/>
      </w:pPr>
      <w:r>
        <w:rPr>
          <w:rFonts w:ascii="Times New Roman" w:hAnsi="Times New Roman" w:eastAsia="宋体"/>
          <w:b w:val="0"/>
          <w:sz w:val="24"/>
        </w:rPr>
        <w:t>3. 按性别统计：女 5 人，男 2 人。</w:t>
      </w:r>
    </w:p>
    <w:p>
      <w:pPr>
        <w:spacing w:after="80" w:lineRule="auto" w:line="360"/>
        <w:ind w:firstLine="482"/>
        <w:jc w:val="both"/>
      </w:pPr>
      <w:r>
        <w:rPr>
          <w:rFonts w:ascii="Times New Roman" w:hAnsi="Times New Roman" w:eastAsia="宋体"/>
          <w:b w:val="0"/>
          <w:sz w:val="24"/>
        </w:rPr>
        <w:t>4. 本段内容标注为“第 15 页，共 15 页”。</w:t>
      </w:r>
    </w:p>
    <w:p>
      <w:pPr>
        <w:spacing w:after="80" w:lineRule="auto" w:line="360"/>
        <w:ind w:firstLine="482"/>
        <w:jc w:val="both"/>
      </w:pPr>
      <w:r>
        <w:rPr>
          <w:rFonts w:ascii="Times New Roman" w:hAnsi="Times New Roman" w:eastAsia="宋体"/>
          <w:b w:val="0"/>
          <w:sz w:val="24"/>
        </w:rPr>
        <w:t>本段为 6 年推荐优秀应届本科毕业生免试攻读硕士学位研究生名单的第 14 页内容，共列出 7 人，涉及资源与安全工程学院、校团委两个推荐单位，涵盖资源循环科学与工程、安全工程、行政管理、汉语国际教育、英语（辅修法学）等专业。名单按序号、推荐单位、姓名、性别、学号、专业排列，本页序号自 253 起至 259 止。</w:t>
      </w:r>
    </w:p>
    <w:p>
      <w:pPr>
        <w:spacing w:before="160" w:after="80" w:lineRule="auto" w:line="360"/>
        <w:jc w:val="left"/>
      </w:pPr>
      <w:r>
        <w:rPr>
          <w:rFonts w:ascii="Times New Roman" w:hAnsi="Times New Roman" w:eastAsia="宋体"/>
          <w:b/>
          <w:sz w:val="28"/>
        </w:rPr>
        <w:t>三、名单明细</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序号</w:t>
            </w:r>
          </w:p>
        </w:tc>
        <w:tc>
          <w:tcPr>
            <w:tcW w:type="dxa" w:w="1439"/>
          </w:tcPr>
          <w:p>
            <w:pPr>
              <w:spacing w:after="20" w:before="20"/>
            </w:pPr>
            <w:r/>
            <w:r>
              <w:rPr>
                <w:rFonts w:ascii="Times New Roman" w:hAnsi="Times New Roman" w:eastAsia="宋体"/>
                <w:b/>
                <w:sz w:val="21"/>
              </w:rPr>
              <w:t>推荐单位</w:t>
            </w:r>
          </w:p>
        </w:tc>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性别</w:t>
            </w:r>
          </w:p>
        </w:tc>
        <w:tc>
          <w:tcPr>
            <w:tcW w:type="dxa" w:w="1439"/>
          </w:tcPr>
          <w:p>
            <w:pPr>
              <w:spacing w:after="20" w:before="20"/>
            </w:pPr>
            <w:r/>
            <w:r>
              <w:rPr>
                <w:rFonts w:ascii="Times New Roman" w:hAnsi="Times New Roman" w:eastAsia="宋体"/>
                <w:b/>
                <w:sz w:val="21"/>
              </w:rPr>
              <w:t>学号</w:t>
            </w:r>
          </w:p>
        </w:tc>
        <w:tc>
          <w:tcPr>
            <w:tcW w:type="dxa" w:w="1439"/>
          </w:tcPr>
          <w:p>
            <w:pPr>
              <w:spacing w:after="20" w:before="20"/>
            </w:pPr>
            <w:r/>
            <w:r>
              <w:rPr>
                <w:rFonts w:ascii="Times New Roman" w:hAnsi="Times New Roman" w:eastAsia="宋体"/>
                <w:b/>
                <w:sz w:val="21"/>
              </w:rPr>
              <w:t>专业</w:t>
            </w:r>
          </w:p>
        </w:tc>
      </w:tr>
      <w:tr>
        <w:tc>
          <w:tcPr>
            <w:tcW w:type="dxa" w:w="1439"/>
          </w:tcPr>
          <w:p>
            <w:pPr>
              <w:spacing w:after="20" w:before="20"/>
            </w:pPr>
            <w:r/>
            <w:r>
              <w:rPr>
                <w:rFonts w:ascii="Times New Roman" w:hAnsi="Times New Roman" w:eastAsia="宋体"/>
                <w:b w:val="0"/>
                <w:sz w:val="21"/>
              </w:rPr>
              <w:t>253</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黄欢欢</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2217050117</w:t>
            </w:r>
          </w:p>
        </w:tc>
        <w:tc>
          <w:tcPr>
            <w:tcW w:type="dxa" w:w="1439"/>
          </w:tcPr>
          <w:p>
            <w:pPr>
              <w:spacing w:after="20" w:before="20"/>
            </w:pPr>
            <w:r/>
            <w:r>
              <w:rPr>
                <w:rFonts w:ascii="Times New Roman" w:hAnsi="Times New Roman" w:eastAsia="宋体"/>
                <w:b w:val="0"/>
                <w:sz w:val="21"/>
              </w:rPr>
              <w:t>资源循环科学与工程</w:t>
            </w:r>
          </w:p>
        </w:tc>
      </w:tr>
      <w:tr>
        <w:tc>
          <w:tcPr>
            <w:tcW w:type="dxa" w:w="1439"/>
          </w:tcPr>
          <w:p>
            <w:pPr>
              <w:spacing w:after="20" w:before="20"/>
            </w:pPr>
            <w:r/>
            <w:r>
              <w:rPr>
                <w:rFonts w:ascii="Times New Roman" w:hAnsi="Times New Roman" w:eastAsia="宋体"/>
                <w:b w:val="0"/>
                <w:sz w:val="21"/>
              </w:rPr>
              <w:t>254</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程颖</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2217050101</w:t>
            </w:r>
          </w:p>
        </w:tc>
        <w:tc>
          <w:tcPr>
            <w:tcW w:type="dxa" w:w="1439"/>
          </w:tcPr>
          <w:p>
            <w:pPr>
              <w:spacing w:after="20" w:before="20"/>
            </w:pPr>
            <w:r/>
            <w:r>
              <w:rPr>
                <w:rFonts w:ascii="Times New Roman" w:hAnsi="Times New Roman" w:eastAsia="宋体"/>
                <w:b w:val="0"/>
                <w:sz w:val="21"/>
              </w:rPr>
              <w:t>资源循环科学与工程</w:t>
            </w:r>
          </w:p>
        </w:tc>
      </w:tr>
      <w:tr>
        <w:tc>
          <w:tcPr>
            <w:tcW w:type="dxa" w:w="1439"/>
          </w:tcPr>
          <w:p>
            <w:pPr>
              <w:spacing w:after="20" w:before="20"/>
            </w:pPr>
            <w:r/>
            <w:r>
              <w:rPr>
                <w:rFonts w:ascii="Times New Roman" w:hAnsi="Times New Roman" w:eastAsia="宋体"/>
                <w:b w:val="0"/>
                <w:sz w:val="21"/>
              </w:rPr>
              <w:t>255</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张浪</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2217030121</w:t>
            </w:r>
          </w:p>
        </w:tc>
        <w:tc>
          <w:tcPr>
            <w:tcW w:type="dxa" w:w="1439"/>
          </w:tcPr>
          <w:p>
            <w:pPr>
              <w:spacing w:after="20" w:before="20"/>
            </w:pPr>
            <w:r/>
            <w:r>
              <w:rPr>
                <w:rFonts w:ascii="Times New Roman" w:hAnsi="Times New Roman" w:eastAsia="宋体"/>
                <w:b w:val="0"/>
                <w:sz w:val="21"/>
              </w:rPr>
              <w:t>安全工程</w:t>
            </w:r>
          </w:p>
        </w:tc>
      </w:tr>
      <w:tr>
        <w:tc>
          <w:tcPr>
            <w:tcW w:type="dxa" w:w="1439"/>
          </w:tcPr>
          <w:p>
            <w:pPr>
              <w:spacing w:after="20" w:before="20"/>
            </w:pPr>
            <w:r/>
            <w:r>
              <w:rPr>
                <w:rFonts w:ascii="Times New Roman" w:hAnsi="Times New Roman" w:eastAsia="宋体"/>
                <w:b w:val="0"/>
                <w:sz w:val="21"/>
              </w:rPr>
              <w:t>256</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王金铭</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2217030112</w:t>
            </w:r>
          </w:p>
        </w:tc>
        <w:tc>
          <w:tcPr>
            <w:tcW w:type="dxa" w:w="1439"/>
          </w:tcPr>
          <w:p>
            <w:pPr>
              <w:spacing w:after="20" w:before="20"/>
            </w:pPr>
            <w:r/>
            <w:r>
              <w:rPr>
                <w:rFonts w:ascii="Times New Roman" w:hAnsi="Times New Roman" w:eastAsia="宋体"/>
                <w:b w:val="0"/>
                <w:sz w:val="21"/>
              </w:rPr>
              <w:t>安全工程</w:t>
            </w:r>
          </w:p>
        </w:tc>
      </w:tr>
      <w:tr>
        <w:tc>
          <w:tcPr>
            <w:tcW w:type="dxa" w:w="1439"/>
          </w:tcPr>
          <w:p>
            <w:pPr>
              <w:spacing w:after="20" w:before="20"/>
            </w:pPr>
            <w:r/>
            <w:r>
              <w:rPr>
                <w:rFonts w:ascii="Times New Roman" w:hAnsi="Times New Roman" w:eastAsia="宋体"/>
                <w:b w:val="0"/>
                <w:sz w:val="21"/>
              </w:rPr>
              <w:t>257</w:t>
            </w:r>
          </w:p>
        </w:tc>
        <w:tc>
          <w:tcPr>
            <w:tcW w:type="dxa" w:w="1439"/>
          </w:tcPr>
          <w:p>
            <w:pPr>
              <w:spacing w:after="20" w:before="20"/>
            </w:pPr>
            <w:r/>
            <w:r>
              <w:rPr>
                <w:rFonts w:ascii="Times New Roman" w:hAnsi="Times New Roman" w:eastAsia="宋体"/>
                <w:b w:val="0"/>
                <w:sz w:val="21"/>
              </w:rPr>
              <w:t>校团委</w:t>
            </w:r>
          </w:p>
        </w:tc>
        <w:tc>
          <w:tcPr>
            <w:tcW w:type="dxa" w:w="1439"/>
          </w:tcPr>
          <w:p>
            <w:pPr>
              <w:spacing w:after="20" w:before="20"/>
            </w:pPr>
            <w:r/>
            <w:r>
              <w:rPr>
                <w:rFonts w:ascii="Times New Roman" w:hAnsi="Times New Roman" w:eastAsia="宋体"/>
                <w:b w:val="0"/>
                <w:sz w:val="21"/>
              </w:rPr>
              <w:t>靳念安</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2206140211</w:t>
            </w:r>
          </w:p>
        </w:tc>
        <w:tc>
          <w:tcPr>
            <w:tcW w:type="dxa" w:w="1439"/>
          </w:tcPr>
          <w:p>
            <w:pPr>
              <w:spacing w:after="20" w:before="20"/>
            </w:pPr>
            <w:r/>
            <w:r>
              <w:rPr>
                <w:rFonts w:ascii="Times New Roman" w:hAnsi="Times New Roman" w:eastAsia="宋体"/>
                <w:b w:val="0"/>
                <w:sz w:val="21"/>
              </w:rPr>
              <w:t>行政管理</w:t>
            </w:r>
          </w:p>
        </w:tc>
      </w:tr>
      <w:tr>
        <w:tc>
          <w:tcPr>
            <w:tcW w:type="dxa" w:w="1439"/>
          </w:tcPr>
          <w:p>
            <w:pPr>
              <w:spacing w:after="20" w:before="20"/>
            </w:pPr>
            <w:r/>
            <w:r>
              <w:rPr>
                <w:rFonts w:ascii="Times New Roman" w:hAnsi="Times New Roman" w:eastAsia="宋体"/>
                <w:b w:val="0"/>
                <w:sz w:val="21"/>
              </w:rPr>
              <w:t>258</w:t>
            </w:r>
          </w:p>
        </w:tc>
        <w:tc>
          <w:tcPr>
            <w:tcW w:type="dxa" w:w="1439"/>
          </w:tcPr>
          <w:p>
            <w:pPr>
              <w:spacing w:after="20" w:before="20"/>
            </w:pPr>
            <w:r/>
            <w:r>
              <w:rPr>
                <w:rFonts w:ascii="Times New Roman" w:hAnsi="Times New Roman" w:eastAsia="宋体"/>
                <w:b w:val="0"/>
                <w:sz w:val="21"/>
              </w:rPr>
              <w:t>校团委</w:t>
            </w:r>
          </w:p>
        </w:tc>
        <w:tc>
          <w:tcPr>
            <w:tcW w:type="dxa" w:w="1439"/>
          </w:tcPr>
          <w:p>
            <w:pPr>
              <w:spacing w:after="20" w:before="20"/>
            </w:pPr>
            <w:r/>
            <w:r>
              <w:rPr>
                <w:rFonts w:ascii="Times New Roman" w:hAnsi="Times New Roman" w:eastAsia="宋体"/>
                <w:b w:val="0"/>
                <w:sz w:val="21"/>
              </w:rPr>
              <w:t>陈梦月</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2211060107</w:t>
            </w:r>
          </w:p>
        </w:tc>
        <w:tc>
          <w:tcPr>
            <w:tcW w:type="dxa" w:w="1439"/>
          </w:tcPr>
          <w:p>
            <w:pPr>
              <w:spacing w:after="20" w:before="20"/>
            </w:pPr>
            <w:r/>
            <w:r>
              <w:rPr>
                <w:rFonts w:ascii="Times New Roman" w:hAnsi="Times New Roman" w:eastAsia="宋体"/>
                <w:b w:val="0"/>
                <w:sz w:val="21"/>
              </w:rPr>
              <w:t>汉语国际教育</w:t>
            </w:r>
          </w:p>
        </w:tc>
      </w:tr>
      <w:tr>
        <w:tc>
          <w:tcPr>
            <w:tcW w:type="dxa" w:w="1439"/>
          </w:tcPr>
          <w:p>
            <w:pPr>
              <w:spacing w:after="20" w:before="20"/>
            </w:pPr>
            <w:r/>
            <w:r>
              <w:rPr>
                <w:rFonts w:ascii="Times New Roman" w:hAnsi="Times New Roman" w:eastAsia="宋体"/>
                <w:b w:val="0"/>
                <w:sz w:val="21"/>
              </w:rPr>
              <w:t>259</w:t>
            </w:r>
          </w:p>
        </w:tc>
        <w:tc>
          <w:tcPr>
            <w:tcW w:type="dxa" w:w="1439"/>
          </w:tcPr>
          <w:p>
            <w:pPr>
              <w:spacing w:after="20" w:before="20"/>
            </w:pPr>
            <w:r/>
            <w:r>
              <w:rPr>
                <w:rFonts w:ascii="Times New Roman" w:hAnsi="Times New Roman" w:eastAsia="宋体"/>
                <w:b w:val="0"/>
                <w:sz w:val="21"/>
              </w:rPr>
              <w:t>校团委</w:t>
            </w:r>
          </w:p>
        </w:tc>
        <w:tc>
          <w:tcPr>
            <w:tcW w:type="dxa" w:w="1439"/>
          </w:tcPr>
          <w:p>
            <w:pPr>
              <w:spacing w:after="20" w:before="20"/>
            </w:pPr>
            <w:r/>
            <w:r>
              <w:rPr>
                <w:rFonts w:ascii="Times New Roman" w:hAnsi="Times New Roman" w:eastAsia="宋体"/>
                <w:b w:val="0"/>
                <w:sz w:val="21"/>
              </w:rPr>
              <w:t>许金柯</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2211090109</w:t>
            </w:r>
          </w:p>
        </w:tc>
        <w:tc>
          <w:tcPr>
            <w:tcW w:type="dxa" w:w="1439"/>
          </w:tcPr>
          <w:p>
            <w:pPr>
              <w:spacing w:after="20" w:before="20"/>
            </w:pPr>
            <w:r/>
            <w:r>
              <w:rPr>
                <w:rFonts w:ascii="Times New Roman" w:hAnsi="Times New Roman" w:eastAsia="宋体"/>
                <w:b w:val="0"/>
                <w:sz w:val="21"/>
              </w:rPr>
              <w:t>英语 （辅修法学）</w:t>
            </w:r>
          </w:p>
        </w:tc>
      </w:tr>
    </w:tbl>
    <w:p>
      <w:pPr>
        <w:spacing w:before="160" w:after="80" w:lineRule="auto" w:line="360"/>
        <w:jc w:val="left"/>
      </w:pPr>
      <w:r>
        <w:rPr>
          <w:rFonts w:ascii="Times New Roman" w:hAnsi="Times New Roman" w:eastAsia="宋体"/>
          <w:b/>
          <w:sz w:val="28"/>
        </w:rPr>
        <w:t>四、统计信息</w:t>
      </w:r>
    </w:p>
    <w:p>
      <w:pPr>
        <w:spacing w:after="80" w:lineRule="auto" w:line="360"/>
        <w:ind w:firstLine="482"/>
        <w:jc w:val="both"/>
      </w:pPr>
      <w:r>
        <w:rPr>
          <w:rFonts w:ascii="Times New Roman" w:hAnsi="Times New Roman" w:eastAsia="宋体"/>
          <w:b w:val="0"/>
          <w:sz w:val="24"/>
        </w:rPr>
        <w:t>1. 本页合计 7 人。</w:t>
      </w:r>
    </w:p>
    <w:p>
      <w:pPr>
        <w:spacing w:after="80" w:lineRule="auto" w:line="360"/>
        <w:ind w:firstLine="482"/>
        <w:jc w:val="both"/>
      </w:pPr>
      <w:r>
        <w:rPr>
          <w:rFonts w:ascii="Times New Roman" w:hAnsi="Times New Roman" w:eastAsia="宋体"/>
          <w:b w:val="0"/>
          <w:sz w:val="24"/>
        </w:rPr>
        <w:t>2. 按推荐单位统计：资源与安全工程学院 4 人，校团委 3 人。</w:t>
      </w:r>
    </w:p>
    <w:p>
      <w:pPr>
        <w:spacing w:after="80" w:lineRule="auto" w:line="360"/>
        <w:ind w:firstLine="482"/>
        <w:jc w:val="both"/>
      </w:pPr>
      <w:r>
        <w:rPr>
          <w:rFonts w:ascii="Times New Roman" w:hAnsi="Times New Roman" w:eastAsia="宋体"/>
          <w:b w:val="0"/>
          <w:sz w:val="24"/>
        </w:rPr>
        <w:t>3. 按性别统计：女 5 人，男 2 人。</w:t>
      </w:r>
    </w:p>
    <w:p>
      <w:pPr>
        <w:spacing w:after="80" w:lineRule="auto" w:line="360"/>
        <w:ind w:firstLine="482"/>
        <w:jc w:val="both"/>
      </w:pPr>
      <w:r>
        <w:rPr>
          <w:rFonts w:ascii="Times New Roman" w:hAnsi="Times New Roman" w:eastAsia="宋体"/>
          <w:b w:val="0"/>
          <w:sz w:val="24"/>
        </w:rPr>
        <w:t>4. 按专业统计：资源循环科学与工程 2 人，安全工程 2 人，行政管理 1 人，汉语国际教育 1 人，英语（辅修法学）1 人。</w:t>
      </w:r>
    </w:p>
    <w:p>
      <w:pPr>
        <w:spacing w:before="160" w:after="80" w:lineRule="auto" w:line="360"/>
        <w:jc w:val="left"/>
      </w:pPr>
      <w:r>
        <w:rPr>
          <w:rFonts w:ascii="Times New Roman" w:hAnsi="Times New Roman" w:eastAsia="宋体"/>
          <w:b/>
          <w:sz w:val="28"/>
        </w:rPr>
        <w:t>五、页码信息</w:t>
      </w:r>
    </w:p>
    <w:p>
      <w:pPr>
        <w:spacing w:after="80" w:lineRule="auto" w:line="360"/>
        <w:ind w:firstLine="482"/>
        <w:jc w:val="both"/>
      </w:pPr>
      <w:r>
        <w:rPr>
          <w:rFonts w:ascii="Times New Roman" w:hAnsi="Times New Roman" w:eastAsia="宋体"/>
          <w:b w:val="0"/>
          <w:sz w:val="24"/>
        </w:rPr>
        <w:t>第 15 页，共 15 页。</w:t>
      </w:r>
    </w:p>
    <w:p>
      <w:pPr>
        <w:spacing w:before="160" w:after="80" w:lineRule="auto" w:line="360"/>
        <w:jc w:val="left"/>
      </w:pPr>
      <w:r>
        <w:rPr>
          <w:rFonts w:ascii="Times New Roman" w:hAnsi="Times New Roman" w:eastAsia="宋体"/>
          <w:b/>
          <w:sz w:val="28"/>
        </w:rPr>
        <w:t>三、名单说明</w:t>
      </w:r>
    </w:p>
    <w:p>
      <w:pPr>
        <w:spacing w:after="80" w:lineRule="auto" w:line="360"/>
        <w:ind w:firstLine="482"/>
        <w:jc w:val="both"/>
      </w:pPr>
      <w:r>
        <w:rPr>
          <w:rFonts w:ascii="Times New Roman" w:hAnsi="Times New Roman" w:eastAsia="宋体"/>
          <w:b w:val="0"/>
          <w:sz w:val="24"/>
        </w:rPr>
        <w:t>本段为“年推荐优秀应届本科毕业生免试攻读硕士学位研究生名单”第 15 页（共 15 页）内容，共 7 人，涉及资源与安全工程学院、校团委两个单位。</w:t>
      </w:r>
    </w:p>
    <w:p>
      <w:pPr>
        <w:spacing w:before="160" w:after="80" w:lineRule="auto" w:line="360"/>
        <w:jc w:val="left"/>
      </w:pPr>
      <w:r>
        <w:rPr>
          <w:rFonts w:ascii="Times New Roman" w:hAnsi="Times New Roman" w:eastAsia="宋体"/>
          <w:b/>
          <w:sz w:val="28"/>
        </w:rPr>
        <w:t>四、名单明细</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序号</w:t>
            </w:r>
          </w:p>
        </w:tc>
        <w:tc>
          <w:tcPr>
            <w:tcW w:type="dxa" w:w="1439"/>
          </w:tcPr>
          <w:p>
            <w:pPr>
              <w:spacing w:after="20" w:before="20"/>
            </w:pPr>
            <w:r/>
            <w:r>
              <w:rPr>
                <w:rFonts w:ascii="Times New Roman" w:hAnsi="Times New Roman" w:eastAsia="宋体"/>
                <w:b/>
                <w:sz w:val="21"/>
              </w:rPr>
              <w:t>单位</w:t>
            </w:r>
          </w:p>
        </w:tc>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性别</w:t>
            </w:r>
          </w:p>
        </w:tc>
        <w:tc>
          <w:tcPr>
            <w:tcW w:type="dxa" w:w="1439"/>
          </w:tcPr>
          <w:p>
            <w:pPr>
              <w:spacing w:after="20" w:before="20"/>
            </w:pPr>
            <w:r/>
            <w:r>
              <w:rPr>
                <w:rFonts w:ascii="Times New Roman" w:hAnsi="Times New Roman" w:eastAsia="宋体"/>
                <w:b/>
                <w:sz w:val="21"/>
              </w:rPr>
              <w:t>学号</w:t>
            </w:r>
          </w:p>
        </w:tc>
        <w:tc>
          <w:tcPr>
            <w:tcW w:type="dxa" w:w="1439"/>
          </w:tcPr>
          <w:p>
            <w:pPr>
              <w:spacing w:after="20" w:before="20"/>
            </w:pPr>
            <w:r/>
            <w:r>
              <w:rPr>
                <w:rFonts w:ascii="Times New Roman" w:hAnsi="Times New Roman" w:eastAsia="宋体"/>
                <w:b/>
                <w:sz w:val="21"/>
              </w:rPr>
              <w:t>专业</w:t>
            </w:r>
          </w:p>
        </w:tc>
      </w:tr>
      <w:tr>
        <w:tc>
          <w:tcPr>
            <w:tcW w:type="dxa" w:w="1439"/>
          </w:tcPr>
          <w:p>
            <w:pPr>
              <w:spacing w:after="20" w:before="20"/>
            </w:pPr>
            <w:r/>
            <w:r>
              <w:rPr>
                <w:rFonts w:ascii="Times New Roman" w:hAnsi="Times New Roman" w:eastAsia="宋体"/>
                <w:b w:val="0"/>
                <w:sz w:val="21"/>
              </w:rPr>
              <w:t>253</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黄欢欢</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2217050117</w:t>
            </w:r>
          </w:p>
        </w:tc>
        <w:tc>
          <w:tcPr>
            <w:tcW w:type="dxa" w:w="1439"/>
          </w:tcPr>
          <w:p>
            <w:pPr>
              <w:spacing w:after="20" w:before="20"/>
            </w:pPr>
            <w:r/>
            <w:r>
              <w:rPr>
                <w:rFonts w:ascii="Times New Roman" w:hAnsi="Times New Roman" w:eastAsia="宋体"/>
                <w:b w:val="0"/>
                <w:sz w:val="21"/>
              </w:rPr>
              <w:t>资源循环科学与工程</w:t>
            </w:r>
          </w:p>
        </w:tc>
      </w:tr>
      <w:tr>
        <w:tc>
          <w:tcPr>
            <w:tcW w:type="dxa" w:w="1439"/>
          </w:tcPr>
          <w:p>
            <w:pPr>
              <w:spacing w:after="20" w:before="20"/>
            </w:pPr>
            <w:r/>
            <w:r>
              <w:rPr>
                <w:rFonts w:ascii="Times New Roman" w:hAnsi="Times New Roman" w:eastAsia="宋体"/>
                <w:b w:val="0"/>
                <w:sz w:val="21"/>
              </w:rPr>
              <w:t>254</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程颖</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2217050101</w:t>
            </w:r>
          </w:p>
        </w:tc>
        <w:tc>
          <w:tcPr>
            <w:tcW w:type="dxa" w:w="1439"/>
          </w:tcPr>
          <w:p>
            <w:pPr>
              <w:spacing w:after="20" w:before="20"/>
            </w:pPr>
            <w:r/>
            <w:r>
              <w:rPr>
                <w:rFonts w:ascii="Times New Roman" w:hAnsi="Times New Roman" w:eastAsia="宋体"/>
                <w:b w:val="0"/>
                <w:sz w:val="21"/>
              </w:rPr>
              <w:t>资源循环科学与工程</w:t>
            </w:r>
          </w:p>
        </w:tc>
      </w:tr>
      <w:tr>
        <w:tc>
          <w:tcPr>
            <w:tcW w:type="dxa" w:w="1439"/>
          </w:tcPr>
          <w:p>
            <w:pPr>
              <w:spacing w:after="20" w:before="20"/>
            </w:pPr>
            <w:r/>
            <w:r>
              <w:rPr>
                <w:rFonts w:ascii="Times New Roman" w:hAnsi="Times New Roman" w:eastAsia="宋体"/>
                <w:b w:val="0"/>
                <w:sz w:val="21"/>
              </w:rPr>
              <w:t>255</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张浪</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2217030121</w:t>
            </w:r>
          </w:p>
        </w:tc>
        <w:tc>
          <w:tcPr>
            <w:tcW w:type="dxa" w:w="1439"/>
          </w:tcPr>
          <w:p>
            <w:pPr>
              <w:spacing w:after="20" w:before="20"/>
            </w:pPr>
            <w:r/>
            <w:r>
              <w:rPr>
                <w:rFonts w:ascii="Times New Roman" w:hAnsi="Times New Roman" w:eastAsia="宋体"/>
                <w:b w:val="0"/>
                <w:sz w:val="21"/>
              </w:rPr>
              <w:t>安全工程</w:t>
            </w:r>
          </w:p>
        </w:tc>
      </w:tr>
      <w:tr>
        <w:tc>
          <w:tcPr>
            <w:tcW w:type="dxa" w:w="1439"/>
          </w:tcPr>
          <w:p>
            <w:pPr>
              <w:spacing w:after="20" w:before="20"/>
            </w:pPr>
            <w:r/>
            <w:r>
              <w:rPr>
                <w:rFonts w:ascii="Times New Roman" w:hAnsi="Times New Roman" w:eastAsia="宋体"/>
                <w:b w:val="0"/>
                <w:sz w:val="21"/>
              </w:rPr>
              <w:t>256</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王金铭</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2217030112</w:t>
            </w:r>
          </w:p>
        </w:tc>
        <w:tc>
          <w:tcPr>
            <w:tcW w:type="dxa" w:w="1439"/>
          </w:tcPr>
          <w:p>
            <w:pPr>
              <w:spacing w:after="20" w:before="20"/>
            </w:pPr>
            <w:r/>
            <w:r>
              <w:rPr>
                <w:rFonts w:ascii="Times New Roman" w:hAnsi="Times New Roman" w:eastAsia="宋体"/>
                <w:b w:val="0"/>
                <w:sz w:val="21"/>
              </w:rPr>
              <w:t>安全工程</w:t>
            </w:r>
          </w:p>
        </w:tc>
      </w:tr>
      <w:tr>
        <w:tc>
          <w:tcPr>
            <w:tcW w:type="dxa" w:w="1439"/>
          </w:tcPr>
          <w:p>
            <w:pPr>
              <w:spacing w:after="20" w:before="20"/>
            </w:pPr>
            <w:r/>
            <w:r>
              <w:rPr>
                <w:rFonts w:ascii="Times New Roman" w:hAnsi="Times New Roman" w:eastAsia="宋体"/>
                <w:b w:val="0"/>
                <w:sz w:val="21"/>
              </w:rPr>
              <w:t>257</w:t>
            </w:r>
          </w:p>
        </w:tc>
        <w:tc>
          <w:tcPr>
            <w:tcW w:type="dxa" w:w="1439"/>
          </w:tcPr>
          <w:p>
            <w:pPr>
              <w:spacing w:after="20" w:before="20"/>
            </w:pPr>
            <w:r/>
            <w:r>
              <w:rPr>
                <w:rFonts w:ascii="Times New Roman" w:hAnsi="Times New Roman" w:eastAsia="宋体"/>
                <w:b w:val="0"/>
                <w:sz w:val="21"/>
              </w:rPr>
              <w:t>校团委</w:t>
            </w:r>
          </w:p>
        </w:tc>
        <w:tc>
          <w:tcPr>
            <w:tcW w:type="dxa" w:w="1439"/>
          </w:tcPr>
          <w:p>
            <w:pPr>
              <w:spacing w:after="20" w:before="20"/>
            </w:pPr>
            <w:r/>
            <w:r>
              <w:rPr>
                <w:rFonts w:ascii="Times New Roman" w:hAnsi="Times New Roman" w:eastAsia="宋体"/>
                <w:b w:val="0"/>
                <w:sz w:val="21"/>
              </w:rPr>
              <w:t>靳念安</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2206140211</w:t>
            </w:r>
          </w:p>
        </w:tc>
        <w:tc>
          <w:tcPr>
            <w:tcW w:type="dxa" w:w="1439"/>
          </w:tcPr>
          <w:p>
            <w:pPr>
              <w:spacing w:after="20" w:before="20"/>
            </w:pPr>
            <w:r/>
            <w:r>
              <w:rPr>
                <w:rFonts w:ascii="Times New Roman" w:hAnsi="Times New Roman" w:eastAsia="宋体"/>
                <w:b w:val="0"/>
                <w:sz w:val="21"/>
              </w:rPr>
              <w:t>行政管理</w:t>
            </w:r>
          </w:p>
        </w:tc>
      </w:tr>
      <w:tr>
        <w:tc>
          <w:tcPr>
            <w:tcW w:type="dxa" w:w="1439"/>
          </w:tcPr>
          <w:p>
            <w:pPr>
              <w:spacing w:after="20" w:before="20"/>
            </w:pPr>
            <w:r/>
            <w:r>
              <w:rPr>
                <w:rFonts w:ascii="Times New Roman" w:hAnsi="Times New Roman" w:eastAsia="宋体"/>
                <w:b w:val="0"/>
                <w:sz w:val="21"/>
              </w:rPr>
              <w:t>258</w:t>
            </w:r>
          </w:p>
        </w:tc>
        <w:tc>
          <w:tcPr>
            <w:tcW w:type="dxa" w:w="1439"/>
          </w:tcPr>
          <w:p>
            <w:pPr>
              <w:spacing w:after="20" w:before="20"/>
            </w:pPr>
            <w:r/>
            <w:r>
              <w:rPr>
                <w:rFonts w:ascii="Times New Roman" w:hAnsi="Times New Roman" w:eastAsia="宋体"/>
                <w:b w:val="0"/>
                <w:sz w:val="21"/>
              </w:rPr>
              <w:t>校团委</w:t>
            </w:r>
          </w:p>
        </w:tc>
        <w:tc>
          <w:tcPr>
            <w:tcW w:type="dxa" w:w="1439"/>
          </w:tcPr>
          <w:p>
            <w:pPr>
              <w:spacing w:after="20" w:before="20"/>
            </w:pPr>
            <w:r/>
            <w:r>
              <w:rPr>
                <w:rFonts w:ascii="Times New Roman" w:hAnsi="Times New Roman" w:eastAsia="宋体"/>
                <w:b w:val="0"/>
                <w:sz w:val="21"/>
              </w:rPr>
              <w:t>陈梦月</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2211060107</w:t>
            </w:r>
          </w:p>
        </w:tc>
        <w:tc>
          <w:tcPr>
            <w:tcW w:type="dxa" w:w="1439"/>
          </w:tcPr>
          <w:p>
            <w:pPr>
              <w:spacing w:after="20" w:before="20"/>
            </w:pPr>
            <w:r/>
            <w:r>
              <w:rPr>
                <w:rFonts w:ascii="Times New Roman" w:hAnsi="Times New Roman" w:eastAsia="宋体"/>
                <w:b w:val="0"/>
                <w:sz w:val="21"/>
              </w:rPr>
              <w:t>汉语国际教育</w:t>
            </w:r>
          </w:p>
        </w:tc>
      </w:tr>
      <w:tr>
        <w:tc>
          <w:tcPr>
            <w:tcW w:type="dxa" w:w="1439"/>
          </w:tcPr>
          <w:p>
            <w:pPr>
              <w:spacing w:after="20" w:before="20"/>
            </w:pPr>
            <w:r/>
            <w:r>
              <w:rPr>
                <w:rFonts w:ascii="Times New Roman" w:hAnsi="Times New Roman" w:eastAsia="宋体"/>
                <w:b w:val="0"/>
                <w:sz w:val="21"/>
              </w:rPr>
              <w:t>259</w:t>
            </w:r>
          </w:p>
        </w:tc>
        <w:tc>
          <w:tcPr>
            <w:tcW w:type="dxa" w:w="1439"/>
          </w:tcPr>
          <w:p>
            <w:pPr>
              <w:spacing w:after="20" w:before="20"/>
            </w:pPr>
            <w:r/>
            <w:r>
              <w:rPr>
                <w:rFonts w:ascii="Times New Roman" w:hAnsi="Times New Roman" w:eastAsia="宋体"/>
                <w:b w:val="0"/>
                <w:sz w:val="21"/>
              </w:rPr>
              <w:t>校团委</w:t>
            </w:r>
          </w:p>
        </w:tc>
        <w:tc>
          <w:tcPr>
            <w:tcW w:type="dxa" w:w="1439"/>
          </w:tcPr>
          <w:p>
            <w:pPr>
              <w:spacing w:after="20" w:before="20"/>
            </w:pPr>
            <w:r/>
            <w:r>
              <w:rPr>
                <w:rFonts w:ascii="Times New Roman" w:hAnsi="Times New Roman" w:eastAsia="宋体"/>
                <w:b w:val="0"/>
                <w:sz w:val="21"/>
              </w:rPr>
              <w:t>许金柯</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2211090109</w:t>
            </w:r>
          </w:p>
        </w:tc>
        <w:tc>
          <w:tcPr>
            <w:tcW w:type="dxa" w:w="1439"/>
          </w:tcPr>
          <w:p>
            <w:pPr>
              <w:spacing w:after="20" w:before="20"/>
            </w:pPr>
            <w:r/>
            <w:r>
              <w:rPr>
                <w:rFonts w:ascii="Times New Roman" w:hAnsi="Times New Roman" w:eastAsia="宋体"/>
                <w:b w:val="0"/>
                <w:sz w:val="21"/>
              </w:rPr>
              <w:t>英语（辅修法学）</w:t>
            </w:r>
          </w:p>
        </w:tc>
      </w:tr>
    </w:tbl>
    <w:p>
      <w:pPr>
        <w:spacing w:before="160" w:after="80" w:lineRule="auto" w:line="360"/>
        <w:jc w:val="left"/>
      </w:pPr>
      <w:r>
        <w:rPr>
          <w:rFonts w:ascii="Times New Roman" w:hAnsi="Times New Roman" w:eastAsia="宋体"/>
          <w:b/>
          <w:sz w:val="28"/>
        </w:rPr>
        <w:t>五、统计信息</w:t>
      </w:r>
    </w:p>
    <w:p>
      <w:pPr>
        <w:spacing w:after="80" w:lineRule="auto" w:line="360"/>
        <w:ind w:firstLine="482"/>
        <w:jc w:val="both"/>
      </w:pPr>
      <w:r>
        <w:rPr>
          <w:rFonts w:ascii="Times New Roman" w:hAnsi="Times New Roman" w:eastAsia="宋体"/>
          <w:b w:val="0"/>
          <w:sz w:val="24"/>
        </w:rPr>
        <w:t>1. 资源与安全工程学院：4 人，其中资源循环科学与工程 2 人、安全工程 2 人。</w:t>
      </w:r>
    </w:p>
    <w:p>
      <w:pPr>
        <w:spacing w:after="80" w:lineRule="auto" w:line="360"/>
        <w:ind w:firstLine="482"/>
        <w:jc w:val="both"/>
      </w:pPr>
      <w:r>
        <w:rPr>
          <w:rFonts w:ascii="Times New Roman" w:hAnsi="Times New Roman" w:eastAsia="宋体"/>
          <w:b w:val="0"/>
          <w:sz w:val="24"/>
        </w:rPr>
        <w:t>2. 校团委：3 人，其中行政管理 1 人、汉语国际教育 1 人、英语（辅修法学）1 人。</w:t>
      </w:r>
    </w:p>
    <w:p>
      <w:pPr>
        <w:spacing w:after="80" w:lineRule="auto" w:line="360"/>
        <w:ind w:firstLine="482"/>
        <w:jc w:val="both"/>
      </w:pPr>
      <w:r>
        <w:rPr>
          <w:rFonts w:ascii="Times New Roman" w:hAnsi="Times New Roman" w:eastAsia="宋体"/>
          <w:b w:val="0"/>
          <w:sz w:val="24"/>
        </w:rPr>
        <w:t>3. 本页合计：7 人；男生 2 人，女生 5 人。</w:t>
      </w:r>
    </w:p>
    <w:p>
      <w:pPr>
        <w:spacing w:after="80" w:lineRule="auto" w:line="360"/>
        <w:ind w:firstLine="482"/>
        <w:jc w:val="both"/>
      </w:pPr>
      <w:r>
        <w:rPr>
          <w:rFonts w:ascii="Times New Roman" w:hAnsi="Times New Roman" w:eastAsia="宋体"/>
          <w:b w:val="0"/>
          <w:sz w:val="24"/>
        </w:rPr>
        <w:t>4. 页码：第 15 页，共 15 页。</w:t>
      </w:r>
    </w:p>
    <w:p>
      <w:pPr>
        <w:spacing w:before="160" w:after="80" w:lineRule="auto" w:line="360"/>
        <w:jc w:val="left"/>
      </w:pPr>
      <w:r>
        <w:rPr>
          <w:rFonts w:ascii="Times New Roman" w:hAnsi="Times New Roman" w:eastAsia="宋体"/>
          <w:b/>
          <w:sz w:val="28"/>
        </w:rPr>
        <w:t>三、名单概况</w:t>
      </w:r>
    </w:p>
    <w:p>
      <w:pPr>
        <w:spacing w:after="80" w:lineRule="auto" w:line="360"/>
        <w:ind w:firstLine="482"/>
        <w:jc w:val="both"/>
      </w:pPr>
      <w:r>
        <w:rPr>
          <w:rFonts w:ascii="Times New Roman" w:hAnsi="Times New Roman" w:eastAsia="宋体"/>
          <w:b w:val="0"/>
          <w:sz w:val="24"/>
        </w:rPr>
        <w:t>本段为推荐优秀应届本科毕业生免试攻读硕士学位研究生名单第 15 页（共 15 页），共 7 人，涉及资源与安全工程学院、校团委 2 个推荐单位。</w:t>
      </w:r>
    </w:p>
    <w:p>
      <w:pPr>
        <w:spacing w:before="160" w:after="80" w:lineRule="auto" w:line="360"/>
        <w:jc w:val="left"/>
      </w:pPr>
      <w:r>
        <w:rPr>
          <w:rFonts w:ascii="Times New Roman" w:hAnsi="Times New Roman" w:eastAsia="宋体"/>
          <w:b/>
          <w:sz w:val="28"/>
        </w:rPr>
        <w:t>四、名单明细</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序号</w:t>
            </w:r>
          </w:p>
        </w:tc>
        <w:tc>
          <w:tcPr>
            <w:tcW w:type="dxa" w:w="1439"/>
          </w:tcPr>
          <w:p>
            <w:pPr>
              <w:spacing w:after="20" w:before="20"/>
            </w:pPr>
            <w:r/>
            <w:r>
              <w:rPr>
                <w:rFonts w:ascii="Times New Roman" w:hAnsi="Times New Roman" w:eastAsia="宋体"/>
                <w:b/>
                <w:sz w:val="21"/>
              </w:rPr>
              <w:t>推荐单位</w:t>
            </w:r>
          </w:p>
        </w:tc>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性别</w:t>
            </w:r>
          </w:p>
        </w:tc>
        <w:tc>
          <w:tcPr>
            <w:tcW w:type="dxa" w:w="1439"/>
          </w:tcPr>
          <w:p>
            <w:pPr>
              <w:spacing w:after="20" w:before="20"/>
            </w:pPr>
            <w:r/>
            <w:r>
              <w:rPr>
                <w:rFonts w:ascii="Times New Roman" w:hAnsi="Times New Roman" w:eastAsia="宋体"/>
                <w:b/>
                <w:sz w:val="21"/>
              </w:rPr>
              <w:t>学号</w:t>
            </w:r>
          </w:p>
        </w:tc>
        <w:tc>
          <w:tcPr>
            <w:tcW w:type="dxa" w:w="1439"/>
          </w:tcPr>
          <w:p>
            <w:pPr>
              <w:spacing w:after="20" w:before="20"/>
            </w:pPr>
            <w:r/>
            <w:r>
              <w:rPr>
                <w:rFonts w:ascii="Times New Roman" w:hAnsi="Times New Roman" w:eastAsia="宋体"/>
                <w:b/>
                <w:sz w:val="21"/>
              </w:rPr>
              <w:t>专业</w:t>
            </w:r>
          </w:p>
        </w:tc>
      </w:tr>
      <w:tr>
        <w:tc>
          <w:tcPr>
            <w:tcW w:type="dxa" w:w="1439"/>
          </w:tcPr>
          <w:p>
            <w:pPr>
              <w:spacing w:after="20" w:before="20"/>
            </w:pPr>
            <w:r/>
            <w:r>
              <w:rPr>
                <w:rFonts w:ascii="Times New Roman" w:hAnsi="Times New Roman" w:eastAsia="宋体"/>
                <w:b w:val="0"/>
                <w:sz w:val="21"/>
              </w:rPr>
              <w:t>253</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黄欢欢</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2217050117</w:t>
            </w:r>
          </w:p>
        </w:tc>
        <w:tc>
          <w:tcPr>
            <w:tcW w:type="dxa" w:w="1439"/>
          </w:tcPr>
          <w:p>
            <w:pPr>
              <w:spacing w:after="20" w:before="20"/>
            </w:pPr>
            <w:r/>
            <w:r>
              <w:rPr>
                <w:rFonts w:ascii="Times New Roman" w:hAnsi="Times New Roman" w:eastAsia="宋体"/>
                <w:b w:val="0"/>
                <w:sz w:val="21"/>
              </w:rPr>
              <w:t>资源循环科学与工程</w:t>
            </w:r>
          </w:p>
        </w:tc>
      </w:tr>
      <w:tr>
        <w:tc>
          <w:tcPr>
            <w:tcW w:type="dxa" w:w="1439"/>
          </w:tcPr>
          <w:p>
            <w:pPr>
              <w:spacing w:after="20" w:before="20"/>
            </w:pPr>
            <w:r/>
            <w:r>
              <w:rPr>
                <w:rFonts w:ascii="Times New Roman" w:hAnsi="Times New Roman" w:eastAsia="宋体"/>
                <w:b w:val="0"/>
                <w:sz w:val="21"/>
              </w:rPr>
              <w:t>254</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程颖</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2217050101</w:t>
            </w:r>
          </w:p>
        </w:tc>
        <w:tc>
          <w:tcPr>
            <w:tcW w:type="dxa" w:w="1439"/>
          </w:tcPr>
          <w:p>
            <w:pPr>
              <w:spacing w:after="20" w:before="20"/>
            </w:pPr>
            <w:r/>
            <w:r>
              <w:rPr>
                <w:rFonts w:ascii="Times New Roman" w:hAnsi="Times New Roman" w:eastAsia="宋体"/>
                <w:b w:val="0"/>
                <w:sz w:val="21"/>
              </w:rPr>
              <w:t>资源循环科学与工程</w:t>
            </w:r>
          </w:p>
        </w:tc>
      </w:tr>
      <w:tr>
        <w:tc>
          <w:tcPr>
            <w:tcW w:type="dxa" w:w="1439"/>
          </w:tcPr>
          <w:p>
            <w:pPr>
              <w:spacing w:after="20" w:before="20"/>
            </w:pPr>
            <w:r/>
            <w:r>
              <w:rPr>
                <w:rFonts w:ascii="Times New Roman" w:hAnsi="Times New Roman" w:eastAsia="宋体"/>
                <w:b w:val="0"/>
                <w:sz w:val="21"/>
              </w:rPr>
              <w:t>255</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张浪</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2217030121</w:t>
            </w:r>
          </w:p>
        </w:tc>
        <w:tc>
          <w:tcPr>
            <w:tcW w:type="dxa" w:w="1439"/>
          </w:tcPr>
          <w:p>
            <w:pPr>
              <w:spacing w:after="20" w:before="20"/>
            </w:pPr>
            <w:r/>
            <w:r>
              <w:rPr>
                <w:rFonts w:ascii="Times New Roman" w:hAnsi="Times New Roman" w:eastAsia="宋体"/>
                <w:b w:val="0"/>
                <w:sz w:val="21"/>
              </w:rPr>
              <w:t>安全工程</w:t>
            </w:r>
          </w:p>
        </w:tc>
      </w:tr>
      <w:tr>
        <w:tc>
          <w:tcPr>
            <w:tcW w:type="dxa" w:w="1439"/>
          </w:tcPr>
          <w:p>
            <w:pPr>
              <w:spacing w:after="20" w:before="20"/>
            </w:pPr>
            <w:r/>
            <w:r>
              <w:rPr>
                <w:rFonts w:ascii="Times New Roman" w:hAnsi="Times New Roman" w:eastAsia="宋体"/>
                <w:b w:val="0"/>
                <w:sz w:val="21"/>
              </w:rPr>
              <w:t>256</w:t>
            </w:r>
          </w:p>
        </w:tc>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王金铭</w:t>
            </w:r>
          </w:p>
        </w:tc>
        <w:tc>
          <w:tcPr>
            <w:tcW w:type="dxa" w:w="1439"/>
          </w:tcPr>
          <w:p>
            <w:pPr>
              <w:spacing w:after="20" w:before="20"/>
            </w:pPr>
            <w:r/>
            <w:r>
              <w:rPr>
                <w:rFonts w:ascii="Times New Roman" w:hAnsi="Times New Roman" w:eastAsia="宋体"/>
                <w:b w:val="0"/>
                <w:sz w:val="21"/>
              </w:rPr>
              <w:t>男</w:t>
            </w:r>
          </w:p>
        </w:tc>
        <w:tc>
          <w:tcPr>
            <w:tcW w:type="dxa" w:w="1439"/>
          </w:tcPr>
          <w:p>
            <w:pPr>
              <w:spacing w:after="20" w:before="20"/>
            </w:pPr>
            <w:r/>
            <w:r>
              <w:rPr>
                <w:rFonts w:ascii="Times New Roman" w:hAnsi="Times New Roman" w:eastAsia="宋体"/>
                <w:b w:val="0"/>
                <w:sz w:val="21"/>
              </w:rPr>
              <w:t>2217030112</w:t>
            </w:r>
          </w:p>
        </w:tc>
        <w:tc>
          <w:tcPr>
            <w:tcW w:type="dxa" w:w="1439"/>
          </w:tcPr>
          <w:p>
            <w:pPr>
              <w:spacing w:after="20" w:before="20"/>
            </w:pPr>
            <w:r/>
            <w:r>
              <w:rPr>
                <w:rFonts w:ascii="Times New Roman" w:hAnsi="Times New Roman" w:eastAsia="宋体"/>
                <w:b w:val="0"/>
                <w:sz w:val="21"/>
              </w:rPr>
              <w:t>安全工程</w:t>
            </w:r>
          </w:p>
        </w:tc>
      </w:tr>
      <w:tr>
        <w:tc>
          <w:tcPr>
            <w:tcW w:type="dxa" w:w="1439"/>
          </w:tcPr>
          <w:p>
            <w:pPr>
              <w:spacing w:after="20" w:before="20"/>
            </w:pPr>
            <w:r/>
            <w:r>
              <w:rPr>
                <w:rFonts w:ascii="Times New Roman" w:hAnsi="Times New Roman" w:eastAsia="宋体"/>
                <w:b w:val="0"/>
                <w:sz w:val="21"/>
              </w:rPr>
              <w:t>257</w:t>
            </w:r>
          </w:p>
        </w:tc>
        <w:tc>
          <w:tcPr>
            <w:tcW w:type="dxa" w:w="1439"/>
          </w:tcPr>
          <w:p>
            <w:pPr>
              <w:spacing w:after="20" w:before="20"/>
            </w:pPr>
            <w:r/>
            <w:r>
              <w:rPr>
                <w:rFonts w:ascii="Times New Roman" w:hAnsi="Times New Roman" w:eastAsia="宋体"/>
                <w:b w:val="0"/>
                <w:sz w:val="21"/>
              </w:rPr>
              <w:t>校团委</w:t>
            </w:r>
          </w:p>
        </w:tc>
        <w:tc>
          <w:tcPr>
            <w:tcW w:type="dxa" w:w="1439"/>
          </w:tcPr>
          <w:p>
            <w:pPr>
              <w:spacing w:after="20" w:before="20"/>
            </w:pPr>
            <w:r/>
            <w:r>
              <w:rPr>
                <w:rFonts w:ascii="Times New Roman" w:hAnsi="Times New Roman" w:eastAsia="宋体"/>
                <w:b w:val="0"/>
                <w:sz w:val="21"/>
              </w:rPr>
              <w:t>靳念安</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2206140211</w:t>
            </w:r>
          </w:p>
        </w:tc>
        <w:tc>
          <w:tcPr>
            <w:tcW w:type="dxa" w:w="1439"/>
          </w:tcPr>
          <w:p>
            <w:pPr>
              <w:spacing w:after="20" w:before="20"/>
            </w:pPr>
            <w:r/>
            <w:r>
              <w:rPr>
                <w:rFonts w:ascii="Times New Roman" w:hAnsi="Times New Roman" w:eastAsia="宋体"/>
                <w:b w:val="0"/>
                <w:sz w:val="21"/>
              </w:rPr>
              <w:t>行政管理</w:t>
            </w:r>
          </w:p>
        </w:tc>
      </w:tr>
      <w:tr>
        <w:tc>
          <w:tcPr>
            <w:tcW w:type="dxa" w:w="1439"/>
          </w:tcPr>
          <w:p>
            <w:pPr>
              <w:spacing w:after="20" w:before="20"/>
            </w:pPr>
            <w:r/>
            <w:r>
              <w:rPr>
                <w:rFonts w:ascii="Times New Roman" w:hAnsi="Times New Roman" w:eastAsia="宋体"/>
                <w:b w:val="0"/>
                <w:sz w:val="21"/>
              </w:rPr>
              <w:t>258</w:t>
            </w:r>
          </w:p>
        </w:tc>
        <w:tc>
          <w:tcPr>
            <w:tcW w:type="dxa" w:w="1439"/>
          </w:tcPr>
          <w:p>
            <w:pPr>
              <w:spacing w:after="20" w:before="20"/>
            </w:pPr>
            <w:r/>
            <w:r>
              <w:rPr>
                <w:rFonts w:ascii="Times New Roman" w:hAnsi="Times New Roman" w:eastAsia="宋体"/>
                <w:b w:val="0"/>
                <w:sz w:val="21"/>
              </w:rPr>
              <w:t>校团委</w:t>
            </w:r>
          </w:p>
        </w:tc>
        <w:tc>
          <w:tcPr>
            <w:tcW w:type="dxa" w:w="1439"/>
          </w:tcPr>
          <w:p>
            <w:pPr>
              <w:spacing w:after="20" w:before="20"/>
            </w:pPr>
            <w:r/>
            <w:r>
              <w:rPr>
                <w:rFonts w:ascii="Times New Roman" w:hAnsi="Times New Roman" w:eastAsia="宋体"/>
                <w:b w:val="0"/>
                <w:sz w:val="21"/>
              </w:rPr>
              <w:t>陈梦月</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2211060107</w:t>
            </w:r>
          </w:p>
        </w:tc>
        <w:tc>
          <w:tcPr>
            <w:tcW w:type="dxa" w:w="1439"/>
          </w:tcPr>
          <w:p>
            <w:pPr>
              <w:spacing w:after="20" w:before="20"/>
            </w:pPr>
            <w:r/>
            <w:r>
              <w:rPr>
                <w:rFonts w:ascii="Times New Roman" w:hAnsi="Times New Roman" w:eastAsia="宋体"/>
                <w:b w:val="0"/>
                <w:sz w:val="21"/>
              </w:rPr>
              <w:t>汉语国际教育</w:t>
            </w:r>
          </w:p>
        </w:tc>
      </w:tr>
      <w:tr>
        <w:tc>
          <w:tcPr>
            <w:tcW w:type="dxa" w:w="1439"/>
          </w:tcPr>
          <w:p>
            <w:pPr>
              <w:spacing w:after="20" w:before="20"/>
            </w:pPr>
            <w:r/>
            <w:r>
              <w:rPr>
                <w:rFonts w:ascii="Times New Roman" w:hAnsi="Times New Roman" w:eastAsia="宋体"/>
                <w:b w:val="0"/>
                <w:sz w:val="21"/>
              </w:rPr>
              <w:t>259</w:t>
            </w:r>
          </w:p>
        </w:tc>
        <w:tc>
          <w:tcPr>
            <w:tcW w:type="dxa" w:w="1439"/>
          </w:tcPr>
          <w:p>
            <w:pPr>
              <w:spacing w:after="20" w:before="20"/>
            </w:pPr>
            <w:r/>
            <w:r>
              <w:rPr>
                <w:rFonts w:ascii="Times New Roman" w:hAnsi="Times New Roman" w:eastAsia="宋体"/>
                <w:b w:val="0"/>
                <w:sz w:val="21"/>
              </w:rPr>
              <w:t>校团委</w:t>
            </w:r>
          </w:p>
        </w:tc>
        <w:tc>
          <w:tcPr>
            <w:tcW w:type="dxa" w:w="1439"/>
          </w:tcPr>
          <w:p>
            <w:pPr>
              <w:spacing w:after="20" w:before="20"/>
            </w:pPr>
            <w:r/>
            <w:r>
              <w:rPr>
                <w:rFonts w:ascii="Times New Roman" w:hAnsi="Times New Roman" w:eastAsia="宋体"/>
                <w:b w:val="0"/>
                <w:sz w:val="21"/>
              </w:rPr>
              <w:t>许金柯</w:t>
            </w:r>
          </w:p>
        </w:tc>
        <w:tc>
          <w:tcPr>
            <w:tcW w:type="dxa" w:w="1439"/>
          </w:tcPr>
          <w:p>
            <w:pPr>
              <w:spacing w:after="20" w:before="20"/>
            </w:pPr>
            <w:r/>
            <w:r>
              <w:rPr>
                <w:rFonts w:ascii="Times New Roman" w:hAnsi="Times New Roman" w:eastAsia="宋体"/>
                <w:b w:val="0"/>
                <w:sz w:val="21"/>
              </w:rPr>
              <w:t>女</w:t>
            </w:r>
          </w:p>
        </w:tc>
        <w:tc>
          <w:tcPr>
            <w:tcW w:type="dxa" w:w="1439"/>
          </w:tcPr>
          <w:p>
            <w:pPr>
              <w:spacing w:after="20" w:before="20"/>
            </w:pPr>
            <w:r/>
            <w:r>
              <w:rPr>
                <w:rFonts w:ascii="Times New Roman" w:hAnsi="Times New Roman" w:eastAsia="宋体"/>
                <w:b w:val="0"/>
                <w:sz w:val="21"/>
              </w:rPr>
              <w:t>2211090109</w:t>
            </w:r>
          </w:p>
        </w:tc>
        <w:tc>
          <w:tcPr>
            <w:tcW w:type="dxa" w:w="1439"/>
          </w:tcPr>
          <w:p>
            <w:pPr>
              <w:spacing w:after="20" w:before="20"/>
            </w:pPr>
            <w:r/>
            <w:r>
              <w:rPr>
                <w:rFonts w:ascii="Times New Roman" w:hAnsi="Times New Roman" w:eastAsia="宋体"/>
                <w:b w:val="0"/>
                <w:sz w:val="21"/>
              </w:rPr>
              <w:t>英语 （辅修法学）</w:t>
            </w:r>
          </w:p>
        </w:tc>
      </w:tr>
    </w:tbl>
    <w:p>
      <w:pPr>
        <w:spacing w:before="160" w:after="80" w:lineRule="auto" w:line="360"/>
        <w:jc w:val="left"/>
      </w:pPr>
      <w:r>
        <w:rPr>
          <w:rFonts w:ascii="Times New Roman" w:hAnsi="Times New Roman" w:eastAsia="宋体"/>
          <w:b/>
          <w:sz w:val="28"/>
        </w:rPr>
        <w:t>五、说明</w:t>
      </w:r>
    </w:p>
    <w:p>
      <w:pPr>
        <w:spacing w:after="80" w:lineRule="auto" w:line="360"/>
        <w:ind w:firstLine="482"/>
        <w:jc w:val="both"/>
      </w:pPr>
      <w:r>
        <w:rPr>
          <w:rFonts w:ascii="Times New Roman" w:hAnsi="Times New Roman" w:eastAsia="宋体"/>
          <w:b w:val="0"/>
          <w:sz w:val="24"/>
        </w:rPr>
        <w:t>1. 本段名单共 7 人，其中资源与安全工程学院 4 人（资源循环科学与工程 2 人、安全工程 2 人），校团委 3 人（行政管理 1 人、汉语国际教育 1 人、英语（辅修法学）1 人）。</w:t>
      </w:r>
    </w:p>
    <w:p>
      <w:pPr>
        <w:spacing w:after="80" w:lineRule="auto" w:line="360"/>
        <w:ind w:firstLine="482"/>
        <w:jc w:val="both"/>
      </w:pPr>
      <w:r>
        <w:rPr>
          <w:rFonts w:ascii="Times New Roman" w:hAnsi="Times New Roman" w:eastAsia="宋体"/>
          <w:b w:val="0"/>
          <w:sz w:val="24"/>
        </w:rPr>
        <w:t>2. 名单序号自 253 起至 259 止。</w:t>
      </w:r>
    </w:p>
    <w:p>
      <w:pPr>
        <w:spacing w:after="80" w:lineRule="auto" w:line="360"/>
        <w:ind w:firstLine="482"/>
        <w:jc w:val="both"/>
      </w:pPr>
      <w:r>
        <w:rPr>
          <w:rFonts w:ascii="Times New Roman" w:hAnsi="Times New Roman" w:eastAsia="宋体"/>
          <w:b w:val="0"/>
          <w:sz w:val="24"/>
        </w:rPr>
        <w:t>3. 本页为第 15 页，共 15 页。</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