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【关于做好推荐2026届优秀应届本科毕业生免试攻读硕士学位研究生工作的通知】</w:t>
      </w:r>
    </w:p>
    <w:p>
      <w:pPr>
        <w:spacing w:line="360" w:lineRule="auto" w:before="120" w:after="60"/>
        <w:ind w:firstLine="0"/>
        <w:jc w:val="left"/>
      </w:pPr>
      <w:r>
        <w:rPr>
          <w:rFonts w:ascii="Times New Roman" w:hAnsi="Times New Roman" w:eastAsia="宋体"/>
          <w:b/>
          <w:sz w:val="24"/>
        </w:rPr>
        <w:t>发布日期：2025-09-03</w:t>
      </w:r>
    </w:p>
    <w:p>
      <w:pPr>
        <w:pStyle w:val="Heading2"/>
        <w:spacing w:line="360" w:lineRule="auto" w:before="160" w:after="80"/>
        <w:ind w:firstLine="0"/>
        <w:jc w:val="left"/>
      </w:pPr>
      <w:r>
        <w:rPr>
          <w:rFonts w:ascii="Times New Roman" w:hAnsi="Times New Roman" w:eastAsia="宋体"/>
          <w:b/>
          <w:sz w:val="28"/>
        </w:rPr>
        <w:t>一、成立学校推免工作领导小组</w:t>
      </w:r>
    </w:p>
    <w:p>
      <w:pPr>
        <w:spacing w:line="360" w:lineRule="auto" w:before="0" w:after="80"/>
        <w:ind w:firstLine="482"/>
        <w:jc w:val="both"/>
      </w:pPr>
      <w:r>
        <w:rPr>
          <w:rFonts w:ascii="Times New Roman" w:hAnsi="Times New Roman" w:eastAsia="宋体"/>
          <w:b w:val="0"/>
          <w:sz w:val="24"/>
        </w:rPr>
        <w:t>1. 学校成立推免工作领导小组，负责全面指导学生遴选工作，组长为莫锦荣、姚春，副组长为钟宏桃、岳桂华，成员包括郑景辉、李朝晖、夏天、杨删、唐梅文、周晓玲、唐红珍、卢汝梅、李海、范郁山、韩叶芬、周红海、韦英才。</w:t>
      </w:r>
    </w:p>
    <w:p>
      <w:pPr>
        <w:spacing w:line="360" w:lineRule="auto" w:before="160" w:after="80"/>
        <w:ind w:firstLine="0"/>
        <w:jc w:val="left"/>
      </w:pPr>
      <w:r>
        <w:rPr>
          <w:rFonts w:ascii="Times New Roman" w:hAnsi="Times New Roman" w:eastAsia="宋体"/>
          <w:b/>
          <w:sz w:val="28"/>
        </w:rPr>
        <w:t>2. 领导小组办公室设在教务处，负责推免工作日常事务，办公室主任由郑景辉担任。</w:t>
      </w:r>
    </w:p>
    <w:p>
      <w:pPr>
        <w:spacing w:line="360" w:lineRule="auto" w:before="0" w:after="80"/>
        <w:ind w:firstLine="482"/>
        <w:jc w:val="both"/>
      </w:pPr>
      <w:r>
        <w:rPr>
          <w:rFonts w:ascii="Times New Roman" w:hAnsi="Times New Roman" w:eastAsia="宋体"/>
          <w:b w:val="0"/>
          <w:sz w:val="24"/>
        </w:rPr>
        <w:t>3. 各学院成立推免工作组，由党政主要负责人任组长，成员不少于5人，负责制定本单位推免工作实施细则并组织完成推免工作，推荐结果需经党政联席会议等院级会议审核通过。</w:t>
      </w:r>
    </w:p>
    <w:p>
      <w:pPr>
        <w:spacing w:line="360" w:lineRule="auto" w:before="160" w:after="80"/>
        <w:ind w:firstLine="0"/>
        <w:jc w:val="left"/>
      </w:pPr>
      <w:r>
        <w:rPr>
          <w:rFonts w:ascii="Times New Roman" w:hAnsi="Times New Roman" w:eastAsia="宋体"/>
          <w:b/>
          <w:sz w:val="28"/>
        </w:rPr>
        <w:t>4. 成立推免工作监督小组，成员为黄燕、王春玲，负责监督推免工作。</w:t>
      </w:r>
    </w:p>
    <w:p>
      <w:pPr>
        <w:pStyle w:val="Heading2"/>
        <w:spacing w:line="360" w:lineRule="auto" w:before="160" w:after="80"/>
        <w:ind w:firstLine="0"/>
        <w:jc w:val="left"/>
      </w:pPr>
      <w:r>
        <w:rPr>
          <w:rFonts w:ascii="Times New Roman" w:hAnsi="Times New Roman" w:eastAsia="宋体"/>
          <w:b/>
          <w:sz w:val="28"/>
        </w:rPr>
        <w:t>二、推免生名额分配</w:t>
      </w:r>
    </w:p>
    <w:p>
      <w:pPr>
        <w:spacing w:line="360" w:lineRule="auto" w:before="160" w:after="80"/>
        <w:ind w:firstLine="0"/>
        <w:jc w:val="left"/>
      </w:pPr>
      <w:r>
        <w:rPr>
          <w:rFonts w:ascii="Times New Roman" w:hAnsi="Times New Roman" w:eastAsia="宋体"/>
          <w:b/>
          <w:sz w:val="28"/>
        </w:rPr>
        <w:t>1. 我校获得教育部下达2026届推免生名额共109人。</w:t>
      </w:r>
    </w:p>
    <w:p>
      <w:pPr>
        <w:spacing w:line="360" w:lineRule="auto" w:before="160" w:after="80"/>
        <w:ind w:firstLine="0"/>
        <w:jc w:val="left"/>
      </w:pPr>
      <w:r>
        <w:rPr>
          <w:rFonts w:ascii="Times New Roman" w:hAnsi="Times New Roman" w:eastAsia="宋体"/>
          <w:b/>
          <w:sz w:val="28"/>
        </w:rPr>
        <w:t>2. 名额分配原则：面向人民生命健康等国家发展战略急需学科专业倾斜，向重点（一流）学科、一流本科专业等本科教育改革项目倾斜；向中医学（桂派杏林师承班）倾斜。</w:t>
      </w:r>
    </w:p>
    <w:p>
      <w:pPr>
        <w:spacing w:line="360" w:lineRule="auto" w:before="160" w:after="80"/>
        <w:ind w:firstLine="0"/>
        <w:jc w:val="left"/>
      </w:pPr>
      <w:r>
        <w:rPr>
          <w:rFonts w:ascii="Times New Roman" w:hAnsi="Times New Roman" w:eastAsia="宋体"/>
          <w:b/>
          <w:sz w:val="28"/>
        </w:rPr>
        <w:t>3. 各学院专业具体推免名额详见附件1，各专业按1:1.1比例增加递补人选，不足一人者至少增加1名。</w:t>
      </w:r>
    </w:p>
    <w:p>
      <w:pPr>
        <w:spacing w:line="360" w:lineRule="auto" w:before="160" w:after="80"/>
        <w:ind w:firstLine="0"/>
        <w:jc w:val="left"/>
      </w:pPr>
      <w:r>
        <w:rPr>
          <w:rFonts w:ascii="Times New Roman" w:hAnsi="Times New Roman" w:eastAsia="宋体"/>
          <w:b/>
          <w:sz w:val="28"/>
        </w:rPr>
        <w:t>4. 推荐学生不含中医学“5+3”一体化、专升本、第二学士学位、免费医学定向、留学生。</w:t>
      </w:r>
    </w:p>
    <w:p>
      <w:pPr>
        <w:pStyle w:val="Heading2"/>
        <w:spacing w:line="360" w:lineRule="auto" w:before="160" w:after="80"/>
        <w:ind w:firstLine="0"/>
        <w:jc w:val="left"/>
      </w:pPr>
      <w:r>
        <w:rPr>
          <w:rFonts w:ascii="Times New Roman" w:hAnsi="Times New Roman" w:eastAsia="宋体"/>
          <w:b/>
          <w:sz w:val="28"/>
        </w:rPr>
        <w:t>三、申请条件</w:t>
      </w:r>
    </w:p>
    <w:p>
      <w:pPr>
        <w:spacing w:line="360" w:lineRule="auto" w:before="160" w:after="80"/>
        <w:ind w:firstLine="0"/>
        <w:jc w:val="left"/>
      </w:pPr>
      <w:r>
        <w:rPr>
          <w:rFonts w:ascii="Times New Roman" w:hAnsi="Times New Roman" w:eastAsia="宋体"/>
          <w:b/>
          <w:sz w:val="28"/>
        </w:rPr>
        <w:t>1. 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2. 诚实守信，学风端正，无考试作弊、学术不端行为和违法处分记录。</w:t>
      </w:r>
    </w:p>
    <w:p>
      <w:pPr>
        <w:spacing w:line="360" w:lineRule="auto" w:before="160" w:after="80"/>
        <w:ind w:firstLine="0"/>
        <w:jc w:val="left"/>
      </w:pPr>
      <w:r>
        <w:rPr>
          <w:rFonts w:ascii="Times New Roman" w:hAnsi="Times New Roman" w:eastAsia="宋体"/>
          <w:b/>
          <w:sz w:val="28"/>
        </w:rPr>
        <w:t>3. 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4. 勤奋学习，成绩优秀，在校期间必修课成绩全部通过，无不及格记录；必修课（初修成绩）加权平均学分成绩在所在学院专业（专业方向）排名前40%。</w:t>
      </w:r>
    </w:p>
    <w:p>
      <w:pPr>
        <w:spacing w:line="360" w:lineRule="auto" w:before="160" w:after="80"/>
        <w:ind w:firstLine="0"/>
        <w:jc w:val="left"/>
      </w:pPr>
      <w:r>
        <w:rPr>
          <w:rFonts w:ascii="Times New Roman" w:hAnsi="Times New Roman" w:eastAsia="宋体"/>
          <w:b/>
          <w:sz w:val="28"/>
        </w:rPr>
        <w:t>5. 具备以下条件之一者，排名可放宽至前50%：</w:t>
      </w:r>
    </w:p>
    <w:p>
      <w:pPr>
        <w:spacing w:line="360" w:lineRule="auto" w:before="160" w:after="80"/>
        <w:ind w:firstLine="0"/>
        <w:jc w:val="left"/>
      </w:pPr>
      <w:r>
        <w:rPr>
          <w:rFonts w:ascii="Times New Roman" w:hAnsi="Times New Roman" w:eastAsia="宋体"/>
          <w:b/>
          <w:sz w:val="28"/>
        </w:rPr>
        <w:t>（1）以广西中医药大学及直属附属医院为第一获奖单位，参加国家政府部门主办的标志性学科创新竞赛或国际学术机构主办的有影响力的学科创新竞赛，取得最高获奖等次。</w:t>
      </w:r>
    </w:p>
    <w:p>
      <w:pPr>
        <w:spacing w:line="360" w:lineRule="auto" w:before="0" w:after="80"/>
        <w:ind w:firstLine="482"/>
        <w:jc w:val="both"/>
      </w:pPr>
      <w:r>
        <w:rPr>
          <w:rFonts w:ascii="Times New Roman" w:hAnsi="Times New Roman" w:eastAsia="宋体"/>
          <w:b w:val="0"/>
          <w:sz w:val="24"/>
        </w:rPr>
        <w:t>（2）在校期间以广西中医药大学及直属附属医院为第一单位，以独立作者或第一作者在SCI、SSCI、EI、北京大学“中文核心期刊要目总览”、CSCD、CSSCI（均不含增刊）上公开发表学术论文，不包括病例报道、短篇报道、摘要等；如有共同第一作者，仅限排序第一者申请。</w:t>
      </w:r>
    </w:p>
    <w:p>
      <w:pPr>
        <w:spacing w:line="360" w:lineRule="auto" w:before="160" w:after="80"/>
        <w:ind w:firstLine="0"/>
        <w:jc w:val="left"/>
      </w:pPr>
      <w:r>
        <w:rPr>
          <w:rFonts w:ascii="Times New Roman" w:hAnsi="Times New Roman" w:eastAsia="宋体"/>
          <w:b/>
          <w:sz w:val="28"/>
        </w:rPr>
        <w:t>6. 全国大学英语四级考试成绩在425分及以上。</w:t>
      </w:r>
    </w:p>
    <w:p>
      <w:pPr>
        <w:spacing w:line="360" w:lineRule="auto" w:before="160" w:after="80"/>
        <w:ind w:firstLine="0"/>
        <w:jc w:val="left"/>
      </w:pPr>
      <w:r>
        <w:rPr>
          <w:rFonts w:ascii="Times New Roman" w:hAnsi="Times New Roman" w:eastAsia="宋体"/>
          <w:b/>
          <w:sz w:val="28"/>
        </w:rPr>
        <w:t>7. 除考试作弊、学术不端行为和违法外受到的其他纪律处分，在2025年8月31日前已获解除的享有同等申请资格。</w:t>
      </w:r>
    </w:p>
    <w:p>
      <w:pPr>
        <w:spacing w:line="360" w:lineRule="auto" w:before="160" w:after="80"/>
        <w:ind w:firstLine="0"/>
        <w:jc w:val="left"/>
      </w:pPr>
      <w:r>
        <w:rPr>
          <w:rFonts w:ascii="Times New Roman" w:hAnsi="Times New Roman" w:eastAsia="宋体"/>
          <w:b/>
          <w:sz w:val="28"/>
        </w:rPr>
        <w:t>8. 身体健康状况符合规定的体检标准。</w:t>
      </w:r>
    </w:p>
    <w:p>
      <w:pPr>
        <w:pStyle w:val="Heading2"/>
        <w:spacing w:line="360" w:lineRule="auto" w:before="160" w:after="80"/>
        <w:ind w:firstLine="0"/>
        <w:jc w:val="left"/>
      </w:pPr>
      <w:r>
        <w:rPr>
          <w:rFonts w:ascii="Times New Roman" w:hAnsi="Times New Roman" w:eastAsia="宋体"/>
          <w:b/>
          <w:sz w:val="28"/>
        </w:rPr>
        <w:t>四、推荐原则与方法</w:t>
      </w:r>
    </w:p>
    <w:p>
      <w:pPr>
        <w:spacing w:line="360" w:lineRule="auto" w:before="160" w:after="80"/>
        <w:ind w:firstLine="0"/>
        <w:jc w:val="left"/>
      </w:pPr>
      <w:r>
        <w:rPr>
          <w:rFonts w:ascii="Times New Roman" w:hAnsi="Times New Roman" w:eastAsia="宋体"/>
          <w:b/>
          <w:sz w:val="28"/>
        </w:rPr>
        <w:t>1. 总体要求：围绕落实立德树人根本任务，面向人民生命健康，引导学生全面发展。</w:t>
      </w:r>
    </w:p>
    <w:p>
      <w:pPr>
        <w:spacing w:line="360" w:lineRule="auto" w:before="160" w:after="80"/>
        <w:ind w:firstLine="0"/>
        <w:jc w:val="left"/>
      </w:pPr>
      <w:r>
        <w:rPr>
          <w:rFonts w:ascii="Times New Roman" w:hAnsi="Times New Roman" w:eastAsia="宋体"/>
          <w:b/>
          <w:sz w:val="28"/>
        </w:rPr>
        <w:t>2. 基本原则：坚持公开、公平、公正原则，坚持学生自愿申请、全面考查、综合评价、择优选拔原则。</w:t>
      </w:r>
    </w:p>
    <w:p>
      <w:pPr>
        <w:spacing w:line="360" w:lineRule="auto" w:before="160" w:after="80"/>
        <w:ind w:firstLine="0"/>
        <w:jc w:val="left"/>
      </w:pPr>
      <w:r>
        <w:rPr>
          <w:rFonts w:ascii="Times New Roman" w:hAnsi="Times New Roman" w:eastAsia="宋体"/>
          <w:b/>
          <w:sz w:val="28"/>
        </w:rPr>
        <w:t>3. 推荐方法：以本科生在校期间学业综合成绩排名在专业内从高到低依次确定推免资格。</w:t>
      </w:r>
    </w:p>
    <w:p>
      <w:pPr>
        <w:spacing w:line="360" w:lineRule="auto" w:before="160" w:after="80"/>
        <w:ind w:firstLine="0"/>
        <w:jc w:val="left"/>
      </w:pPr>
      <w:r>
        <w:rPr>
          <w:rFonts w:ascii="Times New Roman" w:hAnsi="Times New Roman" w:eastAsia="宋体"/>
          <w:b/>
          <w:sz w:val="28"/>
        </w:rPr>
        <w:t>4. 学业综合成绩由五年学制前四学年（四年学制前三学年）必修课加权平均学分成绩和奖励附加分两部分组成，成绩按四舍五入保留至小数点后两位。</w:t>
      </w:r>
    </w:p>
    <w:p>
      <w:pPr>
        <w:spacing w:line="360" w:lineRule="auto" w:before="0" w:after="80"/>
        <w:ind w:firstLine="482"/>
        <w:jc w:val="both"/>
      </w:pPr>
      <w:r>
        <w:rPr>
          <w:rFonts w:ascii="Times New Roman" w:hAnsi="Times New Roman" w:eastAsia="宋体"/>
          <w:b w:val="0"/>
          <w:sz w:val="24"/>
        </w:rPr>
        <w:t>5. 奖励附加分涵盖科研成果、学科竞赛获奖、创新创业、志愿服务、国际交流、体育赛事、参军入伍服兵役、荣誉称号等，学院根据具体情况确定计分办法，证明材料截止日期为2025年8月31日（含）。</w:t>
      </w:r>
    </w:p>
    <w:p>
      <w:pPr>
        <w:spacing w:line="360" w:lineRule="auto" w:before="0" w:after="80"/>
        <w:ind w:firstLine="482"/>
        <w:jc w:val="both"/>
      </w:pPr>
      <w:r>
        <w:rPr>
          <w:rFonts w:ascii="Times New Roman" w:hAnsi="Times New Roman" w:eastAsia="宋体"/>
          <w:b w:val="0"/>
          <w:sz w:val="24"/>
        </w:rPr>
        <w:t>6. 入围标准：必修课加权平均学分成绩为入围标准，入围后以该成绩为基准分，加奖励附加分计算学业综合成绩确定最终排名；奖励附加分最高不超过必修课加权平均分成绩的10%（含）。</w:t>
      </w:r>
    </w:p>
    <w:p>
      <w:pPr>
        <w:spacing w:line="360" w:lineRule="auto" w:before="160" w:after="80"/>
        <w:ind w:firstLine="0"/>
        <w:jc w:val="left"/>
      </w:pPr>
      <w:r>
        <w:rPr>
          <w:rFonts w:ascii="Times New Roman" w:hAnsi="Times New Roman" w:eastAsia="宋体"/>
          <w:b/>
          <w:sz w:val="28"/>
        </w:rPr>
        <w:t>7. 学业综合成绩相同者，必修课加权平均学分成绩高者优先；必修课加权平均学分成绩相同者，本专业核心课程成绩高者优先。</w:t>
      </w:r>
    </w:p>
    <w:p>
      <w:pPr>
        <w:pStyle w:val="Heading2"/>
        <w:spacing w:line="360" w:lineRule="auto" w:before="160" w:after="80"/>
        <w:ind w:firstLine="0"/>
        <w:jc w:val="left"/>
      </w:pPr>
      <w:r>
        <w:rPr>
          <w:rFonts w:ascii="Times New Roman" w:hAnsi="Times New Roman" w:eastAsia="宋体"/>
          <w:b/>
          <w:sz w:val="28"/>
        </w:rPr>
        <w:t>五、推免程序</w:t>
      </w:r>
    </w:p>
    <w:p>
      <w:pPr>
        <w:spacing w:line="360" w:lineRule="auto" w:before="160" w:after="80"/>
        <w:ind w:firstLine="0"/>
        <w:jc w:val="left"/>
      </w:pPr>
      <w:r>
        <w:rPr>
          <w:rFonts w:ascii="Times New Roman" w:hAnsi="Times New Roman" w:eastAsia="宋体"/>
          <w:b/>
          <w:sz w:val="28"/>
        </w:rPr>
        <w:t>1. 学院制定工作计划：各学院确定奖励附加分纳入内容和计分办法，制定具体工作计划，于9月3日前提交教务处审核，审核通过后于9月4日前在各单位网页发布遴选通知。</w:t>
      </w:r>
    </w:p>
    <w:p>
      <w:pPr>
        <w:spacing w:line="360" w:lineRule="auto" w:before="160" w:after="80"/>
        <w:ind w:firstLine="0"/>
        <w:jc w:val="left"/>
      </w:pPr>
      <w:r>
        <w:rPr>
          <w:rFonts w:ascii="Times New Roman" w:hAnsi="Times New Roman" w:eastAsia="宋体"/>
          <w:b/>
          <w:sz w:val="28"/>
        </w:rPr>
        <w:t>2. 个人申报：申报人填写《广西中医药大学推荐免试攻读硕士学位研究生资格申请表》并提交证明材料，所有材料应在学院公示前交齐。</w:t>
      </w:r>
    </w:p>
    <w:p>
      <w:pPr>
        <w:spacing w:line="360" w:lineRule="auto" w:before="0" w:after="80"/>
        <w:ind w:firstLine="482"/>
        <w:jc w:val="both"/>
      </w:pPr>
      <w:r>
        <w:rPr>
          <w:rFonts w:ascii="Times New Roman" w:hAnsi="Times New Roman" w:eastAsia="宋体"/>
          <w:b w:val="0"/>
          <w:sz w:val="24"/>
        </w:rPr>
        <w:t>3. 学院确定预推免入围人选：学院推免工作组审核申请人材料，按综合成绩顺序确定预推免名单，在学院公示不少于3天；2025年9月9日前将拟推荐名单纸质版加盖公章及证明材料交至教务处学籍管理科，电子版发送至jwcxjglk@gxtcmu.edu.cn。</w:t>
      </w:r>
    </w:p>
    <w:p>
      <w:pPr>
        <w:spacing w:line="360" w:lineRule="auto" w:before="160" w:after="80"/>
        <w:ind w:firstLine="0"/>
        <w:jc w:val="left"/>
      </w:pPr>
      <w:r>
        <w:rPr>
          <w:rFonts w:ascii="Times New Roman" w:hAnsi="Times New Roman" w:eastAsia="宋体"/>
          <w:b/>
          <w:sz w:val="28"/>
        </w:rPr>
        <w:t>4. 学校确定推免生名单：学校推免工作领导小组对预推免人选进行资格审定，名单在学校官网公示。</w:t>
      </w:r>
    </w:p>
    <w:p>
      <w:pPr>
        <w:spacing w:line="360" w:lineRule="auto" w:before="160" w:after="80"/>
        <w:ind w:firstLine="0"/>
        <w:jc w:val="left"/>
      </w:pPr>
      <w:r>
        <w:rPr>
          <w:rFonts w:ascii="Times New Roman" w:hAnsi="Times New Roman" w:eastAsia="宋体"/>
          <w:b/>
          <w:sz w:val="28"/>
        </w:rPr>
        <w:t>5. 推免生登记：公示无异议的学生，学校发文确认并按规定上报。</w:t>
      </w:r>
    </w:p>
    <w:p>
      <w:pPr>
        <w:spacing w:line="360" w:lineRule="auto" w:before="160" w:after="80"/>
        <w:ind w:firstLine="0"/>
        <w:jc w:val="left"/>
      </w:pPr>
      <w:r>
        <w:rPr>
          <w:rFonts w:ascii="Times New Roman" w:hAnsi="Times New Roman" w:eastAsia="宋体"/>
          <w:b/>
          <w:sz w:val="28"/>
        </w:rPr>
        <w:t>6. 报考接收院校：获得推免资格的学生可申请报读本校或外校硕士研究生，按教育部规定时间及方式自主报考。</w:t>
      </w:r>
    </w:p>
    <w:p>
      <w:pPr>
        <w:spacing w:line="360" w:lineRule="auto" w:before="160" w:after="80"/>
        <w:ind w:firstLine="0"/>
        <w:jc w:val="left"/>
      </w:pPr>
      <w:r>
        <w:rPr>
          <w:rFonts w:ascii="Times New Roman" w:hAnsi="Times New Roman" w:eastAsia="宋体"/>
          <w:b/>
          <w:sz w:val="28"/>
        </w:rPr>
        <w:t>7. 其他：</w:t>
      </w:r>
    </w:p>
    <w:p>
      <w:pPr>
        <w:spacing w:line="360" w:lineRule="auto" w:before="160" w:after="80"/>
        <w:ind w:firstLine="0"/>
        <w:jc w:val="left"/>
      </w:pPr>
      <w:r>
        <w:rPr>
          <w:rFonts w:ascii="Times New Roman" w:hAnsi="Times New Roman" w:eastAsia="宋体"/>
          <w:b/>
          <w:sz w:val="28"/>
        </w:rPr>
        <w:t>（1）学生因个人原因放弃推免资格的，由本人递交书面说明，空缺名额在本专业顺次递补。</w:t>
      </w:r>
    </w:p>
    <w:p>
      <w:pPr>
        <w:spacing w:line="360" w:lineRule="auto" w:before="160" w:after="80"/>
        <w:ind w:firstLine="0"/>
        <w:jc w:val="left"/>
      </w:pPr>
      <w:r>
        <w:rPr>
          <w:rFonts w:ascii="Times New Roman" w:hAnsi="Times New Roman" w:eastAsia="宋体"/>
          <w:b/>
          <w:sz w:val="28"/>
        </w:rPr>
        <w:t>（2）截至教育部规定时间后，被确定的推免生如无招生单位接收，则该生推免生资格作废。</w:t>
      </w:r>
    </w:p>
    <w:p>
      <w:pPr>
        <w:spacing w:line="360" w:lineRule="auto" w:before="160" w:after="80"/>
        <w:ind w:firstLine="0"/>
        <w:jc w:val="left"/>
      </w:pPr>
      <w:r>
        <w:rPr>
          <w:rFonts w:ascii="Times New Roman" w:hAnsi="Times New Roman" w:eastAsia="宋体"/>
          <w:b/>
          <w:sz w:val="28"/>
        </w:rPr>
        <w:t>（3）已被招生单位接收的推免生，不得再报名参加全国硕士研究生统一考试，否则取消推免生资格。</w:t>
      </w:r>
    </w:p>
    <w:p>
      <w:pPr>
        <w:pStyle w:val="Heading2"/>
        <w:spacing w:line="360" w:lineRule="auto" w:before="160" w:after="80"/>
        <w:ind w:firstLine="0"/>
        <w:jc w:val="left"/>
      </w:pPr>
      <w:r>
        <w:rPr>
          <w:rFonts w:ascii="Times New Roman" w:hAnsi="Times New Roman" w:eastAsia="宋体"/>
          <w:b/>
          <w:sz w:val="28"/>
        </w:rPr>
        <w:t>六、工作要求</w:t>
      </w:r>
    </w:p>
    <w:p>
      <w:pPr>
        <w:spacing w:line="360" w:lineRule="auto" w:before="160" w:after="80"/>
        <w:ind w:firstLine="0"/>
        <w:jc w:val="left"/>
      </w:pPr>
      <w:r>
        <w:rPr>
          <w:rFonts w:ascii="Times New Roman" w:hAnsi="Times New Roman" w:eastAsia="宋体"/>
          <w:b/>
          <w:sz w:val="28"/>
        </w:rPr>
        <w:t>1. 各学院务必高度重视，推荐过程中严禁弄虚作假，一经发现立即取消推免生指标，并追究相关人员责任。</w:t>
      </w:r>
    </w:p>
    <w:p>
      <w:pPr>
        <w:spacing w:line="360" w:lineRule="auto" w:before="160" w:after="80"/>
        <w:ind w:firstLine="0"/>
        <w:jc w:val="left"/>
      </w:pPr>
      <w:r>
        <w:rPr>
          <w:rFonts w:ascii="Times New Roman" w:hAnsi="Times New Roman" w:eastAsia="宋体"/>
          <w:b/>
          <w:sz w:val="28"/>
        </w:rPr>
        <w:t>2. 实行回避制度，领导小组成员和工作人员的直系亲属参加推免遴选时应主动回避，非直系亲属报名参加的要主动报备；未按规定报备的，学校将依规依纪严肃处理。</w:t>
      </w:r>
    </w:p>
    <w:p>
      <w:pPr>
        <w:spacing w:line="360" w:lineRule="auto" w:before="160" w:after="80"/>
        <w:ind w:firstLine="0"/>
        <w:jc w:val="left"/>
      </w:pPr>
      <w:r>
        <w:rPr>
          <w:rFonts w:ascii="Times New Roman" w:hAnsi="Times New Roman" w:eastAsia="宋体"/>
          <w:b/>
          <w:sz w:val="28"/>
        </w:rPr>
        <w:t>3. 各学院引导学生谨慎填报接收院校，珍惜推免机会，切勿造成名额浪费。</w:t>
      </w:r>
    </w:p>
    <w:p>
      <w:pPr>
        <w:spacing w:line="360" w:lineRule="auto" w:before="160" w:after="80"/>
        <w:ind w:firstLine="0"/>
        <w:jc w:val="left"/>
      </w:pPr>
      <w:r>
        <w:rPr>
          <w:rFonts w:ascii="Times New Roman" w:hAnsi="Times New Roman" w:eastAsia="宋体"/>
          <w:b/>
          <w:sz w:val="28"/>
        </w:rPr>
        <w:t>4. 推免工作务必按学校日程安排进行，相关信息按要求公布、公示；未按时提交材料的学院将核减2027年推免生名额。</w:t>
      </w:r>
    </w:p>
    <w:p>
      <w:pPr>
        <w:spacing w:line="360" w:lineRule="auto" w:before="0" w:after="80"/>
        <w:ind w:firstLine="482"/>
        <w:jc w:val="both"/>
      </w:pPr>
      <w:r>
        <w:rPr>
          <w:rFonts w:ascii="Times New Roman" w:hAnsi="Times New Roman" w:eastAsia="宋体"/>
          <w:b w:val="0"/>
          <w:sz w:val="24"/>
        </w:rPr>
        <w:t>5. 推免工作全程接受师生监督，对公示结果有异议的，可在公示期内向学院推免工作组或学校推免工作领导小组办公室提出书面申诉，申诉邮箱：jwcxjglk@gxtcmu.edu.cn。</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