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建筑与城市规划学院关于 2026 年推荐优秀应届本科毕业生免试攻读研究生推荐名单公示</w:t>
      </w:r>
    </w:p>
    <w:p>
      <w:r>
        <w:t>发布时间：2025年9月9日</w:t>
      </w:r>
    </w:p>
    <w:p>
      <w:r>
        <w:t>来源URL：https://jzxy.bucea.edu.cn/xyxx/xytz/9dfc467a02e844b7a7637137b90830b5.htm</w:t>
      </w:r>
    </w:p>
    <w:p>
      <w:r>
        <w:t>========================================</w:t>
      </w:r>
    </w:p>
    <w:p>
      <w:r>
        <w:t>建筑与城市规划学院关于 2026 年推荐优秀应届本科毕业生免试攻读研究生推荐名单公示</w:t>
      </w:r>
    </w:p>
    <w:p>
      <w:r>
        <w:t>来源：</w:t>
      </w:r>
    </w:p>
    <w:p>
      <w:r>
        <w:t>时间：2025-09-09</w:t>
      </w:r>
    </w:p>
    <w:p>
      <w:r>
        <w:t>根据学校教务处【北建大教发〔2025〕6号】《北京建筑大学关于做好 2026年推荐优秀应届本科毕业生免试攻读研究生工作的通知》要求，建筑与城市规划学院推免工作组审核了学生递交的申请以及相关平均学分绩、综合素质奖励得分的审核计算，按照综合测评成绩排序，以下 21 名同学获得建筑与城市规划学院 2026 年应届毕业生免试攻读研究生推荐资格，将上报学校教务处复审，最终推免名单以学校教务处公示为准。</w:t>
      </w:r>
    </w:p>
    <w:p>
      <w:r>
        <w:t>1. 建筑学：沈伯菲 孙瑜 皮宗麟 池可莹 扈佳琪</w:t>
      </w:r>
    </w:p>
    <w:p>
      <w:r>
        <w:t>2. 建筑学（实验班）： 郑雨心 徐雅涵</w:t>
      </w:r>
    </w:p>
    <w:p>
      <w:r>
        <w:t>3. 建筑学实验（城市设计方向）： 孟凡淦 白梓昀</w:t>
      </w:r>
    </w:p>
    <w:p>
      <w:r>
        <w:t>4. 城乡规划：史奇 张天泽 董佳涵 周远哲 夏学树</w:t>
      </w:r>
    </w:p>
    <w:p>
      <w:r>
        <w:t>5. 风景园林：鹿琪苹 邱甜 郭懿萱</w:t>
      </w:r>
    </w:p>
    <w:p>
      <w:r>
        <w:t>6. 历史建筑保护工程：羿欢桐 刘昕雨</w:t>
      </w:r>
    </w:p>
    <w:p>
      <w:r>
        <w:t>7. 环境设计：杨婷婷 黄盛荷</w:t>
      </w:r>
    </w:p>
    <w:p>
      <w:r>
        <w:t>现予以公示，公示期限为 2025 年 9 月 9 日至 2025 年 9 月 11 日。</w:t>
      </w:r>
    </w:p>
    <w:p>
      <w:r>
        <w:t>在公示期内，全院师生对公示对象如有意见，可通过来信、来电、来访等形式， 向学院反映。反映问题应坚持实事求是的原则；以个人名义对公示对象存在问题进行 反映的应署真实姓名、单位和联系方式；对无实质内容的匿名信和来电、来访一般不 作调查；以单位或部门名义对公示对象存在问题进行反映的要加盖单位或部门公章。</w:t>
      </w:r>
    </w:p>
    <w:p>
      <w:r>
        <w:t>联系人：王宇石</w:t>
      </w:r>
    </w:p>
    <w:p>
      <w:r>
        <w:t>监督举报电话：68324444 邮箱：wangyushi @bucea.edu.cn</w:t>
      </w:r>
    </w:p>
    <w:p>
      <w:r>
        <w:t>北京建筑大学</w:t>
      </w:r>
    </w:p>
    <w:p>
      <w:r>
        <w:t>建筑与城市规划学院</w:t>
      </w:r>
    </w:p>
    <w:p>
      <w:r>
        <w:t>2025 年 9 月 9日</w:t>
      </w:r>
    </w:p>
    <w:p>
      <w:r>
        <w:t>地址：北京市西城区展览馆路1号 邮编：100044 电话：010-68322397</w:t>
      </w:r>
    </w:p>
    <w:p>
      <w:r>
        <w:t>传真：010-68322333电子信箱：jianzhuxueyuan@bucea.edu.cn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