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关于园林园艺学院推荐优秀2026届本科毕业生免试攻读硕士学位研究生拟推免名单的公示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本公示为西南林业大学园林园艺学院推荐优秀2026届本科毕业生免试攻读硕士学位研究生拟推免名单的公示。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公示名单涉及学院2026届本科毕业生推免工作，具体名单详见学院官网或相关附件。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学院地址：云南昆明白龙寺300号西南林业大学园林楼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联系电话：0871-63863023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审核人员：汪亚愈（初次审核）、孙大成（二次审核）、刘刚连（终稿审核）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