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西南医科大学2026年推荐免试硕士研究生拟录取名单公示</w:t>
      </w:r>
    </w:p>
    <w:p>
      <w:r>
        <w:t>发布时间：2025年10月19日</w:t>
      </w:r>
    </w:p>
    <w:p>
      <w:r>
        <w:t>来源URL：https://yjs.swmu.edu.cn/info/1014/9929.htm</w:t>
      </w:r>
    </w:p>
    <w:p>
      <w:r>
        <w:t>========================================</w:t>
      </w:r>
    </w:p>
    <w:p>
      <w:r>
        <w:t>&gt;</w:t>
      </w:r>
    </w:p>
    <w:p>
      <w:r>
        <w:t>西南医科大学2026年推荐免试硕士研究生拟录取名单公示</w:t>
      </w:r>
    </w:p>
    <w:p>
      <w:r>
        <w:t>根据教育部优秀应届本科毕业生免试攻读硕士学位研究生（简称：推免生）工作有关管理办法的要求和《西南医科大学2026年接收推荐免试硕士研究生招生章程》有关规定，2025年9月23日—10月19日，我校经过严格的复试和复审，共录取推荐免试研究生52名，现将拟录取名单等信息进行公示（具体见附件）。</w:t>
      </w:r>
    </w:p>
    <w:p>
      <w:r>
        <w:t>如对拟录取人员有异议，请于2025年10月27日前以电话、信函、来访等方式向研究生院或信访办反映。</w:t>
      </w:r>
    </w:p>
    <w:p>
      <w:r>
        <w:t>研招办电话：0830—3161326</w:t>
      </w:r>
    </w:p>
    <w:p>
      <w:r>
        <w:t>信箱：  yzb@swmu.edu.cn</w:t>
      </w:r>
    </w:p>
    <w:p>
      <w:r>
        <w:t>信访电话：0830—3177023</w:t>
      </w:r>
    </w:p>
    <w:p>
      <w:r>
        <w:t>西南医科大学研究生院招生办公室</w:t>
      </w:r>
    </w:p>
    <w:p>
      <w:r>
        <w:t>2025年10月19日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